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7: TELEVISION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sun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bus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ruler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cup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this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think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three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expensive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interesting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wonderful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beautiful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teacher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student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today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classroom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My brother ___ cartoons every 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watching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watchs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watch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watches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There are many TV ___ for children.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mountains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programmes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rivers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hospitals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___ do you watch cartoons? – On Sundays.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When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Who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What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How many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___ is your favourite programme?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Where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When is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Who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What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We ___ the news every evening.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watching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watches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is watch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watch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I like this show ___ it is funny.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because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so that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but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This comedy makes us 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laughs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laughed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laugh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to laughing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This programme is interesting, ___ it is very short.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but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because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and so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The ___ tells us about the weather.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cartoon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game show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comedy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weather forecast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___ is the MC? – A young woman.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Who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What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Where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Why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e4f3d1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You must shout.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You must keep quiet in the library.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You can play loud music.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You must bring food.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691835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Do not drop litter here.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Feed all wild animals.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Pick flowers in the park.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Leave rubbish on the ground.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television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poster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river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yesterday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happiness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seeing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TELEVISION</w:t>
        <w:br/>
        <w:t>Our club is for young viewers. Members learn about television. They can see cartoons, wildlife shows and sports programmes. Meetings take place on Saturday evening. New members should bring a cartoon.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television.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young viewers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Only parents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cartoon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television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This show is very ___. (interest)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The actor is ___. (fun)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There are many ___. (view)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My favourite ___ is a comedy. (programme)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The story is ___. (excite)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The ___ reads the news. (present)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channel (noun/verb): a television station or a group of television programmes.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Which TV ___ shows cartoons?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Change the ___ to watch the news.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My favourite TV programme is a cartoon. → I like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The show is funny. I like it. → I like the show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The programme starts at eight. → It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My brother watches TV every day. → Every day my brother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