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65 -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Energy Sources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renewable and non-renewable energy sources; energy use and conservation.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solar energy, wind energy, hydro energy, coal,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energy sources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10: ENERGY SOURCES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104-105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solar energy, wind energy, hydro energy, coal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solar energy, wind energy, hydro energy, coal;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solar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wind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hydro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natural gas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renewable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solar energy, wind energy, hydro energy, coal, natural gas, renewable, non-renewable, electrical appliance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'SAVING ENERGY AT SCHOOL'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SAVING ENERGY AT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energy-saving campaign based on practical actions for the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66 -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renewable and non-renewable energy sources; energy use and conservation.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stress in three-syllable words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solar energy, wind energy, hydro energy,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stress in three-syllable words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solar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wind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hydro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natural gas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renewable energy, solar panel, wind turbine, saving electricity at school;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solar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wind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hydro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natural gas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renewable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non-renewable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electrical appliance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stress in three-syllable words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Stress in three-syllable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dangerous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expensive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easily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abundant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limited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67 -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Present continuous.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present continuous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continuous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students are doing an energy project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People are not using coal in this activity.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Affirmative: S + am/is/are + V-ing. Negative: S + am/is/are not + V-ing. Question: Am/Is/Are + S + V-ing?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students are doing an energy project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People are not using coal in this activity.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Are they installing solar panels?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108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students are doing an energy project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People are not using coal in this activity.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Are they installing solar panels?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'SAVING ENERGY AT SCHOOL'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Affirmative: S + am/is/are + V-ing. Negative: S + am/is/are not + V-ing. Question: Am/Is/Are + S + V-ing?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68 -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for explanations.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for explanations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Why should we save energy?  B: Because it reduces waste and protects the environment.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asking for explanations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Why should we save energy?  B: Because it reduces waste and protects the environment.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renewable energy, solar panel, wind turbine, saving electricity at school;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comparing advantages and disadvantages of different energy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solar energy, wind energy, hydro energy, coal, natural gas, renewable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SAVING ENERGY AT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energy-saving campaign based on practical actions for the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69 -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types of energy sources and their advantages and disadvantages.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comparing advantages and disadvantages of different energy sources.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renewable, available, polluting, limited.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types of energy sources and their advantages and disadvantages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types of energy sources and their advantages and disadvantages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renewable, available, polluting, limited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renewable energy, solar panel, wind turbine, saving electricity at school,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renewable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available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polluting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limited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Solar, wind, and hydro energy are renewable.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Coal and natural gas are non-renewable.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Energy choices affect cost, reliability, and the environment.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comparing advantages and disadvantages of different energy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70 -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ways to save energy at home.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how to save energy at home.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ways to save energy at home.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111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ways to save energy at home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how to save energy at home.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energy-saving campaign based on practical actions for the school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ENERGY SOURCES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71 -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 and responsibly.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responsible energy use and environmental protection;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7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renewable and non-renewable energy sources; energy use and conservation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Present continuous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solar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wind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hydro energy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coal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natural gas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renewable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non-renewable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electrical appliance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 continuous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Affirmative: S + am/is/are + V-ing. Negative: S + am/is/are not + V-ing. Question: Am/Is/Are + S + V-ing?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students are doing an energy project now.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People are not using coal in this activity.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'SAVING ENERGY AT SCHOOL'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SAVING ENERGY AT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energy-saving campaign based on practical actions for the school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10: ENERGY SOURCES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SAVING ENERGY AT SCHOOL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energy-saving campaign based on practical actions for the school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10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7 GLOBAL SUCCESS - UNIT 10: ENERGY SOURCES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