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sz w:val="26"/>
        </w:rPr>
        <w:t>GLOBAL SUCCESS 6 • UNIT TEST • HCMC-INSPIRED FORMAT</w:t>
      </w:r>
    </w:p>
    <w:p>
      <w:pPr>
        <w:spacing w:after="60"/>
        <w:jc w:val="center"/>
      </w:pPr>
      <w:r>
        <w:rPr>
          <w:rFonts w:ascii="Arial" w:hAnsi="Arial"/>
          <w:b/>
          <w:sz w:val="26"/>
        </w:rPr>
        <w:t>UNIT 11: OUR GREENER WORLD  |  TEST 01</w:t>
      </w:r>
    </w:p>
    <w:p>
      <w:pPr>
        <w:spacing w:after="60"/>
        <w:jc w:val="center"/>
      </w:pPr>
      <w:r>
        <w:rPr>
          <w:rFonts w:ascii="Arial" w:hAnsi="Arial"/>
          <w:b w:val="0"/>
          <w:sz w:val="18"/>
        </w:rPr>
        <w:t>40 questions • 7 parts • Suggested time: 60 minutes • English 6 level</w:t>
      </w:r>
    </w:p>
    <w:p>
      <w:pPr>
        <w:spacing w:after="60"/>
      </w:pPr>
      <w:r>
        <w:rPr>
          <w:b w:val="0"/>
          <w:sz w:val="18"/>
        </w:rPr>
        <w:t>Name: __________________________________  Class: ___________  Score: 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1. LANGUAGE USE: Pronunciation, Stress, Vocabulary, Grammar and Communication (Questions 1–14)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cheese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chemistry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chair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child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name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map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bag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cat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beautiful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expensive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interesting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wonderful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today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student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teacher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classroom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5. </w:t>
      </w:r>
      <w:r>
        <w:rPr>
          <w:rFonts w:ascii="Arial" w:hAnsi="Arial"/>
          <w:b w:val="0"/>
          <w:sz w:val="19"/>
        </w:rPr>
        <w:t>Too much ___ is bad for the environment.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nature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pollution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reuse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recycling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6. </w:t>
      </w:r>
      <w:r>
        <w:rPr>
          <w:rFonts w:ascii="Arial" w:hAnsi="Arial"/>
          <w:b w:val="0"/>
          <w:sz w:val="19"/>
        </w:rPr>
        <w:t>Don't ___ water when brushing your teeth.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collect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reuse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waste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7. </w:t>
      </w:r>
      <w:r>
        <w:rPr>
          <w:rFonts w:ascii="Arial" w:hAnsi="Arial"/>
          <w:b w:val="0"/>
          <w:sz w:val="19"/>
        </w:rPr>
        <w:t>If we plant more trees, our town ___ greener.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is been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was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will be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is being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8. </w:t>
      </w:r>
      <w:r>
        <w:rPr>
          <w:rFonts w:ascii="Arial" w:hAnsi="Arial"/>
          <w:b w:val="0"/>
          <w:sz w:val="19"/>
        </w:rPr>
        <w:t>Turn ___ the lights when you leave.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over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in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off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under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9. </w:t>
      </w:r>
      <w:r>
        <w:rPr>
          <w:rFonts w:ascii="Arial" w:hAnsi="Arial"/>
          <w:b w:val="0"/>
          <w:sz w:val="19"/>
        </w:rPr>
        <w:t>A green club wants to ___ our school clean.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kept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keeps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keep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keeping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10. </w:t>
      </w:r>
      <w:r>
        <w:rPr>
          <w:rFonts w:ascii="Arial" w:hAnsi="Arial"/>
          <w:b w:val="0"/>
          <w:sz w:val="19"/>
        </w:rPr>
        <w:t>We should ___ old paper instead of throwing it away.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waste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break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pollute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recycle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11. </w:t>
      </w:r>
      <w:r>
        <w:rPr>
          <w:rFonts w:ascii="Arial" w:hAnsi="Arial"/>
          <w:b w:val="0"/>
          <w:sz w:val="19"/>
        </w:rPr>
        <w:t>We ___ use reusable bags.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mustn't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shouldn't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should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12. </w:t>
      </w:r>
      <w:r>
        <w:rPr>
          <w:rFonts w:ascii="Arial" w:hAnsi="Arial"/>
          <w:b w:val="0"/>
          <w:sz w:val="19"/>
        </w:rPr>
        <w:t>If you ___ water, you help the planet.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saving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will save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save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saved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13. </w:t>
      </w:r>
      <w:r>
        <w:rPr>
          <w:rFonts w:ascii="Arial" w:hAnsi="Arial"/>
          <w:b w:val="0"/>
          <w:sz w:val="19"/>
        </w:rPr>
        <w:t>If we walk to school, we ___ less pollution.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make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made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makes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will made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14. </w:t>
      </w:r>
      <w:r>
        <w:rPr>
          <w:rFonts w:ascii="Arial" w:hAnsi="Arial"/>
          <w:b w:val="0"/>
          <w:sz w:val="19"/>
        </w:rPr>
        <w:t>We can ___ bottles many times.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throw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reuse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pollute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cut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2. SIGNS AND NOTICES (Questions 15–16)</w:t>
      </w:r>
    </w:p>
    <w:p>
      <w:pPr>
        <w:keepLines/>
        <w:spacing w:after="60" w:before="60"/>
      </w:pPr>
      <w:r>
        <w:rPr>
          <w:b/>
        </w:rPr>
        <w:t>Question 15.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d946464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Buy new taps.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Leave taps running.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Close the tap when it is not needed.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Wash cars every day.</w:t>
            </w:r>
          </w:p>
        </w:tc>
      </w:tr>
    </w:tbl>
    <w:p>
      <w:pPr>
        <w:keepLines/>
        <w:spacing w:after="60" w:before="60"/>
      </w:pPr>
      <w:r>
        <w:rPr>
          <w:b/>
        </w:rPr>
        <w:t>Question 16.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84a207b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The club meeting is at four on Friday.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The meeting is on Monday.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The club never meets.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The club meets at eight.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3. CLOZE READING (Questions 17–22)</w:t>
      </w:r>
    </w:p>
    <w:p>
      <w:pPr>
        <w:spacing w:after="60"/>
      </w:pPr>
      <w:r>
        <w:rPr>
          <w:b w:val="0"/>
          <w:sz w:val="19"/>
        </w:rPr>
        <w:t>Hi Alex,</w:t>
        <w:br/>
        <w:t>Our class is learning about our greener world this week. We are making a (17) ____ about the topic. My friends and I work (18) ____ after school. Our teacher says it is important to (19) ____ carefully. We are (20) ____ because the lesson is interesting. On Friday, we will (21) ____ our ideas to the class. I hope you can (22) ____ our work.</w:t>
        <w:br/>
        <w:t>Best,</w:t>
        <w:br/>
        <w:t>Mai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17. </w:t>
      </w:r>
      <w:r>
        <w:rPr>
          <w:rFonts w:ascii="Arial" w:hAnsi="Arial"/>
          <w:b w:val="0"/>
          <w:sz w:val="19"/>
        </w:rPr>
        <w:t>Complete blank (17)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poster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racket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river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sandwich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18. </w:t>
      </w:r>
      <w:r>
        <w:rPr>
          <w:rFonts w:ascii="Arial" w:hAnsi="Arial"/>
          <w:b w:val="0"/>
          <w:sz w:val="19"/>
        </w:rPr>
        <w:t>Complete blank (18)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yesterday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never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together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angry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19. </w:t>
      </w:r>
      <w:r>
        <w:rPr>
          <w:rFonts w:ascii="Arial" w:hAnsi="Arial"/>
          <w:b w:val="0"/>
          <w:sz w:val="19"/>
        </w:rPr>
        <w:t>Complete blank (19)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listening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listen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listened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listens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20. </w:t>
      </w:r>
      <w:r>
        <w:rPr>
          <w:rFonts w:ascii="Arial" w:hAnsi="Arial"/>
          <w:b w:val="0"/>
          <w:sz w:val="19"/>
        </w:rPr>
        <w:t>Complete blank (20)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happy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sadly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happiness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sadness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21. </w:t>
      </w:r>
      <w:r>
        <w:rPr>
          <w:rFonts w:ascii="Arial" w:hAnsi="Arial"/>
          <w:b w:val="0"/>
          <w:sz w:val="19"/>
        </w:rPr>
        <w:t>Complete blank (21)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presenting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presents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present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presented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22. </w:t>
      </w:r>
      <w:r>
        <w:rPr>
          <w:rFonts w:ascii="Arial" w:hAnsi="Arial"/>
          <w:b w:val="0"/>
          <w:sz w:val="19"/>
        </w:rPr>
        <w:t>Complete blank (22)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see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saw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sees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seeing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4. READING COMPREHENSION (Questions 23–28)</w:t>
      </w:r>
    </w:p>
    <w:p>
      <w:pPr>
        <w:spacing w:after="60"/>
      </w:pPr>
      <w:r>
        <w:rPr>
          <w:b w:val="0"/>
          <w:sz w:val="19"/>
        </w:rPr>
        <w:t>GREENFIELD SCHOOL CLUB – OUR GREENER WORLD</w:t>
        <w:br/>
        <w:t>Our club is for green club members. Members learn about environment. They can see recycling bins, reusable bags and trees. Meetings take place every Friday. New members should bring a reusable bag. Everyone is welcome, and joining the club is free. The members also prepare a short presentation for their classmates.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23. </w:t>
      </w:r>
      <w:r>
        <w:rPr>
          <w:rFonts w:ascii="Arial" w:hAnsi="Arial"/>
          <w:b w:val="0"/>
          <w:sz w:val="19"/>
        </w:rPr>
        <w:t>The club is about environment.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24. </w:t>
      </w:r>
      <w:r>
        <w:rPr>
          <w:rFonts w:ascii="Arial" w:hAnsi="Arial"/>
          <w:b w:val="0"/>
          <w:sz w:val="19"/>
        </w:rPr>
        <w:t>Only teachers can join the club.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25. </w:t>
      </w:r>
      <w:r>
        <w:rPr>
          <w:rFonts w:ascii="Arial" w:hAnsi="Arial"/>
          <w:b w:val="0"/>
          <w:sz w:val="19"/>
        </w:rPr>
        <w:t>Joining the club costs no money.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26. </w:t>
      </w:r>
      <w:r>
        <w:rPr>
          <w:rFonts w:ascii="Arial" w:hAnsi="Arial"/>
          <w:b w:val="0"/>
          <w:sz w:val="19"/>
        </w:rPr>
        <w:t>All meetings are held at midnight.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27. </w:t>
      </w:r>
      <w:r>
        <w:rPr>
          <w:rFonts w:ascii="Arial" w:hAnsi="Arial"/>
          <w:b w:val="0"/>
          <w:sz w:val="19"/>
        </w:rPr>
        <w:t>Who can join the club?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Only parents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Only doctors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Only teachers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green club members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28. </w:t>
      </w:r>
      <w:r>
        <w:rPr>
          <w:rFonts w:ascii="Arial" w:hAnsi="Arial"/>
          <w:b w:val="0"/>
          <w:sz w:val="19"/>
        </w:rPr>
        <w:t>What should new members bring?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 television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 swimming pool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 reusable bag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 bicycle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5. WORD FORM (Questions 29–34)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29. </w:t>
      </w:r>
      <w:r>
        <w:rPr>
          <w:rFonts w:ascii="Arial" w:hAnsi="Arial"/>
          <w:b w:val="0"/>
          <w:sz w:val="19"/>
        </w:rPr>
        <w:t>Water ___ is a serious problem. (pollute)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30. </w:t>
      </w:r>
      <w:r>
        <w:rPr>
          <w:rFonts w:ascii="Arial" w:hAnsi="Arial"/>
          <w:b w:val="0"/>
          <w:sz w:val="19"/>
        </w:rPr>
        <w:t>We should use ___ bags. (reuse)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31. </w:t>
      </w:r>
      <w:r>
        <w:rPr>
          <w:rFonts w:ascii="Arial" w:hAnsi="Arial"/>
          <w:b w:val="0"/>
          <w:sz w:val="19"/>
        </w:rPr>
        <w:t>This plan is very ___. (help)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32. </w:t>
      </w:r>
      <w:r>
        <w:rPr>
          <w:rFonts w:ascii="Arial" w:hAnsi="Arial"/>
          <w:b w:val="0"/>
          <w:sz w:val="19"/>
        </w:rPr>
        <w:t>The town is ___. (green)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33. </w:t>
      </w:r>
      <w:r>
        <w:rPr>
          <w:rFonts w:ascii="Arial" w:hAnsi="Arial"/>
          <w:b w:val="0"/>
          <w:sz w:val="19"/>
        </w:rPr>
        <w:t>We need more ___. (recycle)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34. </w:t>
      </w:r>
      <w:r>
        <w:rPr>
          <w:rFonts w:ascii="Arial" w:hAnsi="Arial"/>
          <w:b w:val="0"/>
          <w:sz w:val="19"/>
        </w:rPr>
        <w:t>Clean water is ___. (importance)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6. DICTIONARY SKILLS (Questions 35–36)</w:t>
      </w:r>
    </w:p>
    <w:p>
      <w:pPr>
        <w:spacing w:after="60"/>
      </w:pPr>
      <w:r>
        <w:rPr>
          <w:b/>
          <w:sz w:val="18"/>
        </w:rPr>
        <w:t>DICTIONARY ENTRY — recycle (noun/verb): to turn used things into materials that can be used again.</w:t>
      </w:r>
    </w:p>
    <w:p>
      <w:pPr>
        <w:spacing w:after="60"/>
      </w:pPr>
      <w:r>
        <w:rPr>
          <w:b w:val="0"/>
          <w:sz w:val="18"/>
        </w:rPr>
        <w:t>Use the headword in the correct form to complete Questions 35–36.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35. </w:t>
      </w:r>
      <w:r>
        <w:rPr>
          <w:rFonts w:ascii="Arial" w:hAnsi="Arial"/>
          <w:b w:val="0"/>
          <w:sz w:val="19"/>
        </w:rPr>
        <w:t>We should ___ old paper.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36. </w:t>
      </w:r>
      <w:r>
        <w:rPr>
          <w:rFonts w:ascii="Arial" w:hAnsi="Arial"/>
          <w:b w:val="0"/>
          <w:sz w:val="19"/>
        </w:rPr>
        <w:t>Our school asks pupils to ___ plastic bottles.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7. SENTENCE REWRITING (Questions 37–40)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37. </w:t>
      </w:r>
      <w:r>
        <w:rPr>
          <w:rFonts w:ascii="Arial" w:hAnsi="Arial"/>
          <w:b w:val="0"/>
          <w:sz w:val="19"/>
        </w:rPr>
        <w:t>You should save water. → It is a good idea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38. </w:t>
      </w:r>
      <w:r>
        <w:rPr>
          <w:rFonts w:ascii="Arial" w:hAnsi="Arial"/>
          <w:b w:val="0"/>
          <w:sz w:val="19"/>
        </w:rPr>
        <w:t>If we recycle, our town will be cleaner. → Our town will be cleaner if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39. </w:t>
      </w:r>
      <w:r>
        <w:rPr>
          <w:rFonts w:ascii="Arial" w:hAnsi="Arial"/>
          <w:b w:val="0"/>
          <w:sz w:val="19"/>
        </w:rPr>
        <w:t>Do not waste electricity. → You should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40. </w:t>
      </w:r>
      <w:r>
        <w:rPr>
          <w:rFonts w:ascii="Arial" w:hAnsi="Arial"/>
          <w:b w:val="0"/>
          <w:sz w:val="19"/>
        </w:rPr>
        <w:t>We should keep our school clean. → It is a good idea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65" w:right="1037" w:bottom="90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sz w:val="16"/>
      </w:rPr>
      <w:t>Original educational practice material | Global Success 6 | HCMC-inspired layout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