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sz w:val="26"/>
        </w:rPr>
        <w:t>GLOBAL SUCCESS 6 • UNIT TEST • HCMC-INSPIRED FORMAT</w:t>
      </w:r>
    </w:p>
    <w:p>
      <w:pPr>
        <w:spacing w:after="60"/>
        <w:jc w:val="center"/>
      </w:pPr>
      <w:r>
        <w:rPr>
          <w:rFonts w:ascii="Arial" w:hAnsi="Arial"/>
          <w:b/>
          <w:sz w:val="26"/>
        </w:rPr>
        <w:t>UNIT 4: MY NEIGHBOURHOOD  |  TEST 01</w:t>
      </w:r>
    </w:p>
    <w:p>
      <w:pPr>
        <w:spacing w:after="60"/>
        <w:jc w:val="center"/>
      </w:pPr>
      <w:r>
        <w:rPr>
          <w:rFonts w:ascii="Arial" w:hAnsi="Arial"/>
          <w:b w:val="0"/>
          <w:sz w:val="18"/>
        </w:rPr>
        <w:t>40 questions • 7 parts • Suggested time: 60 minutes • English 6 level</w:t>
      </w:r>
    </w:p>
    <w:p>
      <w:pPr>
        <w:spacing w:after="60"/>
      </w:pPr>
      <w:r>
        <w:rPr>
          <w:b w:val="0"/>
          <w:sz w:val="18"/>
        </w:rPr>
        <w:t>Name: __________________________________  Class: ___________  Score: 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1. LANGUAGE USE: Pronunciation, Stress, Vocabulary, Grammar and Communication (Questions 1–14)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1. </w:t>
      </w:r>
      <w:r>
        <w:rPr>
          <w:rFonts w:ascii="Arial" w:hAnsi="Arial"/>
          <w:b w:val="0"/>
          <w:sz w:val="19"/>
        </w:rPr>
        <w:t>Choose the word whose underlined part is pronounced differently.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cup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bus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ruler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sun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2. </w:t>
      </w:r>
      <w:r>
        <w:rPr>
          <w:rFonts w:ascii="Arial" w:hAnsi="Arial"/>
          <w:b w:val="0"/>
          <w:sz w:val="19"/>
        </w:rPr>
        <w:t>Choose the word whose underlined part is pronounced differently.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three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thin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this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think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3. </w:t>
      </w:r>
      <w:r>
        <w:rPr>
          <w:rFonts w:ascii="Arial" w:hAnsi="Arial"/>
          <w:b w:val="0"/>
          <w:sz w:val="19"/>
        </w:rPr>
        <w:t>Choose the word with a different primary stress pattern.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garden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relax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enjoy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begin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4. </w:t>
      </w:r>
      <w:r>
        <w:rPr>
          <w:rFonts w:ascii="Arial" w:hAnsi="Arial"/>
          <w:b w:val="0"/>
          <w:sz w:val="19"/>
        </w:rPr>
        <w:t>Choose the word with a different primary stress pattern.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window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between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behind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before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5. </w:t>
      </w:r>
      <w:r>
        <w:rPr>
          <w:rFonts w:ascii="Arial" w:hAnsi="Arial"/>
          <w:b w:val="0"/>
          <w:sz w:val="19"/>
        </w:rPr>
        <w:t>The cinema is ___ the supermarket.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opposite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under of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from of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in of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6. </w:t>
      </w:r>
      <w:r>
        <w:rPr>
          <w:rFonts w:ascii="Arial" w:hAnsi="Arial"/>
          <w:b w:val="0"/>
          <w:sz w:val="19"/>
        </w:rPr>
        <w:t>A ___ sells fruit and vegetables.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cinema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museum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market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library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7. </w:t>
      </w:r>
      <w:r>
        <w:rPr>
          <w:rFonts w:ascii="Arial" w:hAnsi="Arial"/>
          <w:b w:val="0"/>
          <w:sz w:val="19"/>
        </w:rPr>
        <w:t>You ___ walk on the pavement.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can to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should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are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shouldn't to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8. </w:t>
      </w:r>
      <w:r>
        <w:rPr>
          <w:rFonts w:ascii="Arial" w:hAnsi="Arial"/>
          <w:b w:val="0"/>
          <w:sz w:val="19"/>
        </w:rPr>
        <w:t>The buildings in the city are ___ than in my village.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tallest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most tall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tall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taller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9. </w:t>
      </w:r>
      <w:r>
        <w:rPr>
          <w:rFonts w:ascii="Arial" w:hAnsi="Arial"/>
          <w:b w:val="0"/>
          <w:sz w:val="19"/>
        </w:rPr>
        <w:t>Where ___ the museum?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am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is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are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do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10. </w:t>
      </w:r>
      <w:r>
        <w:rPr>
          <w:rFonts w:ascii="Arial" w:hAnsi="Arial"/>
          <w:b w:val="0"/>
          <w:sz w:val="19"/>
        </w:rPr>
        <w:t>There are ___ shops near my home.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much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many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11. </w:t>
      </w:r>
      <w:r>
        <w:rPr>
          <w:rFonts w:ascii="Arial" w:hAnsi="Arial"/>
          <w:b w:val="0"/>
          <w:sz w:val="19"/>
        </w:rPr>
        <w:t>Turn ___ at the traffic lights.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left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between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near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slow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12. </w:t>
      </w:r>
      <w:r>
        <w:rPr>
          <w:rFonts w:ascii="Arial" w:hAnsi="Arial"/>
          <w:b w:val="0"/>
          <w:sz w:val="19"/>
        </w:rPr>
        <w:t>This road is ___ than that road.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wide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more wide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wider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widest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13. </w:t>
      </w:r>
      <w:r>
        <w:rPr>
          <w:rFonts w:ascii="Arial" w:hAnsi="Arial"/>
          <w:b w:val="0"/>
          <w:sz w:val="19"/>
        </w:rPr>
        <w:t>Go ___ ahead and turn right.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straight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beside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across of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between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14. </w:t>
      </w:r>
      <w:r>
        <w:rPr>
          <w:rFonts w:ascii="Arial" w:hAnsi="Arial"/>
          <w:b w:val="0"/>
          <w:sz w:val="19"/>
        </w:rPr>
        <w:t>The park is ___ than the station.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quiet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more quietest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quieter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quietest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2. SIGNS AND NOTICES (Questions 15–16)</w:t>
      </w:r>
    </w:p>
    <w:p>
      <w:pPr>
        <w:keepLines/>
        <w:spacing w:after="60" w:before="60"/>
      </w:pPr>
      <w:r>
        <w:rPr>
          <w:b/>
        </w:rPr>
        <w:t>Question 15. Look at the sign or notice. What does it mean?</w:t>
      </w:r>
    </w:p>
    <w:p>
      <w:pPr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3794760" cy="10381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84a207bb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103818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The club never meets.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The meeting is on Monday.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The club meets at eight.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The club meeting is at four on Friday.</w:t>
            </w:r>
          </w:p>
        </w:tc>
      </w:tr>
    </w:tbl>
    <w:p>
      <w:pPr>
        <w:keepLines/>
        <w:spacing w:after="60" w:before="60"/>
      </w:pPr>
      <w:r>
        <w:rPr>
          <w:b/>
        </w:rPr>
        <w:t>Question 16. Look at the sign or notice. What does it mean?</w:t>
      </w:r>
    </w:p>
    <w:p>
      <w:pPr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3794760" cy="10381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1e4f3d1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103818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You can play loud music.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You must bring food.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You must keep quiet in the library.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You must shout.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3. CLOZE READING (Questions 17–22)</w:t>
      </w:r>
    </w:p>
    <w:p>
      <w:pPr>
        <w:spacing w:after="60"/>
      </w:pPr>
      <w:r>
        <w:rPr>
          <w:b w:val="0"/>
          <w:sz w:val="19"/>
        </w:rPr>
        <w:t>Hi Alex,</w:t>
        <w:br/>
        <w:t>Our class is learning about my neighbourhood this week. We are making a (17) ____ about the topic. My friends and I work (18) ____ after school. Our teacher says it is important to (19) ____ carefully. We are (20) ____ because the lesson is interesting. On Friday, we will (21) ____ our ideas to the class. I hope you can (22) ____ our work.</w:t>
        <w:br/>
        <w:t>Best,</w:t>
        <w:br/>
        <w:t>Mai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17. </w:t>
      </w:r>
      <w:r>
        <w:rPr>
          <w:rFonts w:ascii="Arial" w:hAnsi="Arial"/>
          <w:b w:val="0"/>
          <w:sz w:val="19"/>
        </w:rPr>
        <w:t>Complete blank (17)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river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sandwich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racket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poster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18. </w:t>
      </w:r>
      <w:r>
        <w:rPr>
          <w:rFonts w:ascii="Arial" w:hAnsi="Arial"/>
          <w:b w:val="0"/>
          <w:sz w:val="19"/>
        </w:rPr>
        <w:t>Complete blank (18)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yesterday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never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angry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together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19. </w:t>
      </w:r>
      <w:r>
        <w:rPr>
          <w:rFonts w:ascii="Arial" w:hAnsi="Arial"/>
          <w:b w:val="0"/>
          <w:sz w:val="19"/>
        </w:rPr>
        <w:t>Complete blank (19)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listens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listened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listening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listen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20. </w:t>
      </w:r>
      <w:r>
        <w:rPr>
          <w:rFonts w:ascii="Arial" w:hAnsi="Arial"/>
          <w:b w:val="0"/>
          <w:sz w:val="19"/>
        </w:rPr>
        <w:t>Complete blank (20)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happiness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sadly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sadness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happy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21. </w:t>
      </w:r>
      <w:r>
        <w:rPr>
          <w:rFonts w:ascii="Arial" w:hAnsi="Arial"/>
          <w:b w:val="0"/>
          <w:sz w:val="19"/>
        </w:rPr>
        <w:t>Complete blank (21)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presents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present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presenting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presented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22. </w:t>
      </w:r>
      <w:r>
        <w:rPr>
          <w:rFonts w:ascii="Arial" w:hAnsi="Arial"/>
          <w:b w:val="0"/>
          <w:sz w:val="19"/>
        </w:rPr>
        <w:t>Complete blank (22)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see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saw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seeing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sees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4. READING COMPREHENSION (Questions 23–28)</w:t>
      </w:r>
    </w:p>
    <w:p>
      <w:pPr>
        <w:spacing w:after="60"/>
      </w:pPr>
      <w:r>
        <w:rPr>
          <w:b w:val="0"/>
          <w:sz w:val="19"/>
        </w:rPr>
        <w:t>GREENFIELD SCHOOL CLUB – MY NEIGHBOURHOOD</w:t>
        <w:br/>
        <w:t>Our club is for local people. Members learn about neighbourhood. They can see a cinema, a park and a small market. Meetings take place every Sunday. New members should bring a market. Everyone is welcome, and joining the club is free. The members also prepare a short presentation for their classmates.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23. </w:t>
      </w:r>
      <w:r>
        <w:rPr>
          <w:rFonts w:ascii="Arial" w:hAnsi="Arial"/>
          <w:b w:val="0"/>
          <w:sz w:val="19"/>
        </w:rPr>
        <w:t>The club is about neighbourhood.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24. </w:t>
      </w:r>
      <w:r>
        <w:rPr>
          <w:rFonts w:ascii="Arial" w:hAnsi="Arial"/>
          <w:b w:val="0"/>
          <w:sz w:val="19"/>
        </w:rPr>
        <w:t>Only teachers can join the club.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25. </w:t>
      </w:r>
      <w:r>
        <w:rPr>
          <w:rFonts w:ascii="Arial" w:hAnsi="Arial"/>
          <w:b w:val="0"/>
          <w:sz w:val="19"/>
        </w:rPr>
        <w:t>Joining the club costs no money.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26. </w:t>
      </w:r>
      <w:r>
        <w:rPr>
          <w:rFonts w:ascii="Arial" w:hAnsi="Arial"/>
          <w:b w:val="0"/>
          <w:sz w:val="19"/>
        </w:rPr>
        <w:t>All meetings are held at midnight.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27. </w:t>
      </w:r>
      <w:r>
        <w:rPr>
          <w:rFonts w:ascii="Arial" w:hAnsi="Arial"/>
          <w:b w:val="0"/>
          <w:sz w:val="19"/>
        </w:rPr>
        <w:t>Who can join the club?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Only parents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Only teachers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Only doctors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local people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28. </w:t>
      </w:r>
      <w:r>
        <w:rPr>
          <w:rFonts w:ascii="Arial" w:hAnsi="Arial"/>
          <w:b w:val="0"/>
          <w:sz w:val="19"/>
        </w:rPr>
        <w:t>What should new members bring?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 swimming pool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 bicycle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 market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 television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5. WORD FORM (Questions 29–34)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29. </w:t>
      </w:r>
      <w:r>
        <w:rPr>
          <w:rFonts w:ascii="Arial" w:hAnsi="Arial"/>
          <w:b w:val="0"/>
          <w:sz w:val="19"/>
        </w:rPr>
        <w:t>This is a very ___ area. (noise)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30. </w:t>
      </w:r>
      <w:r>
        <w:rPr>
          <w:rFonts w:ascii="Arial" w:hAnsi="Arial"/>
          <w:b w:val="0"/>
          <w:sz w:val="19"/>
        </w:rPr>
        <w:t>Our town is ___. (peace)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31. </w:t>
      </w:r>
      <w:r>
        <w:rPr>
          <w:rFonts w:ascii="Arial" w:hAnsi="Arial"/>
          <w:b w:val="0"/>
          <w:sz w:val="19"/>
        </w:rPr>
        <w:t>The street is very ___. (crowd)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32. </w:t>
      </w:r>
      <w:r>
        <w:rPr>
          <w:rFonts w:ascii="Arial" w:hAnsi="Arial"/>
          <w:b w:val="0"/>
          <w:sz w:val="19"/>
        </w:rPr>
        <w:t>Many ___ visit the museum. (tour)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33. </w:t>
      </w:r>
      <w:r>
        <w:rPr>
          <w:rFonts w:ascii="Arial" w:hAnsi="Arial"/>
          <w:b w:val="0"/>
          <w:sz w:val="19"/>
        </w:rPr>
        <w:t>The park is a ___ place. (beauty)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34. </w:t>
      </w:r>
      <w:r>
        <w:rPr>
          <w:rFonts w:ascii="Arial" w:hAnsi="Arial"/>
          <w:b w:val="0"/>
          <w:sz w:val="19"/>
        </w:rPr>
        <w:t>The town has some new ___. (build)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6. DICTIONARY SKILLS (Questions 35–36)</w:t>
      </w:r>
    </w:p>
    <w:p>
      <w:pPr>
        <w:spacing w:after="60"/>
      </w:pPr>
      <w:r>
        <w:rPr>
          <w:b/>
          <w:sz w:val="18"/>
        </w:rPr>
        <w:t>DICTIONARY ENTRY — landmark (noun/verb): a well-known building or place that is easy to recognise.</w:t>
      </w:r>
    </w:p>
    <w:p>
      <w:pPr>
        <w:spacing w:after="60"/>
      </w:pPr>
      <w:r>
        <w:rPr>
          <w:b w:val="0"/>
          <w:sz w:val="18"/>
        </w:rPr>
        <w:t>Use the headword in the correct form to complete Questions 35–36.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35. </w:t>
      </w:r>
      <w:r>
        <w:rPr>
          <w:rFonts w:ascii="Arial" w:hAnsi="Arial"/>
          <w:b w:val="0"/>
          <w:sz w:val="19"/>
        </w:rPr>
        <w:t>The old tower is an important 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36. </w:t>
      </w:r>
      <w:r>
        <w:rPr>
          <w:rFonts w:ascii="Arial" w:hAnsi="Arial"/>
          <w:b w:val="0"/>
          <w:sz w:val="19"/>
        </w:rPr>
        <w:t>Visitors take photos of this famous 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7. SENTENCE REWRITING (Questions 37–40)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37. </w:t>
      </w:r>
      <w:r>
        <w:rPr>
          <w:rFonts w:ascii="Arial" w:hAnsi="Arial"/>
          <w:b w:val="0"/>
          <w:sz w:val="19"/>
        </w:rPr>
        <w:t>This street is wider than that street. → That street is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38. </w:t>
      </w:r>
      <w:r>
        <w:rPr>
          <w:rFonts w:ascii="Arial" w:hAnsi="Arial"/>
          <w:b w:val="0"/>
          <w:sz w:val="19"/>
        </w:rPr>
        <w:t>The cinema is opposite the park. → The park is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39. </w:t>
      </w:r>
      <w:r>
        <w:rPr>
          <w:rFonts w:ascii="Arial" w:hAnsi="Arial"/>
          <w:b w:val="0"/>
          <w:sz w:val="19"/>
        </w:rPr>
        <w:t>The park is to the left of the school. → The school is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40. </w:t>
      </w:r>
      <w:r>
        <w:rPr>
          <w:rFonts w:ascii="Arial" w:hAnsi="Arial"/>
          <w:b w:val="0"/>
          <w:sz w:val="19"/>
        </w:rPr>
        <w:t>There are many shops in my town. → My town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65" w:right="1037" w:bottom="90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sz w:val="16"/>
      </w:rPr>
      <w:t>Original educational practice material | Global Success 6 | HCMC-inspired layout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