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OUR TET HOLIDAY</w:t>
              <w:br/>
              <w:t>Period 37 - Lesson 1: GETTING STARTED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Our Tet Holiday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things, activities, and wishes at Tet.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family connection, cultural respect, politeness, and safe celebration;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peach flowers, apricot flowers, lucky money, family gathering,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our tet holiday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6: OUR TET HOLIDAY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58-59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peach flowers, apricot flowers, lucky money, family gathering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peach flowers, apricot flowers, lucky money, family gathering;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peach flowers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apricot flowers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lucky money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family gathering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fireworks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decorate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peach flowers, apricot flowers, lucky money, family gathering, fireworks, decorate, visit relatives, make a wish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'TET IN MY FAMILY'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TET IN MY FAMILY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greeting card or poster presenting preparations, activities, wishes, and good manners at Tet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OUR TET HOLIDAY</w:t>
              <w:br/>
              <w:t>Period 38 - Lesson 2: A CLOSER LOOK 1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things, activities, and wishes at Tet.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/s/ and /ʃ/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family connection, cultural respect, politeness, and safe celebration;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peach flowers, apricot flowers, lucky money,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/s/ and /ʃ/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peach flowers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apricot flowers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lucky money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family gathering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fireworks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Tet traditions, New Year wishes, family activities, safe festival practice;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peach flowers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apricot flowers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lucky money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family gathering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fireworks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decorate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visit relatives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make a wish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/ʊ/ and /uː/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/s/ and /ʃ/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shopping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special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spring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wish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should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OUR TET HOLIDAY</w:t>
              <w:br/>
              <w:t>Period 39 - Lesson 3: A CLOSER LOOK 2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Should/shouldn't for advice; some and any.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family connection, cultural respect, politeness, and safe celebration;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should/shouldn't for advice; some and any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Should/shouldn't for advice; some and any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 should visit your grandparents at Tet.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Children shouldn't fight.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Advice: S + should/shouldn't + V. Use some in affirmative statements and offers/requests; use any in negatives and most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 should visit your grandparents at Tet.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Children shouldn't fight.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need some flowers, but we don't need any balloons.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61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 should visit your grandparents at Tet.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Children shouldn't fight.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need some flowers, but we don't need any balloons.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'TET IN MY FAMILY'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Advice: S + should/shouldn't + V. Use some in affirmative statements and offers/requests; use any in negatives and most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OUR TET HOLIDAY</w:t>
              <w:br/>
              <w:t>Period 40 - Lesson 4: COMMUNICATION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saying new year wishes.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family connection, cultural respect, politeness, and safe celebration;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Saying New Year wishes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Happy New Year! I wish you health and happiness. B: Thank you. The same to you.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inviting and accepting invitations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Happy New Year! I wish you health and happiness. B: Thank you. The same to you.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Tet traditions, New Year wishes, family activities, safe festival practice;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peach flowers, apricot flowers, lucky money, family gathering, fireworks, decorate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TET IN MY FAMILY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greeting card or poster presenting preparations, activities, wishes, and good manners at Tet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OUR TET HOLIDAY</w:t>
              <w:br/>
              <w:t>Period 41 - Lesson 5: SKILLS 1 - READING AND SPEAKING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children's New Year practices.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what people should or shouldn't do at Tet.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family connection, cultural respect, politeness, and safe celebration;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Tet, practice, wish, preparation.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leisure activities that teenagers do with their family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children's New Year practices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Tet, practice, wish, preparation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Tet traditions, New Year wishes, family activities, safe festival practice,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wish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preparation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Tet practices vary across families and regions while sharing values of reunion and hope.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Readers identify preparations, activities, and advice.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Cultural images and facts should be sourced and shared respectfully.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leisure activities with family.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OUR TET HOLIDAY</w:t>
              <w:br/>
              <w:t>Period 42 - Lesson 6: SKILLS 2 - LISTENING AND WRITING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preparations for Tet.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an email about what people should or shouldn't do at Tet.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family connection, cultural respect, politeness, and safe celebration;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leisure activities with friends.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65-66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preparations for Tet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an email about what people should or shouldn't do at Tet.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greeting card or poster presenting preparations, activities, wishes, and good manners at Tet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rPr>
          <w:tblHeader/>
        </w:trP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OUR TET HOLIDAY</w:t>
              <w:br/>
              <w:t>Period 43 - Lesson 7: LOOKING BACK AND PROJECT</w:t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family connection, cultural respect, politeness, and safe celebration;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rPr>
          <w:tblHeader/>
        </w:trP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6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things, activities, and wishes at Tet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Should/shouldn't for advice; some and any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peach flowers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apricot flowers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lucky money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family gathering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fireworks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decorate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visit relatives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make a wish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Should/shouldn't for advice; some and any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Advice: S + should/shouldn't + V. Use some in affirmative statements and offers/requests; use any in negatives and most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You should visit your grandparents at Tet.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Children shouldn't fight.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'TET IN MY FAMILY'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TET IN MY FAMILY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greeting card or poster presenting preparations, activities, wishes, and good manners at Tet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6: OUR TET HOLIDAY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TET IN MY FAMILY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greeting card or poster presenting preparations, activities, wishes, and good manners at Tet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rPr>
          <w:tblHeader/>
        </w:trP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rPr>
          <w:tblHeader/>
        </w:trP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rPr>
          <w:tblHeader/>
        </w:trP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6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6 GLOBAL SUCCESS - UNIT 6: OUR TET HOLIDAY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Tiếng Anh 6 Global Success - Unit 6: OUR TET HOLIDAY - NLS</dc:title>
  <dc:subject>Kế hoạch bài dạy 7 tiết tích hợp năng lực số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