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TELEVISION</w:t>
              <w:br/>
              <w:t>Period 44 - Lesson 1: GETTING STARTED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Television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TV programmes, channels, viewers, and characters.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selective media use, balanced screen time, and respect for audience differences;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talent show, viewer, comedy, character,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television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7: TELEVISION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6-7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talent show, viewer, comedy, character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talent show, viewer, comedy, character;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talent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viewer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character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educational programme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cartoon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talent show, viewer, comedy, character, educational programme, cartoon, game show, channel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'MY FAVOURITE TV PROGRAMME'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FAVOURITE TV PROGRAMME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programme card presenting its title, channel, schedule, type, content, and reasons for recommendation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TELEVISION</w:t>
              <w:br/>
              <w:t>Period 45 - Lesson 2: A CLOSER LOOK 1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TV programmes, channels, viewers, and characters.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/θ/ and /ð/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selective media use, balanced screen time, and respect for audience differences;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talent show, viewer, comedy,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/θ/ and /ð/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talent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viewer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character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educational programme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children TV programme, TV guide, educational channel, healthy screen time;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talent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viewer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character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educational programme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cartoon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game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channel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/ʊ/ and /uː/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/θ/ and /ð/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theatre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earth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anything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weather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TELEVISION</w:t>
              <w:br/>
              <w:t>Period 46 - Lesson 3: A CLOSER LOOK 2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Wh-questions and conjunctions in compound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selective media use, balanced screen time, and respect for audience differences;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wh-questions and conjunctions in compound sentences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Wh-questions and conjunctions in compound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What programme do you watch?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like cartoons, but my sister likes films.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Wh-word + auxiliary/be + subject ...? Join clauses with and (addition), but (contrast), or so (result).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What programme do you watch?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like cartoons, but my sister likes films.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programme is educational, so I often watch 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What programme do you watch?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like cartoons, but my sister likes films.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programme is educational, so I often watch 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'MY FAVOURITE TV PROGRAMME'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Wh-word + auxiliary/be + subject ...? Join clauses with and (addition), but (contrast), or so (result).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TELEVISION</w:t>
              <w:br/>
              <w:t>Period 47 - Lesson 4: COMMUNICATION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asking for and giving information about tv programmes.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selective media use, balanced screen time, and respect for audience differences;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Asking for and giving information about TV programmes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What's your favourite programme? B: The Wildlife. It's on at 8 p.m. on VTV2.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inviting and accepting invitations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What's your favourite programme? B: The Wildlife. It's on at 8 p.m. on VTV2.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children TV programme, TV guide, educational channel, healthy screen time;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talent show, viewer, comedy, character, educational programme, cartoon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FAVOURITE TV PROGRAMME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programme card presenting its title, channel, schedule, type, content, and reasons for recommendation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TELEVISION</w:t>
              <w:br/>
              <w:t>Period 48 - Lesson 5: SKILLS 1 - READING AND SPEAKING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a TV guide and programme information.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a favourite TV programme.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selective media use, balanced screen time, and respect for audience differences;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programme, channel, time, audience.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leisure activities that teenagers do with their family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TV guide and programme information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programme, channel, time, audience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children TV programme, TV guide, educational channel, healthy screen time,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programme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channel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time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audience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TV guide provides programme names, channels, times, types, and audiences.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Readers use headings and schedules to locate information quickly.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Healthy viewing includes suitable content and balanced screen time.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TELEVISION</w:t>
              <w:br/>
              <w:t>Period 49 - Lesson 6: SKILLS 2 - LISTENING AND WRITING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different TV programmes.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TV-viewing habits.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selective media use, balanced screen time, and respect for audience differences;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leisure activities with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13-14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different TV programmes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TV-viewing habits.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programme card presenting its title, channel, schedule, type, content, and reasons for recommendation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TELEVISION</w:t>
              <w:br/>
              <w:t>Period 50 - Lesson 7: LOOKING BACK AND PROJECT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selective media use, balanced screen time, and respect for audience differences;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TV programmes, channels, viewers, and characters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Wh-questions and conjunctions in compound sentences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talent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viewer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character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educational programme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cartoon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game 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channel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Wh-questions and conjunctions in compound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Wh-word + auxiliary/be + subject ...? Join clauses with and (addition), but (contrast), or so (result).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What programme do you watch?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 like cartoons, but my sister likes films.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'MY FAVOURITE TV PROGRAMME'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MY FAVOURITE TV PROGRAMME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programme card presenting its title, channel, schedule, type, content, and reasons for recommendation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7: TELEVISION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MY FAVOURITE TV PROGRAMME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programme card presenting its title, channel, schedule, type, content, and reasons for recommendation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rPr>
          <w:tblHeader/>
        </w:trP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rPr>
          <w:tblHeader/>
        </w:trP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7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6 GLOBAL SUCCESS - UNIT 7: TELEVISION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Tiếng Anh 6 Global Success - Unit 7: TELEVISION - NLS</dc:title>
  <dc:subject>Kế hoạch bài dạy 7 tiết tích hợp năng lực số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