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BCB60" w14:textId="77777777" w:rsidR="005B4CBC" w:rsidRPr="0026749B" w:rsidRDefault="005B4CBC" w:rsidP="0026749B">
      <w:pPr>
        <w:jc w:val="center"/>
        <w:rPr>
          <w:b/>
          <w:bCs/>
          <w:color w:val="00B050"/>
          <w:sz w:val="40"/>
          <w:szCs w:val="40"/>
        </w:rPr>
      </w:pPr>
    </w:p>
    <w:p w14:paraId="3C85D234" w14:textId="77777777" w:rsidR="00100089" w:rsidRPr="004D46D7" w:rsidRDefault="00100089" w:rsidP="0026749B">
      <w:pPr>
        <w:jc w:val="center"/>
        <w:rPr>
          <w:b/>
          <w:bCs/>
          <w:color w:val="00B050"/>
          <w:sz w:val="40"/>
          <w:szCs w:val="40"/>
        </w:rPr>
      </w:pPr>
      <w:r w:rsidRPr="004D46D7">
        <w:rPr>
          <w:b/>
          <w:bCs/>
          <w:color w:val="00B050"/>
          <w:sz w:val="40"/>
          <w:szCs w:val="40"/>
        </w:rPr>
        <w:t>Chủ đề 5 : PHƯƠNG TRÌNH TRẠNG THÁI KHÍ LÍ TƯỞNG</w:t>
      </w:r>
    </w:p>
    <w:p w14:paraId="74DDF4CC" w14:textId="77777777" w:rsidR="005B4CBC" w:rsidRPr="004D46D7" w:rsidRDefault="005B4CBC" w:rsidP="0026749B">
      <w:pPr>
        <w:jc w:val="center"/>
        <w:rPr>
          <w:b/>
          <w:bCs/>
          <w:color w:val="FF0000"/>
          <w:sz w:val="40"/>
          <w:szCs w:val="40"/>
        </w:rPr>
      </w:pPr>
    </w:p>
    <w:p w14:paraId="02052E99" w14:textId="77777777" w:rsidR="005B4CBC" w:rsidRPr="004D46D7" w:rsidRDefault="00100089" w:rsidP="0026749B">
      <w:pPr>
        <w:jc w:val="center"/>
        <w:rPr>
          <w:b/>
          <w:bCs/>
          <w:color w:val="FF0000"/>
          <w:sz w:val="40"/>
          <w:szCs w:val="40"/>
        </w:rPr>
      </w:pPr>
      <w:r w:rsidRPr="004D46D7">
        <w:rPr>
          <w:b/>
          <w:bCs/>
          <w:color w:val="FF0000"/>
          <w:sz w:val="40"/>
          <w:szCs w:val="40"/>
        </w:rPr>
        <w:t>Dạng 1 – Phương trình trạng thái khí lí tưởng</w:t>
      </w:r>
    </w:p>
    <w:p w14:paraId="1BD95A0F" w14:textId="77777777" w:rsidR="00100089" w:rsidRPr="004D46D7" w:rsidRDefault="00100089" w:rsidP="0026749B">
      <w:pPr>
        <w:jc w:val="center"/>
        <w:rPr>
          <w:b/>
          <w:bCs/>
          <w:color w:val="7030A0"/>
          <w:sz w:val="24"/>
          <w:szCs w:val="24"/>
        </w:rPr>
      </w:pPr>
    </w:p>
    <w:p w14:paraId="7C60A6F2" w14:textId="77777777" w:rsidR="00100089" w:rsidRPr="004D46D7" w:rsidRDefault="00100089" w:rsidP="0026749B">
      <w:pPr>
        <w:rPr>
          <w:sz w:val="24"/>
          <w:szCs w:val="24"/>
        </w:rPr>
      </w:pPr>
    </w:p>
    <w:p w14:paraId="22F19D48" w14:textId="77777777" w:rsidR="00100089" w:rsidRPr="004D46D7" w:rsidRDefault="00100089" w:rsidP="0026749B">
      <w:pPr>
        <w:shd w:val="clear" w:color="auto" w:fill="F7CAAC" w:themeFill="accent2" w:themeFillTint="66"/>
        <w:spacing w:line="276" w:lineRule="auto"/>
        <w:rPr>
          <w:b/>
          <w:bCs/>
          <w:color w:val="0070C0"/>
          <w:sz w:val="24"/>
          <w:szCs w:val="24"/>
        </w:rPr>
      </w:pPr>
      <w:r w:rsidRPr="004D46D7">
        <w:rPr>
          <w:b/>
          <w:bCs/>
          <w:color w:val="0070C0"/>
          <w:sz w:val="24"/>
          <w:szCs w:val="24"/>
        </w:rPr>
        <w:t xml:space="preserve">I – TÓM TẮT LÝ THUYẾT </w:t>
      </w:r>
    </w:p>
    <w:p w14:paraId="2A2BA74D" w14:textId="77777777" w:rsidR="00100089" w:rsidRPr="004D46D7" w:rsidRDefault="00100089" w:rsidP="0026749B">
      <w:pPr>
        <w:rPr>
          <w:b/>
          <w:bCs/>
          <w:color w:val="C00000"/>
          <w:sz w:val="24"/>
          <w:szCs w:val="24"/>
        </w:rPr>
      </w:pPr>
    </w:p>
    <w:p w14:paraId="67BE0E23" w14:textId="77777777" w:rsidR="00100089" w:rsidRPr="004D46D7" w:rsidRDefault="00100089" w:rsidP="0026749B">
      <w:pPr>
        <w:rPr>
          <w:b/>
          <w:bCs/>
          <w:color w:val="C00000"/>
          <w:sz w:val="24"/>
          <w:szCs w:val="24"/>
        </w:rPr>
      </w:pPr>
      <w:r w:rsidRPr="004D46D7">
        <w:rPr>
          <w:b/>
          <w:bCs/>
          <w:color w:val="C00000"/>
          <w:sz w:val="24"/>
          <w:szCs w:val="24"/>
        </w:rPr>
        <w:t>1 . Khí thực và khí lí tưởng :</w:t>
      </w:r>
    </w:p>
    <w:p w14:paraId="01313467" w14:textId="77777777" w:rsidR="00100089" w:rsidRPr="004D46D7" w:rsidRDefault="00100089" w:rsidP="0026749B">
      <w:pPr>
        <w:rPr>
          <w:b/>
          <w:bCs/>
          <w:color w:val="auto"/>
          <w:sz w:val="24"/>
          <w:szCs w:val="24"/>
        </w:rPr>
      </w:pPr>
      <w:r w:rsidRPr="004D46D7">
        <w:rPr>
          <w:b/>
          <w:bCs/>
          <w:color w:val="auto"/>
          <w:sz w:val="24"/>
          <w:szCs w:val="24"/>
        </w:rPr>
        <w:t xml:space="preserve">a. KHÍ THỰC : </w:t>
      </w:r>
    </w:p>
    <w:p w14:paraId="57B4052B" w14:textId="77777777" w:rsidR="00100089" w:rsidRPr="004D46D7" w:rsidRDefault="00100089" w:rsidP="0026749B">
      <w:pPr>
        <w:rPr>
          <w:rFonts w:eastAsiaTheme="minorHAnsi"/>
          <w:color w:val="auto"/>
          <w:sz w:val="24"/>
          <w:szCs w:val="24"/>
        </w:rPr>
      </w:pPr>
      <w:r w:rsidRPr="004D46D7">
        <w:rPr>
          <w:b/>
          <w:bCs/>
          <w:color w:val="auto"/>
          <w:sz w:val="24"/>
          <w:szCs w:val="24"/>
        </w:rPr>
        <w:t xml:space="preserve">- </w:t>
      </w:r>
      <w:r w:rsidRPr="004D46D7">
        <w:rPr>
          <w:rFonts w:eastAsiaTheme="minorHAnsi"/>
          <w:color w:val="auto"/>
          <w:sz w:val="24"/>
          <w:szCs w:val="24"/>
          <w:lang w:val="vi-VN"/>
        </w:rPr>
        <w:t>Các phân tử khí có thể tích riêng.</w:t>
      </w:r>
    </w:p>
    <w:p w14:paraId="303733D7"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Các phân tử khí tương tác với nhau cả khi ở xa nhau.</w:t>
      </w:r>
    </w:p>
    <w:p w14:paraId="50CC8FA7"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Tuân theo gần đúng các định luật về chất khí.</w:t>
      </w:r>
    </w:p>
    <w:p w14:paraId="52AFDD9F" w14:textId="77777777" w:rsidR="00100089" w:rsidRPr="004D46D7" w:rsidRDefault="00100089" w:rsidP="0026749B">
      <w:pPr>
        <w:rPr>
          <w:rFonts w:eastAsiaTheme="minorHAnsi"/>
          <w:b/>
          <w:bCs/>
          <w:color w:val="auto"/>
          <w:sz w:val="24"/>
          <w:szCs w:val="24"/>
        </w:rPr>
      </w:pPr>
      <w:r w:rsidRPr="004D46D7">
        <w:rPr>
          <w:rFonts w:eastAsiaTheme="minorHAnsi"/>
          <w:b/>
          <w:bCs/>
          <w:color w:val="auto"/>
          <w:sz w:val="24"/>
          <w:szCs w:val="24"/>
        </w:rPr>
        <w:t xml:space="preserve">b. KHÍ LÍ TƯỞNG : </w:t>
      </w:r>
    </w:p>
    <w:p w14:paraId="3FD60271" w14:textId="77777777" w:rsidR="00100089" w:rsidRPr="004D46D7" w:rsidRDefault="00100089" w:rsidP="0026749B">
      <w:pPr>
        <w:rPr>
          <w:rFonts w:eastAsiaTheme="minorHAnsi"/>
          <w:color w:val="auto"/>
          <w:sz w:val="24"/>
          <w:szCs w:val="24"/>
        </w:rPr>
      </w:pPr>
      <w:r w:rsidRPr="004D46D7">
        <w:rPr>
          <w:rFonts w:eastAsiaTheme="minorHAnsi"/>
          <w:b/>
          <w:bCs/>
          <w:color w:val="auto"/>
          <w:sz w:val="24"/>
          <w:szCs w:val="24"/>
        </w:rPr>
        <w:t xml:space="preserve">- </w:t>
      </w:r>
      <w:r w:rsidRPr="004D46D7">
        <w:rPr>
          <w:rFonts w:eastAsiaTheme="minorHAnsi"/>
          <w:color w:val="auto"/>
          <w:sz w:val="24"/>
          <w:szCs w:val="24"/>
          <w:lang w:val="vi-VN"/>
        </w:rPr>
        <w:t>Phân tử khí là chất điểm.</w:t>
      </w:r>
      <w:r w:rsidRPr="004D46D7">
        <w:rPr>
          <w:rFonts w:eastAsiaTheme="minorHAnsi"/>
          <w:color w:val="auto"/>
          <w:sz w:val="24"/>
          <w:szCs w:val="24"/>
        </w:rPr>
        <w:t xml:space="preserve"> </w:t>
      </w:r>
    </w:p>
    <w:p w14:paraId="10286F30"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Các phân tử khí chỉ tương tác với nhau khi va chạm.</w:t>
      </w:r>
    </w:p>
    <w:p w14:paraId="7A3E3882" w14:textId="77777777" w:rsidR="00100089" w:rsidRPr="004D46D7" w:rsidRDefault="00100089" w:rsidP="0026749B">
      <w:pPr>
        <w:rPr>
          <w:rFonts w:eastAsiaTheme="minorHAnsi"/>
          <w:color w:val="auto"/>
          <w:sz w:val="24"/>
          <w:szCs w:val="24"/>
        </w:rPr>
      </w:pPr>
      <w:r w:rsidRPr="004D46D7">
        <w:rPr>
          <w:rFonts w:eastAsiaTheme="minorHAnsi"/>
          <w:color w:val="auto"/>
          <w:sz w:val="24"/>
          <w:szCs w:val="24"/>
        </w:rPr>
        <w:t xml:space="preserve">- </w:t>
      </w:r>
      <w:r w:rsidRPr="004D46D7">
        <w:rPr>
          <w:rFonts w:eastAsiaTheme="minorHAnsi"/>
          <w:color w:val="auto"/>
          <w:sz w:val="24"/>
          <w:szCs w:val="24"/>
          <w:lang w:val="vi-VN"/>
        </w:rPr>
        <w:t>Tuân theo đúng các định luật về chất khí.</w:t>
      </w:r>
      <w:r w:rsidRPr="004D46D7">
        <w:rPr>
          <w:rFonts w:eastAsiaTheme="minorHAnsi"/>
          <w:color w:val="auto"/>
          <w:sz w:val="24"/>
          <w:szCs w:val="24"/>
        </w:rPr>
        <w:t xml:space="preserve"> </w:t>
      </w:r>
    </w:p>
    <w:p w14:paraId="400ADCA5" w14:textId="77777777" w:rsidR="00100089" w:rsidRPr="004D46D7" w:rsidRDefault="00100089" w:rsidP="0026749B">
      <w:pPr>
        <w:rPr>
          <w:rFonts w:eastAsiaTheme="minorHAnsi"/>
          <w:color w:val="auto"/>
          <w:sz w:val="24"/>
          <w:szCs w:val="24"/>
        </w:rPr>
      </w:pPr>
    </w:p>
    <w:p w14:paraId="7BBF84DF" w14:textId="77777777" w:rsidR="00100089" w:rsidRPr="004D46D7" w:rsidRDefault="00100089" w:rsidP="0026749B">
      <w:pPr>
        <w:rPr>
          <w:rFonts w:eastAsiaTheme="minorHAnsi"/>
          <w:b/>
          <w:bCs/>
          <w:color w:val="auto"/>
          <w:sz w:val="24"/>
          <w:szCs w:val="24"/>
        </w:rPr>
      </w:pPr>
      <w:r w:rsidRPr="004D46D7">
        <w:rPr>
          <w:rFonts w:eastAsiaTheme="minorHAnsi"/>
          <w:b/>
          <w:bCs/>
          <w:color w:val="C00000"/>
          <w:sz w:val="24"/>
          <w:szCs w:val="24"/>
        </w:rPr>
        <w:t>2. Phương trình trạng thái của khí lí tưởng :</w:t>
      </w:r>
    </w:p>
    <w:p w14:paraId="7D596488" w14:textId="77777777" w:rsidR="00741ED8" w:rsidRPr="004D46D7" w:rsidRDefault="00741ED8" w:rsidP="0026749B">
      <w:pPr>
        <w:tabs>
          <w:tab w:val="left" w:pos="283"/>
          <w:tab w:val="left" w:pos="2835"/>
          <w:tab w:val="left" w:pos="5386"/>
          <w:tab w:val="left" w:pos="7937"/>
        </w:tabs>
        <w:spacing w:line="276" w:lineRule="auto"/>
        <w:jc w:val="center"/>
        <w:rPr>
          <w:bCs/>
          <w:color w:val="auto"/>
          <w:sz w:val="24"/>
          <w:szCs w:val="24"/>
        </w:rPr>
      </w:pPr>
    </w:p>
    <w:p w14:paraId="6972A99E" w14:textId="77777777" w:rsidR="00100089" w:rsidRPr="004D46D7" w:rsidRDefault="00100089" w:rsidP="0026749B">
      <w:pPr>
        <w:tabs>
          <w:tab w:val="left" w:pos="283"/>
          <w:tab w:val="left" w:pos="2835"/>
          <w:tab w:val="left" w:pos="5386"/>
          <w:tab w:val="left" w:pos="7937"/>
        </w:tabs>
        <w:spacing w:line="276" w:lineRule="auto"/>
        <w:jc w:val="center"/>
        <w:rPr>
          <w:bCs/>
          <w:color w:val="auto"/>
          <w:sz w:val="24"/>
          <w:szCs w:val="24"/>
        </w:rPr>
      </w:pPr>
      <w:r w:rsidRPr="004D46D7">
        <w:rPr>
          <w:bCs/>
          <w:color w:val="auto"/>
          <w:position w:val="-38"/>
          <w:sz w:val="24"/>
          <w:szCs w:val="24"/>
        </w:rPr>
        <w:object w:dxaOrig="1440" w:dyaOrig="840" w14:anchorId="1C7A58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in;height:42.35pt" o:ole="">
            <v:imagedata r:id="rId5" o:title=""/>
          </v:shape>
          <o:OLEObject Type="Embed" ProgID="Equation.DSMT4" ShapeID="_x0000_i1025" DrawAspect="Content" ObjectID="_1789927737" r:id="rId6"/>
        </w:object>
      </w:r>
      <w:r w:rsidRPr="004D46D7">
        <w:rPr>
          <w:bCs/>
          <w:color w:val="auto"/>
          <w:sz w:val="24"/>
          <w:szCs w:val="24"/>
        </w:rPr>
        <w:t xml:space="preserve"> (1) hay </w:t>
      </w:r>
      <w:r w:rsidRPr="004D46D7">
        <w:rPr>
          <w:bCs/>
          <w:color w:val="auto"/>
          <w:position w:val="-30"/>
          <w:sz w:val="24"/>
          <w:szCs w:val="24"/>
        </w:rPr>
        <w:object w:dxaOrig="1040" w:dyaOrig="760" w14:anchorId="1CA637AF">
          <v:shape id="_x0000_i1026" type="#_x0000_t75" alt="" style="width:50.65pt;height:35.65pt" o:ole="">
            <v:imagedata r:id="rId7" o:title=""/>
          </v:shape>
          <o:OLEObject Type="Embed" ProgID="Equation.DSMT4" ShapeID="_x0000_i1026" DrawAspect="Content" ObjectID="_1789927738" r:id="rId8"/>
        </w:object>
      </w:r>
      <w:r w:rsidRPr="004D46D7">
        <w:rPr>
          <w:bCs/>
          <w:color w:val="auto"/>
          <w:sz w:val="24"/>
          <w:szCs w:val="24"/>
        </w:rPr>
        <w:t xml:space="preserve"> (2) (C là hằng số).</w:t>
      </w:r>
    </w:p>
    <w:p w14:paraId="6EE2081C" w14:textId="77777777" w:rsidR="00100089" w:rsidRPr="004D46D7" w:rsidRDefault="00100089" w:rsidP="0026749B">
      <w:pPr>
        <w:spacing w:line="276" w:lineRule="auto"/>
        <w:rPr>
          <w:i/>
          <w:color w:val="auto"/>
          <w:sz w:val="24"/>
          <w:szCs w:val="24"/>
        </w:rPr>
      </w:pPr>
      <w:r w:rsidRPr="004D46D7">
        <w:rPr>
          <w:i/>
          <w:color w:val="auto"/>
          <w:sz w:val="24"/>
          <w:szCs w:val="24"/>
          <w:lang w:val="vi-VN"/>
        </w:rPr>
        <w:t xml:space="preserve">Độ lớn của hằng số </w:t>
      </w:r>
      <w:r w:rsidRPr="004D46D7">
        <w:rPr>
          <w:i/>
          <w:color w:val="auto"/>
          <w:sz w:val="24"/>
          <w:szCs w:val="24"/>
        </w:rPr>
        <w:t xml:space="preserve">C </w:t>
      </w:r>
      <w:r w:rsidRPr="004D46D7">
        <w:rPr>
          <w:i/>
          <w:color w:val="auto"/>
          <w:sz w:val="24"/>
          <w:szCs w:val="24"/>
          <w:lang w:val="vi-VN"/>
        </w:rPr>
        <w:t>phụ thuộc vào lượng khí mà ta xét.</w:t>
      </w:r>
    </w:p>
    <w:p w14:paraId="705E01B8" w14:textId="77777777" w:rsidR="00100089" w:rsidRPr="004D46D7" w:rsidRDefault="00100089" w:rsidP="0026749B">
      <w:pPr>
        <w:spacing w:line="276" w:lineRule="auto"/>
        <w:jc w:val="both"/>
        <w:rPr>
          <w:iCs/>
          <w:color w:val="auto"/>
          <w:sz w:val="24"/>
          <w:szCs w:val="24"/>
          <w:lang w:val="vi-VN"/>
        </w:rPr>
      </w:pPr>
      <m:oMath>
        <m:r>
          <w:rPr>
            <w:rFonts w:ascii="Cambria Math" w:hAnsi="Cambria Math"/>
            <w:color w:val="auto"/>
            <w:sz w:val="24"/>
            <w:szCs w:val="24"/>
            <w:lang w:val="vi-VN"/>
          </w:rPr>
          <m:t>→</m:t>
        </m:r>
      </m:oMath>
      <w:r w:rsidRPr="004D46D7">
        <w:rPr>
          <w:iCs/>
          <w:color w:val="auto"/>
          <w:sz w:val="24"/>
          <w:szCs w:val="24"/>
          <w:lang w:val="vi-VN"/>
        </w:rPr>
        <w:t xml:space="preserve"> Quá trình chuyển trạng thái không phụ thuộc cách chuyển trạng thái mà chỉ phụ thuộc trạng thái đầu và trạng thái cuối.</w:t>
      </w:r>
    </w:p>
    <w:p w14:paraId="6174F13E" w14:textId="77777777" w:rsidR="00100089" w:rsidRPr="004D46D7" w:rsidRDefault="00100089" w:rsidP="0026749B">
      <w:pPr>
        <w:rPr>
          <w:b/>
          <w:bCs/>
          <w:color w:val="C00000"/>
          <w:sz w:val="24"/>
          <w:szCs w:val="24"/>
        </w:rPr>
      </w:pPr>
      <w:r w:rsidRPr="004D46D7">
        <w:rPr>
          <w:b/>
          <w:bCs/>
          <w:color w:val="C00000"/>
          <w:sz w:val="24"/>
          <w:szCs w:val="24"/>
        </w:rPr>
        <w:t xml:space="preserve"> 3. Vận dụng :</w:t>
      </w:r>
    </w:p>
    <w:p w14:paraId="5E57CC09" w14:textId="77777777" w:rsidR="00100089" w:rsidRPr="004D46D7" w:rsidRDefault="00100089" w:rsidP="0026749B">
      <w:pPr>
        <w:tabs>
          <w:tab w:val="left" w:pos="360"/>
        </w:tabs>
        <w:spacing w:line="276" w:lineRule="auto"/>
        <w:jc w:val="both"/>
        <w:rPr>
          <w:iCs/>
          <w:color w:val="auto"/>
          <w:sz w:val="24"/>
          <w:szCs w:val="24"/>
        </w:rPr>
      </w:pPr>
      <w:r w:rsidRPr="004D46D7">
        <w:rPr>
          <w:iCs/>
          <w:color w:val="auto"/>
          <w:sz w:val="24"/>
          <w:szCs w:val="24"/>
        </w:rPr>
        <w:t xml:space="preserve">Phương trình trạng thái của khí lý tưởng có nhiều ứng dụng thực tế : </w:t>
      </w:r>
    </w:p>
    <w:p w14:paraId="693B606A" w14:textId="77777777" w:rsidR="00100089" w:rsidRPr="004D46D7" w:rsidRDefault="00100089" w:rsidP="0026749B">
      <w:pPr>
        <w:tabs>
          <w:tab w:val="left" w:pos="360"/>
        </w:tabs>
        <w:spacing w:after="160" w:line="276" w:lineRule="auto"/>
        <w:contextualSpacing/>
        <w:jc w:val="both"/>
        <w:rPr>
          <w:rFonts w:eastAsiaTheme="minorHAnsi"/>
          <w:iCs/>
          <w:color w:val="auto"/>
          <w:sz w:val="24"/>
          <w:szCs w:val="24"/>
        </w:rPr>
      </w:pPr>
      <w:r w:rsidRPr="004D46D7">
        <w:rPr>
          <w:rFonts w:eastAsiaTheme="minorHAnsi"/>
          <w:iCs/>
          <w:color w:val="auto"/>
          <w:sz w:val="24"/>
          <w:szCs w:val="24"/>
        </w:rPr>
        <w:t>- Nghiên cứu, chế tạo các thiết bị có liên quan đến chất khí như khí cầu, bình đựng khí, trang phục lặn, máy điều hòa không khí, máy nén khí,…</w:t>
      </w:r>
    </w:p>
    <w:p w14:paraId="25EEB8F9" w14:textId="77777777" w:rsidR="00100089" w:rsidRPr="004D46D7" w:rsidRDefault="00100089" w:rsidP="0026749B">
      <w:pPr>
        <w:tabs>
          <w:tab w:val="left" w:pos="360"/>
        </w:tabs>
        <w:spacing w:after="160" w:line="276" w:lineRule="auto"/>
        <w:contextualSpacing/>
        <w:jc w:val="both"/>
        <w:rPr>
          <w:rFonts w:eastAsiaTheme="minorHAnsi"/>
          <w:iCs/>
          <w:color w:val="auto"/>
          <w:sz w:val="24"/>
          <w:szCs w:val="24"/>
        </w:rPr>
      </w:pPr>
      <w:r w:rsidRPr="004D46D7">
        <w:rPr>
          <w:rFonts w:eastAsiaTheme="minorHAnsi"/>
          <w:iCs/>
          <w:color w:val="auto"/>
          <w:sz w:val="24"/>
          <w:szCs w:val="24"/>
        </w:rPr>
        <w:t>- Nghiên cứu sự thay đổi áp suất và thể tích của các lớp khí tồn tại trong các vật liệu để tìm tòi, sản xuất các vật liệu đáp ứng các yêu cầu sử dụng khác nhau; ứng dụng trong nghiên cứu về khí quyển, dự báo thời tiết,…</w:t>
      </w:r>
    </w:p>
    <w:p w14:paraId="523AE29A" w14:textId="77777777" w:rsidR="000D26F5" w:rsidRPr="004D46D7" w:rsidRDefault="000D26F5" w:rsidP="0026749B">
      <w:pPr>
        <w:tabs>
          <w:tab w:val="left" w:pos="360"/>
        </w:tabs>
        <w:spacing w:after="160" w:line="276" w:lineRule="auto"/>
        <w:contextualSpacing/>
        <w:jc w:val="both"/>
        <w:rPr>
          <w:rFonts w:eastAsiaTheme="minorHAnsi"/>
          <w:iCs/>
          <w:color w:val="auto"/>
          <w:sz w:val="24"/>
          <w:szCs w:val="24"/>
        </w:rPr>
      </w:pPr>
    </w:p>
    <w:p w14:paraId="381405FD" w14:textId="77777777" w:rsidR="00100089" w:rsidRPr="004D46D7" w:rsidRDefault="00D4090E" w:rsidP="0026749B">
      <w:pPr>
        <w:rPr>
          <w:b/>
          <w:bCs/>
          <w:color w:val="C00000"/>
          <w:sz w:val="24"/>
          <w:szCs w:val="24"/>
        </w:rPr>
      </w:pPr>
      <w:r w:rsidRPr="004D46D7">
        <w:rPr>
          <w:b/>
          <w:bCs/>
          <w:noProof/>
          <w:color w:val="C00000"/>
          <w:sz w:val="24"/>
          <w:szCs w:val="24"/>
        </w:rPr>
        <w:drawing>
          <wp:inline distT="0" distB="0" distL="0" distR="0" wp14:anchorId="2FB2F457" wp14:editId="7F54772E">
            <wp:extent cx="1972907" cy="1030406"/>
            <wp:effectExtent l="0" t="0" r="8890" b="0"/>
            <wp:docPr id="1259027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027341" name=""/>
                    <pic:cNvPicPr/>
                  </pic:nvPicPr>
                  <pic:blipFill>
                    <a:blip r:embed="rId9"/>
                    <a:stretch>
                      <a:fillRect/>
                    </a:stretch>
                  </pic:blipFill>
                  <pic:spPr>
                    <a:xfrm>
                      <a:off x="0" y="0"/>
                      <a:ext cx="1997720" cy="1043365"/>
                    </a:xfrm>
                    <a:prstGeom prst="rect">
                      <a:avLst/>
                    </a:prstGeom>
                  </pic:spPr>
                </pic:pic>
              </a:graphicData>
            </a:graphic>
          </wp:inline>
        </w:drawing>
      </w:r>
      <w:r w:rsidRPr="004D46D7">
        <w:rPr>
          <w:b/>
          <w:bCs/>
          <w:color w:val="C00000"/>
          <w:sz w:val="24"/>
          <w:szCs w:val="24"/>
        </w:rPr>
        <w:t xml:space="preserve">    </w:t>
      </w:r>
      <w:r w:rsidRPr="004D46D7">
        <w:rPr>
          <w:noProof/>
        </w:rPr>
        <w:drawing>
          <wp:inline distT="0" distB="0" distL="0" distR="0" wp14:anchorId="666D2E26" wp14:editId="05904D30">
            <wp:extent cx="1023582" cy="1023582"/>
            <wp:effectExtent l="0" t="0" r="5715" b="5715"/>
            <wp:docPr id="181984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32795" cy="1032795"/>
                    </a:xfrm>
                    <a:prstGeom prst="rect">
                      <a:avLst/>
                    </a:prstGeom>
                    <a:noFill/>
                    <a:ln>
                      <a:noFill/>
                    </a:ln>
                  </pic:spPr>
                </pic:pic>
              </a:graphicData>
            </a:graphic>
          </wp:inline>
        </w:drawing>
      </w:r>
      <w:r w:rsidRPr="004D46D7">
        <w:rPr>
          <w:b/>
          <w:bCs/>
          <w:noProof/>
          <w:color w:val="C00000"/>
          <w:sz w:val="24"/>
          <w:szCs w:val="24"/>
        </w:rPr>
        <w:drawing>
          <wp:inline distT="0" distB="0" distL="0" distR="0" wp14:anchorId="0BEDD4B3" wp14:editId="3E059B96">
            <wp:extent cx="1180531" cy="1077166"/>
            <wp:effectExtent l="0" t="0" r="635" b="8890"/>
            <wp:docPr id="874006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06692" name=""/>
                    <pic:cNvPicPr/>
                  </pic:nvPicPr>
                  <pic:blipFill>
                    <a:blip r:embed="rId11"/>
                    <a:stretch>
                      <a:fillRect/>
                    </a:stretch>
                  </pic:blipFill>
                  <pic:spPr>
                    <a:xfrm>
                      <a:off x="0" y="0"/>
                      <a:ext cx="1195176" cy="1090529"/>
                    </a:xfrm>
                    <a:prstGeom prst="rect">
                      <a:avLst/>
                    </a:prstGeom>
                  </pic:spPr>
                </pic:pic>
              </a:graphicData>
            </a:graphic>
          </wp:inline>
        </w:drawing>
      </w:r>
      <w:r w:rsidRPr="004D46D7">
        <w:rPr>
          <w:noProof/>
        </w:rPr>
        <w:drawing>
          <wp:inline distT="0" distB="0" distL="0" distR="0" wp14:anchorId="782EAB0C" wp14:editId="3164D83B">
            <wp:extent cx="2094931" cy="1118471"/>
            <wp:effectExtent l="0" t="0" r="635" b="5715"/>
            <wp:docPr id="1782541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11350" cy="1127237"/>
                    </a:xfrm>
                    <a:prstGeom prst="rect">
                      <a:avLst/>
                    </a:prstGeom>
                    <a:noFill/>
                    <a:ln>
                      <a:noFill/>
                    </a:ln>
                  </pic:spPr>
                </pic:pic>
              </a:graphicData>
            </a:graphic>
          </wp:inline>
        </w:drawing>
      </w:r>
    </w:p>
    <w:p w14:paraId="73367ECB" w14:textId="77777777" w:rsidR="00617634" w:rsidRPr="004D46D7" w:rsidRDefault="00617634" w:rsidP="0026749B">
      <w:pPr>
        <w:rPr>
          <w:b/>
          <w:bCs/>
          <w:color w:val="C00000"/>
          <w:sz w:val="24"/>
          <w:szCs w:val="24"/>
          <w:lang w:val="vi-VN"/>
        </w:rPr>
      </w:pPr>
    </w:p>
    <w:p w14:paraId="0CAB2151" w14:textId="77777777" w:rsidR="00FC2FB9" w:rsidRPr="004D46D7" w:rsidRDefault="00FC2FB9" w:rsidP="0026749B">
      <w:pPr>
        <w:spacing w:after="160" w:line="259" w:lineRule="auto"/>
        <w:rPr>
          <w:b/>
          <w:bCs/>
          <w:color w:val="C00000"/>
          <w:sz w:val="24"/>
          <w:szCs w:val="24"/>
          <w:lang w:val="vi-VN"/>
        </w:rPr>
      </w:pPr>
      <w:r w:rsidRPr="004D46D7">
        <w:rPr>
          <w:b/>
          <w:bCs/>
          <w:color w:val="C00000"/>
          <w:sz w:val="24"/>
          <w:szCs w:val="24"/>
          <w:lang w:val="vi-VN"/>
        </w:rPr>
        <w:br w:type="page"/>
      </w:r>
    </w:p>
    <w:p w14:paraId="1C29E5BD" w14:textId="77777777" w:rsidR="00FC2FB9" w:rsidRPr="004D46D7" w:rsidRDefault="00FC2FB9" w:rsidP="0026749B">
      <w:pPr>
        <w:shd w:val="clear" w:color="auto" w:fill="F4B083" w:themeFill="accent2" w:themeFillTint="99"/>
        <w:tabs>
          <w:tab w:val="left" w:pos="360"/>
        </w:tabs>
        <w:spacing w:line="276" w:lineRule="auto"/>
        <w:jc w:val="both"/>
        <w:rPr>
          <w:b/>
          <w:bCs/>
          <w:color w:val="0070C0"/>
          <w:sz w:val="24"/>
          <w:szCs w:val="24"/>
        </w:rPr>
      </w:pPr>
      <w:r w:rsidRPr="004D46D7">
        <w:rPr>
          <w:b/>
          <w:bCs/>
          <w:color w:val="0070C0"/>
          <w:sz w:val="24"/>
          <w:szCs w:val="24"/>
        </w:rPr>
        <w:lastRenderedPageBreak/>
        <w:t xml:space="preserve">II – BÀI TẬP LUYỆN TẬP </w:t>
      </w:r>
    </w:p>
    <w:p w14:paraId="0E5F37D0" w14:textId="77777777" w:rsidR="00FC2FB9" w:rsidRPr="004D46D7" w:rsidRDefault="00FC2FB9" w:rsidP="0026749B">
      <w:pPr>
        <w:spacing w:line="276" w:lineRule="auto"/>
        <w:rPr>
          <w:b/>
          <w:bCs/>
          <w:color w:val="C00000"/>
          <w:sz w:val="24"/>
          <w:szCs w:val="24"/>
        </w:rPr>
      </w:pPr>
      <w:r w:rsidRPr="004D46D7">
        <w:rPr>
          <w:b/>
          <w:bCs/>
          <w:color w:val="C00000"/>
          <w:sz w:val="24"/>
          <w:szCs w:val="24"/>
        </w:rPr>
        <w:t xml:space="preserve">1. Câu trắc nhiệm nhiều phương án lựa chọn ( 4,5 điểm ) </w:t>
      </w:r>
    </w:p>
    <w:p w14:paraId="75ECEA38" w14:textId="77777777" w:rsidR="00FC2FB9" w:rsidRPr="004D46D7" w:rsidRDefault="00FC2FB9"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1CE2675F" w14:textId="77777777" w:rsidR="00FC2FB9" w:rsidRPr="004D46D7" w:rsidRDefault="00FC2FB9"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0,25điểm)</w:t>
      </w:r>
    </w:p>
    <w:p w14:paraId="34A47942" w14:textId="77777777" w:rsidR="00FC2FB9" w:rsidRPr="004D46D7" w:rsidRDefault="00FC2FB9" w:rsidP="0026749B">
      <w:pPr>
        <w:tabs>
          <w:tab w:val="left" w:pos="360"/>
        </w:tabs>
        <w:spacing w:line="276" w:lineRule="auto"/>
        <w:rPr>
          <w:iCs/>
          <w:color w:val="auto"/>
          <w:sz w:val="24"/>
          <w:szCs w:val="24"/>
          <w:lang w:val="pt-BR"/>
        </w:rPr>
      </w:pPr>
      <w:r w:rsidRPr="004D46D7">
        <w:rPr>
          <w:b/>
          <w:bCs/>
          <w:color w:val="auto"/>
          <w:sz w:val="24"/>
          <w:szCs w:val="24"/>
          <w:lang w:val="de-DE"/>
        </w:rPr>
        <w:t xml:space="preserve">Câu </w:t>
      </w:r>
      <w:r w:rsidR="00B443D7" w:rsidRPr="004D46D7">
        <w:rPr>
          <w:b/>
          <w:bCs/>
          <w:color w:val="auto"/>
          <w:sz w:val="24"/>
          <w:szCs w:val="24"/>
          <w:lang w:val="de-DE"/>
        </w:rPr>
        <w:t>1</w:t>
      </w:r>
      <w:r w:rsidRPr="004D46D7">
        <w:rPr>
          <w:b/>
          <w:bCs/>
          <w:color w:val="auto"/>
          <w:sz w:val="24"/>
          <w:szCs w:val="24"/>
          <w:lang w:val="de-DE"/>
        </w:rPr>
        <w:t>:</w:t>
      </w:r>
      <w:r w:rsidRPr="004D46D7">
        <w:rPr>
          <w:color w:val="auto"/>
          <w:sz w:val="24"/>
          <w:szCs w:val="24"/>
          <w:lang w:val="de-DE"/>
        </w:rPr>
        <w:t xml:space="preserve"> </w:t>
      </w:r>
      <w:r w:rsidRPr="004D46D7">
        <w:rPr>
          <w:iCs/>
          <w:color w:val="auto"/>
          <w:sz w:val="24"/>
          <w:szCs w:val="24"/>
          <w:lang w:val="pt-BR"/>
        </w:rPr>
        <w:t>Theo phương trình trạng thái của khí lí tưởng, tích của áp suất p và thể tích V của một khối lượng khí lí tưởng xác định</w:t>
      </w:r>
    </w:p>
    <w:p w14:paraId="24CCB956" w14:textId="77777777" w:rsidR="00FC2FB9" w:rsidRPr="004D46D7" w:rsidRDefault="00FC2FB9" w:rsidP="0026749B">
      <w:pPr>
        <w:tabs>
          <w:tab w:val="left" w:pos="360"/>
        </w:tabs>
        <w:spacing w:line="276" w:lineRule="auto"/>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không phụ thuộc vào nhiệt độ. </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tỉ lệ thuận với nhiệt độ tuyệt đối.</w:t>
      </w:r>
    </w:p>
    <w:p w14:paraId="5CEEE258" w14:textId="77777777" w:rsidR="00FC2FB9" w:rsidRPr="004D46D7" w:rsidRDefault="00FC2FB9" w:rsidP="0026749B">
      <w:pPr>
        <w:tabs>
          <w:tab w:val="left" w:pos="360"/>
        </w:tabs>
        <w:spacing w:line="276" w:lineRule="auto"/>
        <w:rPr>
          <w:iCs/>
          <w:color w:val="auto"/>
          <w:sz w:val="24"/>
          <w:szCs w:val="24"/>
          <w:lang w:val="pt-BR"/>
        </w:rPr>
      </w:pPr>
      <w:r w:rsidRPr="004D46D7">
        <w:rPr>
          <w:b/>
          <w:bCs/>
          <w:iCs/>
          <w:color w:val="auto"/>
          <w:sz w:val="24"/>
          <w:szCs w:val="24"/>
          <w:lang w:val="pt-BR"/>
        </w:rPr>
        <w:tab/>
        <w:t>C.</w:t>
      </w:r>
      <w:r w:rsidRPr="004D46D7">
        <w:rPr>
          <w:iCs/>
          <w:color w:val="auto"/>
          <w:sz w:val="24"/>
          <w:szCs w:val="24"/>
          <w:lang w:val="pt-BR"/>
        </w:rPr>
        <w:t xml:space="preserve"> tỉ lệ thuận với nhiệt độ Xenxiut. </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tỉ lệ nghịch với nhiệt độ tuyệt đối.</w:t>
      </w:r>
    </w:p>
    <w:p w14:paraId="536E3C75" w14:textId="77777777" w:rsidR="00FC2FB9" w:rsidRPr="004D46D7" w:rsidRDefault="00FC2FB9" w:rsidP="0026749B">
      <w:pPr>
        <w:tabs>
          <w:tab w:val="left" w:pos="360"/>
        </w:tabs>
        <w:spacing w:line="276" w:lineRule="auto"/>
        <w:jc w:val="both"/>
        <w:rPr>
          <w:color w:val="auto"/>
          <w:sz w:val="24"/>
          <w:szCs w:val="24"/>
          <w:lang w:val="de-DE"/>
        </w:rPr>
      </w:pPr>
      <w:r w:rsidRPr="004D46D7">
        <w:rPr>
          <w:b/>
          <w:bCs/>
          <w:color w:val="auto"/>
          <w:sz w:val="24"/>
          <w:szCs w:val="24"/>
          <w:lang w:val="de-DE"/>
        </w:rPr>
        <w:t xml:space="preserve">Câu </w:t>
      </w:r>
      <w:r w:rsidR="00B443D7" w:rsidRPr="004D46D7">
        <w:rPr>
          <w:b/>
          <w:bCs/>
          <w:color w:val="auto"/>
          <w:sz w:val="24"/>
          <w:szCs w:val="24"/>
          <w:lang w:val="de-DE"/>
        </w:rPr>
        <w:t>2</w:t>
      </w:r>
      <w:r w:rsidRPr="004D46D7">
        <w:rPr>
          <w:color w:val="auto"/>
          <w:sz w:val="24"/>
          <w:szCs w:val="24"/>
          <w:lang w:val="de-DE"/>
        </w:rPr>
        <w:t>: Cho một khối khí xác định, nếu ta tăng áp suất lên gấp đôi và tăng nhiệt độ tuyệt đối lên gấp 3 thì thể tích khí sẽ</w:t>
      </w:r>
    </w:p>
    <w:p w14:paraId="47124353" w14:textId="77777777" w:rsidR="00FC2FB9" w:rsidRPr="004D46D7" w:rsidRDefault="00FC2FB9" w:rsidP="0026749B">
      <w:pPr>
        <w:tabs>
          <w:tab w:val="left" w:pos="360"/>
        </w:tabs>
        <w:spacing w:line="276" w:lineRule="auto"/>
        <w:jc w:val="both"/>
        <w:rPr>
          <w:color w:val="auto"/>
          <w:sz w:val="24"/>
          <w:szCs w:val="24"/>
          <w:lang w:val="de-DE"/>
        </w:rPr>
      </w:pPr>
      <w:r w:rsidRPr="004D46D7">
        <w:rPr>
          <w:b/>
          <w:bCs/>
          <w:color w:val="auto"/>
          <w:sz w:val="24"/>
          <w:szCs w:val="24"/>
          <w:lang w:val="de-DE"/>
        </w:rPr>
        <w:tab/>
        <w:t>A.</w:t>
      </w:r>
      <w:r w:rsidRPr="004D46D7">
        <w:rPr>
          <w:color w:val="auto"/>
          <w:sz w:val="24"/>
          <w:szCs w:val="24"/>
          <w:lang w:val="de-DE"/>
        </w:rPr>
        <w:t xml:space="preserve"> giảm xuống </w:t>
      </w:r>
      <w:r w:rsidR="00B443D7" w:rsidRPr="004D46D7">
        <w:rPr>
          <w:color w:val="auto"/>
          <w:sz w:val="24"/>
          <w:szCs w:val="24"/>
          <w:lang w:val="de-DE"/>
        </w:rPr>
        <w:t>4</w:t>
      </w:r>
      <w:r w:rsidRPr="004D46D7">
        <w:rPr>
          <w:color w:val="auto"/>
          <w:sz w:val="24"/>
          <w:szCs w:val="24"/>
          <w:lang w:val="de-DE"/>
        </w:rPr>
        <w:t xml:space="preserve"> lần.</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B.</w:t>
      </w:r>
      <w:r w:rsidRPr="004D46D7">
        <w:rPr>
          <w:color w:val="auto"/>
          <w:sz w:val="24"/>
          <w:szCs w:val="24"/>
          <w:lang w:val="de-DE"/>
        </w:rPr>
        <w:t xml:space="preserve"> tăng lên 1,5 lần.</w:t>
      </w:r>
      <w:r w:rsidRPr="004D46D7">
        <w:rPr>
          <w:color w:val="auto"/>
          <w:sz w:val="24"/>
          <w:szCs w:val="24"/>
          <w:lang w:val="de-DE"/>
        </w:rPr>
        <w:tab/>
      </w:r>
    </w:p>
    <w:p w14:paraId="22AD936E" w14:textId="77777777" w:rsidR="00FC2FB9" w:rsidRPr="004D46D7" w:rsidRDefault="00FC2FB9" w:rsidP="0026749B">
      <w:pPr>
        <w:tabs>
          <w:tab w:val="left" w:pos="360"/>
        </w:tabs>
        <w:spacing w:line="276" w:lineRule="auto"/>
        <w:jc w:val="both"/>
        <w:rPr>
          <w:color w:val="auto"/>
          <w:sz w:val="24"/>
          <w:szCs w:val="24"/>
          <w:lang w:val="vi-VN"/>
        </w:rPr>
      </w:pPr>
      <w:r w:rsidRPr="004D46D7">
        <w:rPr>
          <w:b/>
          <w:bCs/>
          <w:color w:val="auto"/>
          <w:sz w:val="24"/>
          <w:szCs w:val="24"/>
          <w:lang w:val="de-DE"/>
        </w:rPr>
        <w:tab/>
        <w:t>C.</w:t>
      </w:r>
      <w:r w:rsidRPr="004D46D7">
        <w:rPr>
          <w:color w:val="auto"/>
          <w:sz w:val="24"/>
          <w:szCs w:val="24"/>
          <w:lang w:val="de-DE"/>
        </w:rPr>
        <w:t xml:space="preserve"> giảm xuống 1,5 lần.</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D.</w:t>
      </w:r>
      <w:r w:rsidRPr="004D46D7">
        <w:rPr>
          <w:color w:val="auto"/>
          <w:sz w:val="24"/>
          <w:szCs w:val="24"/>
          <w:lang w:val="de-DE"/>
        </w:rPr>
        <w:t xml:space="preserve"> tăng lên </w:t>
      </w:r>
      <w:r w:rsidR="00B443D7" w:rsidRPr="004D46D7">
        <w:rPr>
          <w:color w:val="auto"/>
          <w:sz w:val="24"/>
          <w:szCs w:val="24"/>
          <w:lang w:val="de-DE"/>
        </w:rPr>
        <w:t>4</w:t>
      </w:r>
      <w:r w:rsidRPr="004D46D7">
        <w:rPr>
          <w:color w:val="auto"/>
          <w:sz w:val="24"/>
          <w:szCs w:val="24"/>
          <w:lang w:val="de-DE"/>
        </w:rPr>
        <w:t xml:space="preserve"> lần.</w:t>
      </w:r>
    </w:p>
    <w:p w14:paraId="77FDB95A"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 xml:space="preserve">Câu </w:t>
      </w:r>
      <w:r w:rsidR="00B443D7" w:rsidRPr="004D46D7">
        <w:rPr>
          <w:rFonts w:eastAsiaTheme="minorHAnsi"/>
          <w:b/>
          <w:bCs/>
          <w:color w:val="auto"/>
          <w:sz w:val="24"/>
          <w:szCs w:val="24"/>
          <w:lang w:val="de-DE"/>
        </w:rPr>
        <w:t>3</w:t>
      </w:r>
      <w:r w:rsidRPr="004D46D7">
        <w:rPr>
          <w:rFonts w:eastAsiaTheme="minorHAnsi"/>
          <w:b/>
          <w:bCs/>
          <w:color w:val="auto"/>
          <w:sz w:val="24"/>
          <w:szCs w:val="24"/>
          <w:lang w:val="de-DE"/>
        </w:rPr>
        <w:t>:</w:t>
      </w:r>
      <w:r w:rsidRPr="004D46D7">
        <w:rPr>
          <w:rFonts w:eastAsiaTheme="minorHAnsi"/>
          <w:color w:val="auto"/>
          <w:sz w:val="24"/>
          <w:szCs w:val="24"/>
          <w:lang w:val="de-DE"/>
        </w:rPr>
        <w:t xml:space="preserve"> </w:t>
      </w:r>
      <w:r w:rsidRPr="004D46D7">
        <w:rPr>
          <w:rFonts w:eastAsiaTheme="minorHAnsi"/>
          <w:color w:val="auto"/>
          <w:sz w:val="24"/>
          <w:szCs w:val="24"/>
          <w:lang w:val="sv-SE"/>
        </w:rPr>
        <w:t>Phương trình nào sau đây là phương trình trạng thái của khí lí tưởng?</w:t>
      </w:r>
    </w:p>
    <w:p w14:paraId="5BBC9C18" w14:textId="77777777" w:rsidR="00FC2FB9" w:rsidRPr="004D46D7" w:rsidRDefault="00FC2FB9" w:rsidP="0026749B">
      <w:pPr>
        <w:tabs>
          <w:tab w:val="left" w:pos="426"/>
          <w:tab w:val="left" w:pos="5670"/>
          <w:tab w:val="left" w:pos="8505"/>
        </w:tabs>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 xml:space="preserve">. </w:t>
      </w:r>
      <w:r w:rsidRPr="004D46D7">
        <w:rPr>
          <w:color w:val="auto"/>
          <w:sz w:val="24"/>
          <w:szCs w:val="24"/>
          <w:lang w:val="sv-SE"/>
        </w:rPr>
        <w:t xml:space="preserve">PV/T= hằng số.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PT/V= hằng số.</w:t>
      </w:r>
    </w:p>
    <w:p w14:paraId="6DBD1BDC" w14:textId="77777777" w:rsidR="00FC2FB9" w:rsidRPr="004D46D7" w:rsidRDefault="00FC2FB9" w:rsidP="0026749B">
      <w:pPr>
        <w:tabs>
          <w:tab w:val="left" w:pos="426"/>
          <w:tab w:val="left" w:pos="5670"/>
          <w:tab w:val="left" w:pos="8505"/>
        </w:tabs>
        <w:jc w:val="both"/>
        <w:rPr>
          <w:color w:val="auto"/>
          <w:sz w:val="24"/>
          <w:szCs w:val="24"/>
          <w:lang w:val="sv-SE"/>
        </w:rPr>
      </w:pPr>
      <w:r w:rsidRPr="004D46D7">
        <w:rPr>
          <w:b/>
          <w:color w:val="auto"/>
          <w:sz w:val="24"/>
          <w:szCs w:val="24"/>
          <w:lang w:val="sv-SE"/>
        </w:rPr>
        <w:tab/>
        <w:t xml:space="preserve">C. </w:t>
      </w:r>
      <w:r w:rsidRPr="004D46D7">
        <w:rPr>
          <w:color w:val="auto"/>
          <w:sz w:val="24"/>
          <w:szCs w:val="24"/>
          <w:lang w:val="sv-SE"/>
        </w:rPr>
        <w:t xml:space="preserve">VT/P= hằng số.            </w:t>
      </w:r>
      <w:r w:rsidRPr="004D46D7">
        <w:rPr>
          <w:color w:val="auto"/>
          <w:sz w:val="24"/>
          <w:szCs w:val="24"/>
          <w:lang w:val="sv-SE"/>
        </w:rPr>
        <w:tab/>
      </w:r>
      <w:r w:rsidRPr="004D46D7">
        <w:rPr>
          <w:b/>
          <w:color w:val="auto"/>
          <w:sz w:val="24"/>
          <w:szCs w:val="24"/>
          <w:lang w:val="sv-SE"/>
        </w:rPr>
        <w:t xml:space="preserve">D.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w:t>
      </w:r>
    </w:p>
    <w:p w14:paraId="0AE2AA48"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rPr>
        <w:t xml:space="preserve">Câu </w:t>
      </w:r>
      <w:r w:rsidR="00B443D7" w:rsidRPr="004D46D7">
        <w:rPr>
          <w:b/>
          <w:bCs/>
          <w:color w:val="auto"/>
          <w:sz w:val="24"/>
          <w:szCs w:val="24"/>
        </w:rPr>
        <w:t>4</w:t>
      </w:r>
      <w:r w:rsidRPr="004D46D7">
        <w:rPr>
          <w:b/>
          <w:bCs/>
          <w:color w:val="auto"/>
          <w:sz w:val="24"/>
          <w:szCs w:val="24"/>
        </w:rPr>
        <w:t xml:space="preserve">: </w:t>
      </w:r>
      <w:r w:rsidRPr="004D46D7">
        <w:rPr>
          <w:color w:val="auto"/>
          <w:sz w:val="24"/>
          <w:szCs w:val="24"/>
          <w:lang w:val="pt-BR"/>
        </w:rPr>
        <w:t>Phương trình trạng thái khí lí tưởng cho biết mối liên hệ giữa các đại lượng nào sau đây?</w:t>
      </w:r>
    </w:p>
    <w:p w14:paraId="34AB3A3D"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lang w:val="pt-BR"/>
        </w:rPr>
        <w:tab/>
        <w:t>A.</w:t>
      </w:r>
      <w:r w:rsidRPr="004D46D7">
        <w:rPr>
          <w:color w:val="auto"/>
          <w:sz w:val="24"/>
          <w:szCs w:val="24"/>
          <w:lang w:val="pt-BR"/>
        </w:rPr>
        <w:t xml:space="preserve"> nhiệt độ và áp suất.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nhiệt độ và thể tích.             </w:t>
      </w:r>
      <w:r w:rsidRPr="004D46D7">
        <w:rPr>
          <w:color w:val="auto"/>
          <w:sz w:val="24"/>
          <w:szCs w:val="24"/>
          <w:lang w:val="pt-BR"/>
        </w:rPr>
        <w:tab/>
      </w:r>
    </w:p>
    <w:p w14:paraId="27E604D6" w14:textId="77777777" w:rsidR="00FC2FB9" w:rsidRPr="004D46D7" w:rsidRDefault="00FC2FB9" w:rsidP="0026749B">
      <w:pPr>
        <w:tabs>
          <w:tab w:val="left" w:pos="360"/>
        </w:tabs>
        <w:spacing w:line="276" w:lineRule="auto"/>
        <w:rPr>
          <w:color w:val="auto"/>
          <w:sz w:val="24"/>
          <w:szCs w:val="24"/>
          <w:lang w:val="pt-BR"/>
        </w:rPr>
      </w:pPr>
      <w:r w:rsidRPr="004D46D7">
        <w:rPr>
          <w:b/>
          <w:bCs/>
          <w:color w:val="auto"/>
          <w:sz w:val="24"/>
          <w:szCs w:val="24"/>
          <w:lang w:val="pt-BR"/>
        </w:rPr>
        <w:tab/>
        <w:t>C.</w:t>
      </w:r>
      <w:r w:rsidRPr="004D46D7">
        <w:rPr>
          <w:color w:val="auto"/>
          <w:sz w:val="24"/>
          <w:szCs w:val="24"/>
          <w:lang w:val="pt-BR"/>
        </w:rPr>
        <w:t xml:space="preserve"> thể tích và áp suất.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nhiệt độ, thể tích và áp suất.</w:t>
      </w:r>
    </w:p>
    <w:p w14:paraId="3E5454F1"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 xml:space="preserve">Câu </w:t>
      </w:r>
      <w:r w:rsidR="00B443D7" w:rsidRPr="004D46D7">
        <w:rPr>
          <w:rFonts w:eastAsiaTheme="minorHAnsi"/>
          <w:b/>
          <w:bCs/>
          <w:color w:val="auto"/>
          <w:sz w:val="24"/>
          <w:szCs w:val="24"/>
          <w:lang w:val="de-DE"/>
        </w:rPr>
        <w:t>5</w:t>
      </w:r>
      <w:r w:rsidRPr="004D46D7">
        <w:rPr>
          <w:rFonts w:eastAsiaTheme="minorHAnsi"/>
          <w:b/>
          <w:bCs/>
          <w:color w:val="auto"/>
          <w:sz w:val="24"/>
          <w:szCs w:val="24"/>
          <w:lang w:val="de-DE"/>
        </w:rPr>
        <w:t>:</w:t>
      </w:r>
      <w:r w:rsidRPr="004D46D7">
        <w:rPr>
          <w:rFonts w:eastAsiaTheme="minorHAnsi"/>
          <w:color w:val="auto"/>
          <w:sz w:val="24"/>
          <w:szCs w:val="24"/>
          <w:lang w:val="de-DE"/>
        </w:rPr>
        <w:t xml:space="preserve"> </w:t>
      </w:r>
      <w:r w:rsidRPr="004D46D7">
        <w:rPr>
          <w:rFonts w:eastAsiaTheme="minorHAnsi"/>
          <w:color w:val="auto"/>
          <w:sz w:val="24"/>
          <w:szCs w:val="24"/>
          <w:lang w:val="sv-SE"/>
        </w:rPr>
        <w:t>Ở nhiệt độ T</w:t>
      </w:r>
      <w:r w:rsidRPr="004D46D7">
        <w:rPr>
          <w:rFonts w:eastAsiaTheme="minorHAnsi"/>
          <w:color w:val="auto"/>
          <w:sz w:val="24"/>
          <w:szCs w:val="24"/>
          <w:vertAlign w:val="subscript"/>
          <w:lang w:val="sv-SE"/>
        </w:rPr>
        <w:t>1</w:t>
      </w:r>
      <w:r w:rsidRPr="004D46D7">
        <w:rPr>
          <w:rFonts w:eastAsiaTheme="minorHAnsi"/>
          <w:color w:val="auto"/>
          <w:sz w:val="24"/>
          <w:szCs w:val="24"/>
          <w:lang w:val="sv-SE"/>
        </w:rPr>
        <w:t xml:space="preserve"> và áp suất p</w:t>
      </w:r>
      <w:r w:rsidRPr="004D46D7">
        <w:rPr>
          <w:rFonts w:eastAsiaTheme="minorHAnsi"/>
          <w:color w:val="auto"/>
          <w:sz w:val="24"/>
          <w:szCs w:val="24"/>
          <w:vertAlign w:val="subscript"/>
          <w:lang w:val="sv-SE"/>
        </w:rPr>
        <w:t>1</w:t>
      </w:r>
      <w:r w:rsidRPr="004D46D7">
        <w:rPr>
          <w:rFonts w:eastAsiaTheme="minorHAnsi"/>
          <w:color w:val="auto"/>
          <w:sz w:val="24"/>
          <w:szCs w:val="24"/>
          <w:lang w:val="sv-SE"/>
        </w:rPr>
        <w:t>, khối lượng riêng của một chất khí là ρ</w:t>
      </w:r>
      <w:r w:rsidRPr="004D46D7">
        <w:rPr>
          <w:rFonts w:eastAsiaTheme="minorHAnsi"/>
          <w:color w:val="auto"/>
          <w:sz w:val="24"/>
          <w:szCs w:val="24"/>
          <w:vertAlign w:val="subscript"/>
          <w:lang w:val="sv-SE"/>
        </w:rPr>
        <w:t>1</w:t>
      </w:r>
      <w:r w:rsidRPr="004D46D7">
        <w:rPr>
          <w:rFonts w:eastAsiaTheme="minorHAnsi"/>
          <w:color w:val="auto"/>
          <w:sz w:val="24"/>
          <w:szCs w:val="24"/>
          <w:lang w:val="sv-SE"/>
        </w:rPr>
        <w:t>. Biểu thức tính khối lượng riêng ρ</w:t>
      </w:r>
      <w:r w:rsidRPr="004D46D7">
        <w:rPr>
          <w:rFonts w:eastAsiaTheme="minorHAnsi"/>
          <w:color w:val="auto"/>
          <w:sz w:val="24"/>
          <w:szCs w:val="24"/>
          <w:vertAlign w:val="subscript"/>
          <w:lang w:val="sv-SE"/>
        </w:rPr>
        <w:t xml:space="preserve">2 </w:t>
      </w:r>
      <w:r w:rsidRPr="004D46D7">
        <w:rPr>
          <w:rFonts w:eastAsiaTheme="minorHAnsi"/>
          <w:color w:val="auto"/>
          <w:sz w:val="24"/>
          <w:szCs w:val="24"/>
          <w:lang w:val="sv-SE"/>
        </w:rPr>
        <w:t>của chất khí đó ở nhiệt độ T</w:t>
      </w:r>
      <w:r w:rsidRPr="004D46D7">
        <w:rPr>
          <w:rFonts w:eastAsiaTheme="minorHAnsi"/>
          <w:color w:val="auto"/>
          <w:sz w:val="24"/>
          <w:szCs w:val="24"/>
          <w:vertAlign w:val="subscript"/>
          <w:lang w:val="sv-SE"/>
        </w:rPr>
        <w:t>2</w:t>
      </w:r>
      <w:r w:rsidRPr="004D46D7">
        <w:rPr>
          <w:rFonts w:eastAsiaTheme="minorHAnsi"/>
          <w:color w:val="auto"/>
          <w:sz w:val="24"/>
          <w:szCs w:val="24"/>
          <w:lang w:val="sv-SE"/>
        </w:rPr>
        <w:t xml:space="preserve"> và áp suất p</w:t>
      </w:r>
      <w:r w:rsidRPr="004D46D7">
        <w:rPr>
          <w:rFonts w:eastAsiaTheme="minorHAnsi"/>
          <w:color w:val="auto"/>
          <w:sz w:val="24"/>
          <w:szCs w:val="24"/>
          <w:vertAlign w:val="subscript"/>
          <w:lang w:val="sv-SE"/>
        </w:rPr>
        <w:t>2</w:t>
      </w:r>
      <w:r w:rsidRPr="004D46D7">
        <w:rPr>
          <w:rFonts w:eastAsiaTheme="minorHAnsi"/>
          <w:color w:val="auto"/>
          <w:sz w:val="24"/>
          <w:szCs w:val="24"/>
          <w:lang w:val="sv-SE"/>
        </w:rPr>
        <w:t xml:space="preserve"> là</w:t>
      </w:r>
    </w:p>
    <w:p w14:paraId="444B7B2A" w14:textId="77777777" w:rsidR="00FC2FB9" w:rsidRPr="004D46D7" w:rsidRDefault="00FC2FB9" w:rsidP="0026749B">
      <w:pPr>
        <w:spacing w:line="276" w:lineRule="auto"/>
        <w:contextualSpacing/>
        <w:jc w:val="both"/>
        <w:rPr>
          <w:rFonts w:eastAsiaTheme="minorEastAsia"/>
          <w:color w:val="auto"/>
          <w:sz w:val="24"/>
          <w:szCs w:val="24"/>
          <w:lang w:val="vi-VN"/>
        </w:rPr>
      </w:pPr>
      <w:r w:rsidRPr="004D46D7">
        <w:rPr>
          <w:rFonts w:eastAsiaTheme="minorHAnsi"/>
          <w:b/>
          <w:bCs/>
          <w:color w:val="auto"/>
          <w:sz w:val="24"/>
          <w:szCs w:val="24"/>
          <w:lang w:val="de-DE"/>
        </w:rPr>
        <w:t xml:space="preserve">A.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VNI-Times"/>
          <w:iCs/>
          <w:color w:val="auto"/>
          <w:sz w:val="24"/>
          <w:szCs w:val="24"/>
          <w:lang w:val="sv-SE"/>
        </w:rPr>
        <w:tab/>
      </w:r>
      <w:r w:rsidRPr="004D46D7">
        <w:rPr>
          <w:rFonts w:eastAsia="VNI-Times"/>
          <w:iCs/>
          <w:color w:val="auto"/>
          <w:sz w:val="24"/>
          <w:szCs w:val="24"/>
          <w:lang w:val="sv-SE"/>
        </w:rPr>
        <w:tab/>
      </w:r>
      <w:r w:rsidRPr="004D46D7">
        <w:rPr>
          <w:rFonts w:eastAsiaTheme="minorHAnsi"/>
          <w:b/>
          <w:bCs/>
          <w:color w:val="auto"/>
          <w:sz w:val="24"/>
          <w:szCs w:val="24"/>
          <w:lang w:val="de-DE"/>
        </w:rPr>
        <w:t xml:space="preserve">B.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Theme="minorHAnsi"/>
          <w:color w:val="auto"/>
          <w:sz w:val="24"/>
          <w:szCs w:val="24"/>
          <w:vertAlign w:val="subscript"/>
          <w:lang w:val="de-DE"/>
        </w:rPr>
        <w:tab/>
      </w:r>
      <w:r w:rsidRPr="004D46D7">
        <w:rPr>
          <w:rFonts w:eastAsiaTheme="minorHAnsi"/>
          <w:color w:val="auto"/>
          <w:sz w:val="24"/>
          <w:szCs w:val="24"/>
          <w:vertAlign w:val="subscript"/>
          <w:lang w:val="de-DE"/>
        </w:rPr>
        <w:tab/>
      </w:r>
      <w:r w:rsidRPr="004D46D7">
        <w:rPr>
          <w:rFonts w:eastAsiaTheme="minorHAnsi"/>
          <w:b/>
          <w:bCs/>
          <w:color w:val="auto"/>
          <w:sz w:val="24"/>
          <w:szCs w:val="24"/>
          <w:lang w:val="de-DE"/>
        </w:rPr>
        <w:t xml:space="preserve">C.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r w:rsidRPr="004D46D7">
        <w:rPr>
          <w:rFonts w:eastAsia="VNI-Times"/>
          <w:iCs/>
          <w:color w:val="auto"/>
          <w:sz w:val="24"/>
          <w:szCs w:val="24"/>
          <w:lang w:val="sv-SE"/>
        </w:rPr>
        <w:tab/>
      </w:r>
      <w:r w:rsidRPr="004D46D7">
        <w:rPr>
          <w:rFonts w:eastAsiaTheme="minorHAnsi"/>
          <w:b/>
          <w:bCs/>
          <w:color w:val="auto"/>
          <w:sz w:val="24"/>
          <w:szCs w:val="24"/>
          <w:lang w:val="de-DE"/>
        </w:rPr>
        <w:t xml:space="preserve">D. </w:t>
      </w:r>
      <m:oMath>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f>
          <m:fPr>
            <m:ctrlPr>
              <w:rPr>
                <w:rFonts w:ascii="Cambria Math" w:eastAsia="VNI-Times" w:hAnsi="Cambria Math"/>
                <w:iCs/>
                <w:color w:val="auto"/>
                <w:sz w:val="24"/>
                <w:szCs w:val="24"/>
                <w:lang w:val="sv-SE"/>
              </w:rPr>
            </m:ctrlPr>
          </m:fPr>
          <m:num>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1</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2</m:t>
                </m:r>
              </m:sub>
            </m:sSub>
          </m:num>
          <m:den>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p</m:t>
                </m:r>
              </m:e>
              <m:sub>
                <m:r>
                  <m:rPr>
                    <m:sty m:val="p"/>
                  </m:rPr>
                  <w:rPr>
                    <w:rFonts w:ascii="Cambria Math" w:eastAsia="VNI-Times" w:hAnsi="Cambria Math"/>
                    <w:color w:val="auto"/>
                    <w:sz w:val="24"/>
                    <w:szCs w:val="24"/>
                    <w:lang w:val="sv-SE"/>
                  </w:rPr>
                  <m:t>2</m:t>
                </m:r>
              </m:sub>
            </m:sSub>
            <m:r>
              <m:rPr>
                <m:sty m:val="p"/>
              </m:rPr>
              <w:rPr>
                <w:rFonts w:ascii="Cambria Math" w:eastAsia="VNI-Times" w:hAnsi="Cambria Math"/>
                <w:color w:val="auto"/>
                <w:sz w:val="24"/>
                <w:szCs w:val="24"/>
                <w:lang w:val="sv-SE"/>
              </w:rPr>
              <m:t>.</m:t>
            </m:r>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T</m:t>
                </m:r>
              </m:e>
              <m:sub>
                <m:r>
                  <m:rPr>
                    <m:sty m:val="p"/>
                  </m:rPr>
                  <w:rPr>
                    <w:rFonts w:ascii="Cambria Math" w:eastAsia="VNI-Times" w:hAnsi="Cambria Math"/>
                    <w:color w:val="auto"/>
                    <w:sz w:val="24"/>
                    <w:szCs w:val="24"/>
                    <w:lang w:val="sv-SE"/>
                  </w:rPr>
                  <m:t>1</m:t>
                </m:r>
              </m:sub>
            </m:sSub>
          </m:den>
        </m:f>
        <m:sSub>
          <m:sSubPr>
            <m:ctrlPr>
              <w:rPr>
                <w:rFonts w:ascii="Cambria Math" w:eastAsia="VNI-Times" w:hAnsi="Cambria Math"/>
                <w:iCs/>
                <w:color w:val="auto"/>
                <w:sz w:val="24"/>
                <w:szCs w:val="24"/>
                <w:lang w:val="sv-SE"/>
              </w:rPr>
            </m:ctrlPr>
          </m:sSubPr>
          <m:e>
            <m:r>
              <m:rPr>
                <m:sty m:val="p"/>
              </m:rPr>
              <w:rPr>
                <w:rFonts w:ascii="Cambria Math" w:eastAsia="VNI-Times" w:hAnsi="Cambria Math"/>
                <w:color w:val="auto"/>
                <w:sz w:val="24"/>
                <w:szCs w:val="24"/>
                <w:lang w:val="sv-SE"/>
              </w:rPr>
              <m:t>ρ</m:t>
            </m:r>
          </m:e>
          <m:sub>
            <m:r>
              <m:rPr>
                <m:sty m:val="p"/>
              </m:rPr>
              <w:rPr>
                <w:rFonts w:ascii="Cambria Math" w:eastAsia="VNI-Times" w:hAnsi="Cambria Math"/>
                <w:color w:val="auto"/>
                <w:sz w:val="24"/>
                <w:szCs w:val="24"/>
                <w:lang w:val="sv-SE"/>
              </w:rPr>
              <m:t>1</m:t>
            </m:r>
          </m:sub>
        </m:sSub>
        <m:r>
          <w:rPr>
            <w:rFonts w:ascii="Cambria Math" w:eastAsia="VNI-Times" w:hAnsi="Cambria Math"/>
            <w:color w:val="auto"/>
            <w:sz w:val="24"/>
            <w:szCs w:val="24"/>
            <w:lang w:val="sv-SE"/>
          </w:rPr>
          <m:t>.</m:t>
        </m:r>
      </m:oMath>
    </w:p>
    <w:p w14:paraId="1EC0DD64" w14:textId="77777777" w:rsidR="00FC2FB9" w:rsidRPr="004D46D7" w:rsidRDefault="00FC2FB9" w:rsidP="0026749B">
      <w:pPr>
        <w:tabs>
          <w:tab w:val="left" w:pos="360"/>
        </w:tabs>
        <w:spacing w:line="276" w:lineRule="auto"/>
        <w:jc w:val="both"/>
        <w:rPr>
          <w:iCs/>
          <w:color w:val="auto"/>
          <w:sz w:val="24"/>
          <w:szCs w:val="24"/>
          <w:lang w:val="de-DE"/>
        </w:rPr>
      </w:pPr>
      <w:r w:rsidRPr="004D46D7">
        <w:rPr>
          <w:b/>
          <w:bCs/>
          <w:color w:val="auto"/>
          <w:sz w:val="24"/>
          <w:szCs w:val="24"/>
          <w:lang w:val="da-DK"/>
        </w:rPr>
        <w:t>Câu 6:</w:t>
      </w:r>
      <w:r w:rsidRPr="004D46D7">
        <w:rPr>
          <w:color w:val="auto"/>
          <w:sz w:val="24"/>
          <w:szCs w:val="24"/>
          <w:lang w:val="da-DK"/>
        </w:rPr>
        <w:t xml:space="preserve"> </w:t>
      </w:r>
      <w:r w:rsidRPr="004D46D7">
        <w:rPr>
          <w:iCs/>
          <w:color w:val="auto"/>
          <w:sz w:val="24"/>
          <w:szCs w:val="24"/>
          <w:lang w:val="de-DE"/>
        </w:rPr>
        <w:t xml:space="preserve">Một quả bóng có thể tích 200 lít ở nhiệt độ 28 </w:t>
      </w:r>
      <w:r w:rsidRPr="004D46D7">
        <w:rPr>
          <w:iCs/>
          <w:color w:val="auto"/>
          <w:sz w:val="24"/>
          <w:szCs w:val="24"/>
          <w:vertAlign w:val="superscript"/>
          <w:lang w:val="de-DE"/>
        </w:rPr>
        <w:t>o</w:t>
      </w:r>
      <w:r w:rsidRPr="004D46D7">
        <w:rPr>
          <w:iCs/>
          <w:color w:val="auto"/>
          <w:sz w:val="24"/>
          <w:szCs w:val="24"/>
          <w:lang w:val="de-DE"/>
        </w:rPr>
        <w:t xml:space="preserve">C trên mặt đất. Bóng được thả bay lên đến độ cao mà ở đó áp suất khí quyển chỉ còn 0,55 lần áp suất khí quyển ở mặt đất và có nhiệt độ 5 </w:t>
      </w:r>
      <w:r w:rsidRPr="004D46D7">
        <w:rPr>
          <w:iCs/>
          <w:color w:val="auto"/>
          <w:sz w:val="24"/>
          <w:szCs w:val="24"/>
          <w:vertAlign w:val="superscript"/>
          <w:lang w:val="de-DE"/>
        </w:rPr>
        <w:t>o</w:t>
      </w:r>
      <w:r w:rsidRPr="004D46D7">
        <w:rPr>
          <w:iCs/>
          <w:color w:val="auto"/>
          <w:sz w:val="24"/>
          <w:szCs w:val="24"/>
          <w:lang w:val="de-DE"/>
        </w:rPr>
        <w:t>C. Bỏ qua áp suất phụ gây ra bởi vỏ bóng, thể tích của quả bóng ở độ cao đó bằng</w:t>
      </w:r>
    </w:p>
    <w:p w14:paraId="67FA04B7" w14:textId="77777777" w:rsidR="00FC2FB9" w:rsidRPr="004D46D7" w:rsidRDefault="00FC2FB9" w:rsidP="0026749B">
      <w:pPr>
        <w:tabs>
          <w:tab w:val="left" w:pos="360"/>
          <w:tab w:val="left" w:pos="2977"/>
        </w:tabs>
        <w:spacing w:line="276" w:lineRule="auto"/>
        <w:jc w:val="both"/>
        <w:rPr>
          <w:iCs/>
          <w:color w:val="auto"/>
          <w:sz w:val="24"/>
          <w:szCs w:val="24"/>
          <w:lang w:val="vi-VN"/>
        </w:rPr>
      </w:pPr>
      <w:r w:rsidRPr="004D46D7">
        <w:rPr>
          <w:b/>
          <w:bCs/>
          <w:iCs/>
          <w:color w:val="auto"/>
          <w:sz w:val="24"/>
          <w:szCs w:val="24"/>
          <w:lang w:val="de-DE"/>
        </w:rPr>
        <w:tab/>
        <w:t xml:space="preserve"> A.</w:t>
      </w:r>
      <w:r w:rsidRPr="004D46D7">
        <w:rPr>
          <w:iCs/>
          <w:color w:val="auto"/>
          <w:sz w:val="24"/>
          <w:szCs w:val="24"/>
          <w:lang w:val="de-DE"/>
        </w:rPr>
        <w:t xml:space="preserve"> </w:t>
      </w:r>
      <w:r w:rsidR="00B443D7" w:rsidRPr="004D46D7">
        <w:rPr>
          <w:iCs/>
          <w:color w:val="auto"/>
          <w:sz w:val="24"/>
          <w:szCs w:val="24"/>
          <w:lang w:val="de-DE"/>
        </w:rPr>
        <w:t>390</w:t>
      </w:r>
      <w:r w:rsidRPr="004D46D7">
        <w:rPr>
          <w:iCs/>
          <w:color w:val="auto"/>
          <w:sz w:val="24"/>
          <w:szCs w:val="24"/>
          <w:lang w:val="de-DE"/>
        </w:rPr>
        <w:t xml:space="preserve"> lít.</w:t>
      </w:r>
      <w:r w:rsidRPr="004D46D7">
        <w:rPr>
          <w:iCs/>
          <w:color w:val="auto"/>
          <w:sz w:val="24"/>
          <w:szCs w:val="24"/>
          <w:lang w:val="de-DE"/>
        </w:rPr>
        <w:tab/>
      </w:r>
      <w:r w:rsidRPr="004D46D7">
        <w:rPr>
          <w:b/>
          <w:bCs/>
          <w:iCs/>
          <w:color w:val="auto"/>
          <w:sz w:val="24"/>
          <w:szCs w:val="24"/>
          <w:lang w:val="de-DE"/>
        </w:rPr>
        <w:t>B.</w:t>
      </w:r>
      <w:r w:rsidRPr="004D46D7">
        <w:rPr>
          <w:iCs/>
          <w:color w:val="auto"/>
          <w:sz w:val="24"/>
          <w:szCs w:val="24"/>
          <w:lang w:val="de-DE"/>
        </w:rPr>
        <w:t xml:space="preserve"> </w:t>
      </w:r>
      <w:r w:rsidR="00B443D7" w:rsidRPr="004D46D7">
        <w:rPr>
          <w:iCs/>
          <w:color w:val="auto"/>
          <w:sz w:val="24"/>
          <w:szCs w:val="24"/>
          <w:lang w:val="de-DE"/>
        </w:rPr>
        <w:t>290,75</w:t>
      </w:r>
      <w:r w:rsidRPr="004D46D7">
        <w:rPr>
          <w:iCs/>
          <w:color w:val="auto"/>
          <w:sz w:val="24"/>
          <w:szCs w:val="24"/>
          <w:lang w:val="de-DE"/>
        </w:rPr>
        <w:t xml:space="preserve"> lít.</w:t>
      </w:r>
      <w:r w:rsidRPr="004D46D7">
        <w:rPr>
          <w:iCs/>
          <w:color w:val="auto"/>
          <w:sz w:val="24"/>
          <w:szCs w:val="24"/>
          <w:lang w:val="de-DE"/>
        </w:rPr>
        <w:tab/>
      </w:r>
      <w:r w:rsidRPr="004D46D7">
        <w:rPr>
          <w:iCs/>
          <w:color w:val="auto"/>
          <w:sz w:val="24"/>
          <w:szCs w:val="24"/>
          <w:lang w:val="de-DE"/>
        </w:rPr>
        <w:tab/>
      </w:r>
      <w:r w:rsidRPr="004D46D7">
        <w:rPr>
          <w:b/>
          <w:bCs/>
          <w:iCs/>
          <w:color w:val="auto"/>
          <w:sz w:val="24"/>
          <w:szCs w:val="24"/>
          <w:lang w:val="de-DE"/>
        </w:rPr>
        <w:t>C.</w:t>
      </w:r>
      <w:r w:rsidRPr="004D46D7">
        <w:rPr>
          <w:iCs/>
          <w:color w:val="auto"/>
          <w:sz w:val="24"/>
          <w:szCs w:val="24"/>
          <w:lang w:val="de-DE"/>
        </w:rPr>
        <w:t xml:space="preserve"> </w:t>
      </w:r>
      <w:r w:rsidR="00B443D7" w:rsidRPr="004D46D7">
        <w:rPr>
          <w:iCs/>
          <w:color w:val="auto"/>
          <w:sz w:val="24"/>
          <w:szCs w:val="24"/>
          <w:lang w:val="de-DE"/>
        </w:rPr>
        <w:t>335,9</w:t>
      </w:r>
      <w:r w:rsidRPr="004D46D7">
        <w:rPr>
          <w:iCs/>
          <w:color w:val="auto"/>
          <w:sz w:val="24"/>
          <w:szCs w:val="24"/>
          <w:lang w:val="de-DE"/>
        </w:rPr>
        <w:t xml:space="preserve"> lít.</w:t>
      </w:r>
      <w:r w:rsidRPr="004D46D7">
        <w:rPr>
          <w:iCs/>
          <w:color w:val="auto"/>
          <w:sz w:val="24"/>
          <w:szCs w:val="24"/>
          <w:lang w:val="de-DE"/>
        </w:rPr>
        <w:tab/>
      </w:r>
      <w:r w:rsidRPr="004D46D7">
        <w:rPr>
          <w:iCs/>
          <w:color w:val="auto"/>
          <w:sz w:val="24"/>
          <w:szCs w:val="24"/>
          <w:lang w:val="de-DE"/>
        </w:rPr>
        <w:tab/>
      </w:r>
      <w:r w:rsidRPr="004D46D7">
        <w:rPr>
          <w:b/>
          <w:bCs/>
          <w:iCs/>
          <w:color w:val="auto"/>
          <w:sz w:val="24"/>
          <w:szCs w:val="24"/>
          <w:lang w:val="de-DE"/>
        </w:rPr>
        <w:t>D.</w:t>
      </w:r>
      <w:r w:rsidRPr="004D46D7">
        <w:rPr>
          <w:iCs/>
          <w:color w:val="auto"/>
          <w:sz w:val="24"/>
          <w:szCs w:val="24"/>
          <w:lang w:val="de-DE"/>
        </w:rPr>
        <w:t xml:space="preserve"> </w:t>
      </w:r>
      <w:r w:rsidR="00B443D7" w:rsidRPr="004D46D7">
        <w:rPr>
          <w:iCs/>
          <w:color w:val="auto"/>
          <w:sz w:val="24"/>
          <w:szCs w:val="24"/>
          <w:lang w:val="de-DE"/>
        </w:rPr>
        <w:t>284</w:t>
      </w:r>
      <w:r w:rsidRPr="004D46D7">
        <w:rPr>
          <w:iCs/>
          <w:color w:val="auto"/>
          <w:sz w:val="24"/>
          <w:szCs w:val="24"/>
          <w:lang w:val="de-DE"/>
        </w:rPr>
        <w:t xml:space="preserve"> lít.</w:t>
      </w:r>
    </w:p>
    <w:p w14:paraId="7D93D3F1" w14:textId="77777777" w:rsidR="00FC2FB9" w:rsidRPr="004D46D7" w:rsidRDefault="00FC2FB9" w:rsidP="0026749B">
      <w:pPr>
        <w:tabs>
          <w:tab w:val="left" w:pos="360"/>
        </w:tabs>
        <w:spacing w:line="276" w:lineRule="auto"/>
        <w:jc w:val="both"/>
        <w:rPr>
          <w:iCs/>
          <w:color w:val="auto"/>
          <w:sz w:val="24"/>
          <w:szCs w:val="24"/>
          <w:lang w:val="pt-BR"/>
        </w:rPr>
      </w:pPr>
      <w:r w:rsidRPr="004D46D7">
        <w:rPr>
          <w:b/>
          <w:bCs/>
          <w:iCs/>
          <w:color w:val="auto"/>
          <w:sz w:val="24"/>
          <w:szCs w:val="24"/>
          <w:lang w:val="sv-SE"/>
        </w:rPr>
        <w:t>Câu 7:</w:t>
      </w:r>
      <w:r w:rsidRPr="004D46D7">
        <w:rPr>
          <w:iCs/>
          <w:color w:val="auto"/>
          <w:sz w:val="24"/>
          <w:szCs w:val="24"/>
          <w:lang w:val="sv-SE"/>
        </w:rPr>
        <w:t xml:space="preserve"> </w:t>
      </w:r>
      <w:r w:rsidRPr="004D46D7">
        <w:rPr>
          <w:iCs/>
          <w:color w:val="auto"/>
          <w:sz w:val="24"/>
          <w:szCs w:val="24"/>
          <w:lang w:val="pt-BR"/>
        </w:rPr>
        <w:t xml:space="preserve">Trong xilanh của một động cơ có chứa một lượng khí ở nhiệt độ 47 </w:t>
      </w:r>
      <w:r w:rsidRPr="004D46D7">
        <w:rPr>
          <w:iCs/>
          <w:color w:val="auto"/>
          <w:sz w:val="24"/>
          <w:szCs w:val="24"/>
          <w:vertAlign w:val="superscript"/>
          <w:lang w:val="pt-BR"/>
        </w:rPr>
        <w:t>o</w:t>
      </w:r>
      <w:r w:rsidRPr="004D46D7">
        <w:rPr>
          <w:iCs/>
          <w:color w:val="auto"/>
          <w:sz w:val="24"/>
          <w:szCs w:val="24"/>
          <w:lang w:val="pt-BR"/>
        </w:rPr>
        <w:t>C và áp suất 0,7 atm. Sau khi bị nén thể tích của khí giảm đi 5 lần và áp suất tăng lên tới 8 atm. Nhiệt độ của khí ở cuối quá trình nén bằng</w:t>
      </w:r>
    </w:p>
    <w:p w14:paraId="2B36C13C" w14:textId="77777777" w:rsidR="00FC2FB9" w:rsidRPr="004D46D7" w:rsidRDefault="00FC2FB9"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731</w:t>
      </w:r>
      <w:r w:rsidR="00B443D7" w:rsidRPr="004D46D7">
        <w:rPr>
          <w:iCs/>
          <w:color w:val="auto"/>
          <w:sz w:val="24"/>
          <w:szCs w:val="24"/>
          <w:vertAlign w:val="superscript"/>
          <w:lang w:val="pt-BR"/>
        </w:rPr>
        <w:t xml:space="preserve"> </w:t>
      </w:r>
      <w:r w:rsidR="00B443D7" w:rsidRPr="004D46D7">
        <w:rPr>
          <w:iCs/>
          <w:color w:val="auto"/>
          <w:sz w:val="24"/>
          <w:szCs w:val="24"/>
          <w:lang w:val="pt-BR"/>
        </w:rPr>
        <w:t>K</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w:t>
      </w:r>
      <w:r w:rsidR="00B443D7" w:rsidRPr="004D46D7">
        <w:rPr>
          <w:iCs/>
          <w:color w:val="auto"/>
          <w:sz w:val="24"/>
          <w:szCs w:val="24"/>
          <w:lang w:val="pt-BR"/>
        </w:rPr>
        <w:t>150</w:t>
      </w:r>
      <w:r w:rsidR="00B443D7" w:rsidRPr="004D46D7">
        <w:rPr>
          <w:iCs/>
          <w:color w:val="auto"/>
          <w:sz w:val="24"/>
          <w:szCs w:val="24"/>
          <w:lang w:val="pt-BR"/>
        </w:rPr>
        <w:tab/>
      </w:r>
      <w:r w:rsidRPr="004D46D7">
        <w:rPr>
          <w:iCs/>
          <w:color w:val="auto"/>
          <w:sz w:val="24"/>
          <w:szCs w:val="24"/>
          <w:lang w:val="pt-BR"/>
        </w:rPr>
        <w:t xml:space="preserve"> </w:t>
      </w:r>
      <w:r w:rsidRPr="004D46D7">
        <w:rPr>
          <w:iCs/>
          <w:color w:val="auto"/>
          <w:sz w:val="24"/>
          <w:szCs w:val="24"/>
          <w:vertAlign w:val="superscript"/>
          <w:lang w:val="pt-BR"/>
        </w:rPr>
        <w:t>o</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C.</w:t>
      </w:r>
      <w:r w:rsidRPr="004D46D7">
        <w:rPr>
          <w:iCs/>
          <w:color w:val="auto"/>
          <w:sz w:val="24"/>
          <w:szCs w:val="24"/>
          <w:lang w:val="pt-BR"/>
        </w:rPr>
        <w:t xml:space="preserve"> </w:t>
      </w:r>
      <w:r w:rsidR="00B443D7" w:rsidRPr="004D46D7">
        <w:rPr>
          <w:iCs/>
          <w:color w:val="auto"/>
          <w:sz w:val="24"/>
          <w:szCs w:val="24"/>
          <w:lang w:val="pt-BR"/>
        </w:rPr>
        <w:t>400</w:t>
      </w:r>
      <w:r w:rsidRPr="004D46D7">
        <w:rPr>
          <w:iCs/>
          <w:color w:val="auto"/>
          <w:sz w:val="24"/>
          <w:szCs w:val="24"/>
          <w:lang w:val="pt-BR"/>
        </w:rPr>
        <w:t xml:space="preserve"> K.</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w:t>
      </w:r>
      <w:r w:rsidR="00B443D7" w:rsidRPr="004D46D7">
        <w:rPr>
          <w:iCs/>
          <w:color w:val="auto"/>
          <w:sz w:val="24"/>
          <w:szCs w:val="24"/>
          <w:lang w:val="pt-BR"/>
        </w:rPr>
        <w:t>250</w:t>
      </w:r>
      <w:r w:rsidR="00B443D7" w:rsidRPr="004D46D7">
        <w:rPr>
          <w:iCs/>
          <w:color w:val="auto"/>
          <w:sz w:val="24"/>
          <w:szCs w:val="24"/>
          <w:vertAlign w:val="superscript"/>
          <w:lang w:val="pt-BR"/>
        </w:rPr>
        <w:t>o</w:t>
      </w:r>
      <w:r w:rsidR="00B443D7" w:rsidRPr="004D46D7">
        <w:rPr>
          <w:iCs/>
          <w:color w:val="auto"/>
          <w:sz w:val="24"/>
          <w:szCs w:val="24"/>
          <w:lang w:val="pt-BR"/>
        </w:rPr>
        <w:t>C.</w:t>
      </w:r>
    </w:p>
    <w:p w14:paraId="6E9FD7DC" w14:textId="77777777" w:rsidR="00FC2FB9" w:rsidRPr="004D46D7" w:rsidRDefault="00FC2FB9"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8:</w:t>
      </w:r>
      <w:r w:rsidRPr="004D46D7">
        <w:rPr>
          <w:rFonts w:eastAsiaTheme="minorHAnsi"/>
          <w:iCs/>
          <w:color w:val="auto"/>
          <w:sz w:val="24"/>
          <w:szCs w:val="24"/>
          <w:lang w:val="sv-SE"/>
        </w:rPr>
        <w:t xml:space="preserve"> </w:t>
      </w:r>
      <w:r w:rsidRPr="004D46D7">
        <w:rPr>
          <w:rFonts w:eastAsiaTheme="minorHAnsi"/>
          <w:color w:val="auto"/>
          <w:sz w:val="24"/>
          <w:szCs w:val="24"/>
          <w:lang w:val="sv-SE"/>
        </w:rPr>
        <w:t>Một cái bơm chứa 100 cm</w:t>
      </w:r>
      <w:r w:rsidRPr="004D46D7">
        <w:rPr>
          <w:rFonts w:eastAsiaTheme="minorHAnsi"/>
          <w:color w:val="auto"/>
          <w:sz w:val="24"/>
          <w:szCs w:val="24"/>
          <w:vertAlign w:val="superscript"/>
          <w:lang w:val="sv-SE"/>
        </w:rPr>
        <w:t>3</w:t>
      </w:r>
      <w:r w:rsidRPr="004D46D7">
        <w:rPr>
          <w:rFonts w:eastAsiaTheme="minorHAnsi"/>
          <w:color w:val="auto"/>
          <w:sz w:val="24"/>
          <w:szCs w:val="24"/>
          <w:lang w:val="sv-SE"/>
        </w:rPr>
        <w:t xml:space="preserve"> không khí ở nhiệt độ 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và áp suất 10</w:t>
      </w:r>
      <w:r w:rsidRPr="004D46D7">
        <w:rPr>
          <w:rFonts w:eastAsiaTheme="minorHAnsi"/>
          <w:color w:val="auto"/>
          <w:sz w:val="24"/>
          <w:szCs w:val="24"/>
          <w:vertAlign w:val="superscript"/>
          <w:lang w:val="sv-SE"/>
        </w:rPr>
        <w:t>5</w:t>
      </w:r>
      <w:r w:rsidRPr="004D46D7">
        <w:rPr>
          <w:rFonts w:eastAsiaTheme="minorHAnsi"/>
          <w:color w:val="auto"/>
          <w:sz w:val="24"/>
          <w:szCs w:val="24"/>
          <w:lang w:val="sv-SE"/>
        </w:rPr>
        <w:t xml:space="preserve"> Pa.</w:t>
      </w:r>
      <w:r w:rsidRPr="004D46D7">
        <w:rPr>
          <w:rFonts w:eastAsiaTheme="minorHAnsi"/>
          <w:b/>
          <w:color w:val="auto"/>
          <w:sz w:val="24"/>
          <w:szCs w:val="24"/>
          <w:lang w:val="sv-SE"/>
        </w:rPr>
        <w:t xml:space="preserve"> </w:t>
      </w:r>
      <w:r w:rsidRPr="004D46D7">
        <w:rPr>
          <w:rFonts w:eastAsiaTheme="minorHAnsi"/>
          <w:color w:val="auto"/>
          <w:sz w:val="24"/>
          <w:szCs w:val="24"/>
          <w:lang w:val="sv-SE"/>
        </w:rPr>
        <w:t>Khi không khí bị nén xuống còn 20 cm</w:t>
      </w:r>
      <w:r w:rsidRPr="004D46D7">
        <w:rPr>
          <w:rFonts w:eastAsiaTheme="minorHAnsi"/>
          <w:color w:val="auto"/>
          <w:sz w:val="24"/>
          <w:szCs w:val="24"/>
          <w:vertAlign w:val="superscript"/>
          <w:lang w:val="sv-SE"/>
        </w:rPr>
        <w:t>3</w:t>
      </w:r>
      <w:r w:rsidRPr="004D46D7">
        <w:rPr>
          <w:rFonts w:eastAsiaTheme="minorHAnsi"/>
          <w:color w:val="auto"/>
          <w:sz w:val="24"/>
          <w:szCs w:val="24"/>
          <w:lang w:val="sv-SE"/>
        </w:rPr>
        <w:t xml:space="preserve"> và nhiệt độ tăng lên tới 327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thì áp suất của không khí trong bơm bằng</w:t>
      </w:r>
    </w:p>
    <w:p w14:paraId="0529148D" w14:textId="77777777" w:rsidR="00FC2FB9" w:rsidRPr="004D46D7" w:rsidRDefault="00FC2FB9" w:rsidP="0026749B">
      <w:pPr>
        <w:tabs>
          <w:tab w:val="left" w:pos="284"/>
          <w:tab w:val="left" w:pos="2835"/>
          <w:tab w:val="left" w:pos="5103"/>
        </w:tabs>
        <w:jc w:val="both"/>
        <w:rPr>
          <w:color w:val="auto"/>
          <w:sz w:val="24"/>
          <w:szCs w:val="24"/>
          <w:lang w:val="vi-VN"/>
        </w:rPr>
      </w:pPr>
      <w:r w:rsidRPr="004D46D7">
        <w:rPr>
          <w:b/>
          <w:color w:val="auto"/>
          <w:sz w:val="24"/>
          <w:szCs w:val="24"/>
          <w:lang w:val="sv-SE"/>
        </w:rPr>
        <w:tab/>
        <w:t xml:space="preserve">A. </w:t>
      </w:r>
      <w:r w:rsidR="00B443D7" w:rsidRPr="004D46D7">
        <w:rPr>
          <w:color w:val="auto"/>
          <w:sz w:val="24"/>
          <w:szCs w:val="24"/>
          <w:lang w:val="sv-SE"/>
        </w:rPr>
        <w:t>10</w:t>
      </w:r>
      <w:r w:rsidRPr="004D46D7">
        <w:rPr>
          <w:color w:val="auto"/>
          <w:sz w:val="24"/>
          <w:szCs w:val="24"/>
          <w:lang w:val="sv-SE"/>
        </w:rPr>
        <w:t>.10</w:t>
      </w:r>
      <w:r w:rsidRPr="004D46D7">
        <w:rPr>
          <w:color w:val="auto"/>
          <w:sz w:val="24"/>
          <w:szCs w:val="24"/>
          <w:vertAlign w:val="superscript"/>
          <w:lang w:val="sv-SE"/>
        </w:rPr>
        <w:t>5</w:t>
      </w:r>
      <w:r w:rsidRPr="004D46D7">
        <w:rPr>
          <w:color w:val="auto"/>
          <w:sz w:val="24"/>
          <w:szCs w:val="24"/>
          <w:lang w:val="sv-SE"/>
        </w:rPr>
        <w:t xml:space="preserve"> Pa</w:t>
      </w:r>
      <w:r w:rsidRPr="004D46D7">
        <w:rPr>
          <w:color w:val="auto"/>
          <w:sz w:val="24"/>
          <w:szCs w:val="24"/>
          <w:lang w:val="sv-SE"/>
        </w:rPr>
        <w:tab/>
      </w:r>
      <w:r w:rsidRPr="004D46D7">
        <w:rPr>
          <w:b/>
          <w:color w:val="auto"/>
          <w:sz w:val="24"/>
          <w:szCs w:val="24"/>
          <w:lang w:val="sv-SE"/>
        </w:rPr>
        <w:t xml:space="preserve">B. </w:t>
      </w:r>
      <w:r w:rsidR="00B443D7" w:rsidRPr="004D46D7">
        <w:rPr>
          <w:color w:val="auto"/>
          <w:sz w:val="24"/>
          <w:szCs w:val="24"/>
          <w:lang w:val="sv-SE"/>
        </w:rPr>
        <w:t>23</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r w:rsidRPr="004D46D7">
        <w:rPr>
          <w:color w:val="auto"/>
          <w:sz w:val="24"/>
          <w:szCs w:val="24"/>
          <w:lang w:val="sv-SE"/>
        </w:rPr>
        <w:tab/>
      </w:r>
      <w:r w:rsidRPr="004D46D7">
        <w:rPr>
          <w:b/>
          <w:color w:val="auto"/>
          <w:sz w:val="24"/>
          <w:szCs w:val="24"/>
          <w:lang w:val="sv-SE"/>
        </w:rPr>
        <w:t xml:space="preserve">C. </w:t>
      </w:r>
      <w:r w:rsidR="00B443D7" w:rsidRPr="004D46D7">
        <w:rPr>
          <w:color w:val="auto"/>
          <w:sz w:val="24"/>
          <w:szCs w:val="24"/>
          <w:lang w:val="sv-SE"/>
        </w:rPr>
        <w:t>12</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r w:rsidR="00B443D7" w:rsidRPr="004D46D7">
        <w:rPr>
          <w:color w:val="auto"/>
          <w:sz w:val="24"/>
          <w:szCs w:val="24"/>
          <w:lang w:val="sv-SE"/>
        </w:rPr>
        <w:tab/>
      </w:r>
      <w:r w:rsidRPr="004D46D7">
        <w:rPr>
          <w:color w:val="auto"/>
          <w:sz w:val="24"/>
          <w:szCs w:val="24"/>
          <w:lang w:val="sv-SE"/>
        </w:rPr>
        <w:tab/>
      </w:r>
      <w:r w:rsidRPr="004D46D7">
        <w:rPr>
          <w:b/>
          <w:color w:val="auto"/>
          <w:sz w:val="24"/>
          <w:szCs w:val="24"/>
          <w:u w:color="00B050"/>
          <w:lang w:val="sv-SE"/>
        </w:rPr>
        <w:t>D</w:t>
      </w:r>
      <w:r w:rsidRPr="004D46D7">
        <w:rPr>
          <w:b/>
          <w:color w:val="auto"/>
          <w:sz w:val="24"/>
          <w:szCs w:val="24"/>
          <w:lang w:val="sv-SE"/>
        </w:rPr>
        <w:t xml:space="preserve">. </w:t>
      </w:r>
      <w:r w:rsidR="00B443D7" w:rsidRPr="004D46D7">
        <w:rPr>
          <w:color w:val="auto"/>
          <w:sz w:val="24"/>
          <w:szCs w:val="24"/>
          <w:lang w:val="sv-SE"/>
        </w:rPr>
        <w:t>15</w:t>
      </w:r>
      <w:r w:rsidRPr="004D46D7">
        <w:rPr>
          <w:color w:val="auto"/>
          <w:sz w:val="24"/>
          <w:szCs w:val="24"/>
          <w:lang w:val="sv-SE"/>
        </w:rPr>
        <w:t>.10</w:t>
      </w:r>
      <w:r w:rsidRPr="004D46D7">
        <w:rPr>
          <w:color w:val="auto"/>
          <w:sz w:val="24"/>
          <w:szCs w:val="24"/>
          <w:vertAlign w:val="superscript"/>
          <w:lang w:val="sv-SE"/>
        </w:rPr>
        <w:t xml:space="preserve">5 </w:t>
      </w:r>
      <w:r w:rsidRPr="004D46D7">
        <w:rPr>
          <w:color w:val="auto"/>
          <w:sz w:val="24"/>
          <w:szCs w:val="24"/>
          <w:lang w:val="sv-SE"/>
        </w:rPr>
        <w:t>Pa</w:t>
      </w:r>
    </w:p>
    <w:p w14:paraId="140621FE" w14:textId="77777777" w:rsidR="00FC2FB9" w:rsidRPr="004D46D7" w:rsidRDefault="00FC2FB9" w:rsidP="0026749B">
      <w:pPr>
        <w:spacing w:line="276" w:lineRule="auto"/>
        <w:jc w:val="both"/>
        <w:rPr>
          <w:color w:val="auto"/>
          <w:sz w:val="24"/>
          <w:szCs w:val="24"/>
          <w:lang w:val="nl-NL"/>
        </w:rPr>
      </w:pPr>
      <w:r w:rsidRPr="004D46D7">
        <w:rPr>
          <w:b/>
          <w:bCs/>
          <w:color w:val="auto"/>
          <w:sz w:val="24"/>
          <w:szCs w:val="24"/>
          <w:lang w:val="sv-SE"/>
        </w:rPr>
        <w:t>Câu 9:</w:t>
      </w:r>
      <w:r w:rsidRPr="004D46D7">
        <w:rPr>
          <w:color w:val="auto"/>
          <w:sz w:val="24"/>
          <w:szCs w:val="24"/>
          <w:lang w:val="sv-SE"/>
        </w:rPr>
        <w:t xml:space="preserve"> </w:t>
      </w:r>
      <w:r w:rsidRPr="004D46D7">
        <w:rPr>
          <w:color w:val="auto"/>
          <w:sz w:val="24"/>
          <w:szCs w:val="24"/>
          <w:lang w:val="nl-NL"/>
        </w:rPr>
        <w:t xml:space="preserve">Nén 10 lít khí ở nhiệt độ 27 </w:t>
      </w:r>
      <w:r w:rsidRPr="004D46D7">
        <w:rPr>
          <w:color w:val="auto"/>
          <w:sz w:val="24"/>
          <w:szCs w:val="24"/>
          <w:vertAlign w:val="superscript"/>
          <w:lang w:val="nl-NL"/>
        </w:rPr>
        <w:t>o</w:t>
      </w:r>
      <w:r w:rsidRPr="004D46D7">
        <w:rPr>
          <w:color w:val="auto"/>
          <w:sz w:val="24"/>
          <w:szCs w:val="24"/>
          <w:lang w:val="nl-NL"/>
        </w:rPr>
        <w:t xml:space="preserve">C để cho thể tích của nó chỉ là 4 lít, vì nén nhanh khí bị nóng lên đến 60 </w:t>
      </w:r>
      <w:r w:rsidRPr="004D46D7">
        <w:rPr>
          <w:color w:val="auto"/>
          <w:sz w:val="24"/>
          <w:szCs w:val="24"/>
          <w:vertAlign w:val="superscript"/>
          <w:lang w:val="nl-NL"/>
        </w:rPr>
        <w:t>o</w:t>
      </w:r>
      <w:r w:rsidRPr="004D46D7">
        <w:rPr>
          <w:color w:val="auto"/>
          <w:sz w:val="24"/>
          <w:szCs w:val="24"/>
          <w:lang w:val="nl-NL"/>
        </w:rPr>
        <w:t>C. Hỏi áp suất khí tăng lên bao nhiêu lần?</w:t>
      </w:r>
    </w:p>
    <w:p w14:paraId="4A52CCAA" w14:textId="77777777" w:rsidR="00FC2FB9" w:rsidRPr="004D46D7" w:rsidRDefault="00FC2FB9" w:rsidP="0026749B">
      <w:pPr>
        <w:spacing w:line="276" w:lineRule="auto"/>
        <w:jc w:val="both"/>
        <w:rPr>
          <w:color w:val="auto"/>
          <w:sz w:val="24"/>
          <w:szCs w:val="24"/>
          <w:lang w:val="vi-VN"/>
        </w:rPr>
      </w:pPr>
      <w:r w:rsidRPr="004D46D7">
        <w:rPr>
          <w:b/>
          <w:bCs/>
          <w:color w:val="auto"/>
          <w:sz w:val="24"/>
          <w:szCs w:val="24"/>
          <w:lang w:val="nl-NL"/>
        </w:rPr>
        <w:t>A.</w:t>
      </w:r>
      <w:r w:rsidRPr="004D46D7">
        <w:rPr>
          <w:color w:val="auto"/>
          <w:sz w:val="24"/>
          <w:szCs w:val="24"/>
          <w:lang w:val="nl-NL"/>
        </w:rPr>
        <w:t xml:space="preserve"> </w:t>
      </w:r>
      <w:r w:rsidR="00B443D7" w:rsidRPr="004D46D7">
        <w:rPr>
          <w:color w:val="auto"/>
          <w:sz w:val="24"/>
          <w:szCs w:val="24"/>
          <w:lang w:val="nl-NL"/>
        </w:rPr>
        <w:t>5</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w:t>
      </w:r>
      <w:r w:rsidR="00B443D7" w:rsidRPr="004D46D7">
        <w:rPr>
          <w:color w:val="auto"/>
          <w:sz w:val="24"/>
          <w:szCs w:val="24"/>
          <w:lang w:val="nl-NL"/>
        </w:rPr>
        <w:t>1,25</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2,</w:t>
      </w:r>
      <w:r w:rsidR="00B443D7" w:rsidRPr="004D46D7">
        <w:rPr>
          <w:color w:val="auto"/>
          <w:sz w:val="24"/>
          <w:szCs w:val="24"/>
          <w:lang w:val="nl-NL"/>
        </w:rPr>
        <w:t>78</w:t>
      </w:r>
      <w:r w:rsidRPr="004D46D7">
        <w:rPr>
          <w:color w:val="auto"/>
          <w:sz w:val="24"/>
          <w:szCs w:val="24"/>
          <w:lang w:val="nl-NL"/>
        </w:rPr>
        <w:t>.</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w:t>
      </w:r>
      <w:r w:rsidR="00B443D7" w:rsidRPr="004D46D7">
        <w:rPr>
          <w:color w:val="auto"/>
          <w:sz w:val="24"/>
          <w:szCs w:val="24"/>
          <w:lang w:val="nl-NL"/>
        </w:rPr>
        <w:t>4,95</w:t>
      </w:r>
      <w:r w:rsidRPr="004D46D7">
        <w:rPr>
          <w:color w:val="auto"/>
          <w:sz w:val="24"/>
          <w:szCs w:val="24"/>
          <w:lang w:val="nl-NL"/>
        </w:rPr>
        <w:t>.</w:t>
      </w:r>
    </w:p>
    <w:p w14:paraId="658262DB" w14:textId="77777777" w:rsidR="00FC2FB9" w:rsidRPr="004D46D7" w:rsidRDefault="00FC2FB9"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t>Câu 10</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Một lượng khí có áp suất 750 mmHg, nhiệt độ 27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C và thể tích 76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Thể tích khí ở điều kiện tiêu chuẩn (nhiệt độ 0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 xml:space="preserve">C và áp suất 760 mmHg) có giá trị bằng </w:t>
      </w:r>
    </w:p>
    <w:p w14:paraId="5617683D" w14:textId="77777777" w:rsidR="00FC2FB9" w:rsidRPr="004D46D7" w:rsidRDefault="00FC2FB9" w:rsidP="0026749B">
      <w:pPr>
        <w:tabs>
          <w:tab w:val="left" w:pos="283"/>
          <w:tab w:val="left" w:pos="2835"/>
          <w:tab w:val="left" w:pos="5386"/>
          <w:tab w:val="left" w:pos="7937"/>
        </w:tabs>
        <w:spacing w:line="276" w:lineRule="auto"/>
        <w:jc w:val="both"/>
        <w:rPr>
          <w:color w:val="auto"/>
          <w:sz w:val="24"/>
          <w:szCs w:val="24"/>
          <w:lang w:val="vi-VN"/>
        </w:rPr>
      </w:pPr>
      <w:r w:rsidRPr="004D46D7">
        <w:rPr>
          <w:b/>
          <w:color w:val="auto"/>
          <w:sz w:val="24"/>
          <w:szCs w:val="24"/>
          <w:lang w:val="nl-NL"/>
        </w:rPr>
        <w:tab/>
        <w:t xml:space="preserve">A. </w:t>
      </w:r>
      <w:r w:rsidR="00B443D7" w:rsidRPr="004D46D7">
        <w:rPr>
          <w:color w:val="auto"/>
          <w:sz w:val="24"/>
          <w:szCs w:val="24"/>
          <w:lang w:val="nl-NL"/>
        </w:rPr>
        <w:t>30,5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B. </w:t>
      </w:r>
      <w:r w:rsidR="00B443D7" w:rsidRPr="004D46D7">
        <w:rPr>
          <w:color w:val="auto"/>
          <w:sz w:val="24"/>
          <w:szCs w:val="24"/>
          <w:lang w:val="nl-NL"/>
        </w:rPr>
        <w:t>68,25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C. </w:t>
      </w:r>
      <w:r w:rsidR="00B443D7" w:rsidRPr="004D46D7">
        <w:rPr>
          <w:color w:val="auto"/>
          <w:sz w:val="24"/>
          <w:szCs w:val="24"/>
          <w:lang w:val="nl-NL"/>
        </w:rPr>
        <w:t>49,52</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r w:rsidRPr="004D46D7">
        <w:rPr>
          <w:b/>
          <w:color w:val="auto"/>
          <w:sz w:val="24"/>
          <w:szCs w:val="24"/>
          <w:lang w:val="nl-NL"/>
        </w:rPr>
        <w:tab/>
        <w:t xml:space="preserve">D. </w:t>
      </w:r>
      <w:r w:rsidR="00B443D7" w:rsidRPr="004D46D7">
        <w:rPr>
          <w:color w:val="auto"/>
          <w:sz w:val="24"/>
          <w:szCs w:val="24"/>
          <w:lang w:val="nl-NL"/>
        </w:rPr>
        <w:t>20,25</w:t>
      </w:r>
      <w:r w:rsidRPr="004D46D7">
        <w:rPr>
          <w:color w:val="auto"/>
          <w:sz w:val="24"/>
          <w:szCs w:val="24"/>
          <w:lang w:val="nl-NL"/>
        </w:rPr>
        <w:t xml:space="preserve"> cm</w:t>
      </w:r>
      <w:r w:rsidRPr="004D46D7">
        <w:rPr>
          <w:color w:val="auto"/>
          <w:sz w:val="24"/>
          <w:szCs w:val="24"/>
          <w:vertAlign w:val="superscript"/>
          <w:lang w:val="nl-NL"/>
        </w:rPr>
        <w:t>3</w:t>
      </w:r>
      <w:r w:rsidRPr="004D46D7">
        <w:rPr>
          <w:color w:val="auto"/>
          <w:sz w:val="24"/>
          <w:szCs w:val="24"/>
          <w:lang w:val="nl-NL"/>
        </w:rPr>
        <w:t>.</w:t>
      </w:r>
    </w:p>
    <w:p w14:paraId="5B06CF97" w14:textId="77777777" w:rsidR="00AA7FE0" w:rsidRPr="004D46D7" w:rsidRDefault="00FC2FB9" w:rsidP="0026749B">
      <w:pPr>
        <w:tabs>
          <w:tab w:val="left" w:pos="0"/>
        </w:tabs>
        <w:spacing w:line="276" w:lineRule="auto"/>
        <w:jc w:val="both"/>
        <w:rPr>
          <w:iCs/>
          <w:color w:val="auto"/>
          <w:sz w:val="24"/>
          <w:szCs w:val="24"/>
          <w:lang w:val="vi-VN"/>
        </w:rPr>
      </w:pPr>
      <w:r w:rsidRPr="004D46D7">
        <w:rPr>
          <w:b/>
          <w:bCs/>
          <w:iCs/>
          <w:color w:val="auto"/>
          <w:sz w:val="24"/>
          <w:szCs w:val="24"/>
          <w:lang w:val="sv-SE"/>
        </w:rPr>
        <w:t>Câu 11:</w:t>
      </w:r>
      <w:r w:rsidRPr="004D46D7">
        <w:rPr>
          <w:iCs/>
          <w:color w:val="auto"/>
          <w:sz w:val="24"/>
          <w:szCs w:val="24"/>
          <w:lang w:val="sv-SE"/>
        </w:rPr>
        <w:t xml:space="preserve"> </w:t>
      </w:r>
      <w:r w:rsidRPr="004D46D7">
        <w:rPr>
          <w:iCs/>
          <w:color w:val="auto"/>
          <w:sz w:val="24"/>
          <w:szCs w:val="24"/>
          <w:lang w:val="de-DE"/>
        </w:rPr>
        <w:t>Trong phòng thí nghiệm, người ta điều chế được 40 cm</w:t>
      </w:r>
      <w:r w:rsidRPr="004D46D7">
        <w:rPr>
          <w:iCs/>
          <w:color w:val="auto"/>
          <w:sz w:val="24"/>
          <w:szCs w:val="24"/>
          <w:vertAlign w:val="superscript"/>
          <w:lang w:val="de-DE"/>
        </w:rPr>
        <w:t>3</w:t>
      </w:r>
      <w:r w:rsidRPr="004D46D7">
        <w:rPr>
          <w:iCs/>
          <w:color w:val="auto"/>
          <w:sz w:val="24"/>
          <w:szCs w:val="24"/>
          <w:lang w:val="de-DE"/>
        </w:rPr>
        <w:t xml:space="preserve"> khí hiđro ở áp suất 750 mmHg và nhiệt độ </w:t>
      </w:r>
    </w:p>
    <w:p w14:paraId="2F56AF1F" w14:textId="77777777" w:rsidR="00FC2FB9" w:rsidRPr="004D46D7" w:rsidRDefault="00FC2FB9" w:rsidP="0026749B">
      <w:pPr>
        <w:tabs>
          <w:tab w:val="left" w:pos="0"/>
        </w:tabs>
        <w:spacing w:line="276" w:lineRule="auto"/>
        <w:jc w:val="both"/>
        <w:rPr>
          <w:iCs/>
          <w:color w:val="auto"/>
          <w:sz w:val="24"/>
          <w:szCs w:val="24"/>
          <w:lang w:val="de-DE"/>
        </w:rPr>
      </w:pPr>
      <w:r w:rsidRPr="004D46D7">
        <w:rPr>
          <w:iCs/>
          <w:color w:val="auto"/>
          <w:sz w:val="24"/>
          <w:szCs w:val="24"/>
          <w:lang w:val="de-DE"/>
        </w:rPr>
        <w:t xml:space="preserve">27 </w:t>
      </w:r>
      <w:r w:rsidRPr="004D46D7">
        <w:rPr>
          <w:iCs/>
          <w:color w:val="auto"/>
          <w:sz w:val="24"/>
          <w:szCs w:val="24"/>
          <w:vertAlign w:val="superscript"/>
          <w:lang w:val="de-DE"/>
        </w:rPr>
        <w:t>o</w:t>
      </w:r>
      <w:r w:rsidRPr="004D46D7">
        <w:rPr>
          <w:iCs/>
          <w:color w:val="auto"/>
          <w:sz w:val="24"/>
          <w:szCs w:val="24"/>
          <w:lang w:val="de-DE"/>
        </w:rPr>
        <w:t xml:space="preserve">C. Thể tích của lượng khí trên ở điều kiện áp suất 760 mmHg và nhiệt độ 0 </w:t>
      </w:r>
      <w:r w:rsidRPr="004D46D7">
        <w:rPr>
          <w:iCs/>
          <w:color w:val="auto"/>
          <w:sz w:val="24"/>
          <w:szCs w:val="24"/>
          <w:vertAlign w:val="superscript"/>
          <w:lang w:val="de-DE"/>
        </w:rPr>
        <w:t>o</w:t>
      </w:r>
      <w:r w:rsidRPr="004D46D7">
        <w:rPr>
          <w:iCs/>
          <w:color w:val="auto"/>
          <w:sz w:val="24"/>
          <w:szCs w:val="24"/>
          <w:lang w:val="de-DE"/>
        </w:rPr>
        <w:t>C bằng</w:t>
      </w:r>
    </w:p>
    <w:p w14:paraId="2B88F4E1" w14:textId="77777777" w:rsidR="00FC2FB9" w:rsidRPr="004D46D7" w:rsidRDefault="00FC2FB9" w:rsidP="0026749B">
      <w:pPr>
        <w:tabs>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 w:val="right" w:pos="10080"/>
        </w:tabs>
        <w:contextualSpacing/>
        <w:jc w:val="both"/>
        <w:rPr>
          <w:rFonts w:eastAsiaTheme="minorHAnsi"/>
          <w:iCs/>
          <w:color w:val="auto"/>
          <w:sz w:val="24"/>
          <w:szCs w:val="24"/>
          <w:lang w:val="vi-VN"/>
        </w:rPr>
      </w:pPr>
      <w:r w:rsidRPr="004D46D7">
        <w:rPr>
          <w:rFonts w:eastAsiaTheme="minorHAnsi"/>
          <w:b/>
          <w:bCs/>
          <w:iCs/>
          <w:color w:val="auto"/>
          <w:sz w:val="24"/>
          <w:szCs w:val="24"/>
          <w:lang w:val="de-DE"/>
        </w:rPr>
        <w:tab/>
        <w:t>A.</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50,7</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B.</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40,2</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C.</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16,3</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D.</w:t>
      </w:r>
      <w:r w:rsidRPr="004D46D7">
        <w:rPr>
          <w:rFonts w:eastAsiaTheme="minorHAnsi"/>
          <w:iCs/>
          <w:color w:val="auto"/>
          <w:sz w:val="24"/>
          <w:szCs w:val="24"/>
          <w:lang w:val="de-DE"/>
        </w:rPr>
        <w:t xml:space="preserve"> </w:t>
      </w:r>
      <w:r w:rsidR="00B443D7" w:rsidRPr="004D46D7">
        <w:rPr>
          <w:rFonts w:eastAsiaTheme="minorHAnsi"/>
          <w:iCs/>
          <w:color w:val="auto"/>
          <w:sz w:val="24"/>
          <w:szCs w:val="24"/>
          <w:lang w:val="de-DE"/>
        </w:rPr>
        <w:t>35,9</w:t>
      </w:r>
      <w:r w:rsidRPr="004D46D7">
        <w:rPr>
          <w:rFonts w:eastAsiaTheme="minorHAnsi"/>
          <w:iCs/>
          <w:color w:val="auto"/>
          <w:sz w:val="24"/>
          <w:szCs w:val="24"/>
          <w:lang w:val="de-DE"/>
        </w:rPr>
        <w:t xml:space="preserve"> cm</w:t>
      </w:r>
      <w:r w:rsidRPr="004D46D7">
        <w:rPr>
          <w:rFonts w:eastAsiaTheme="minorHAnsi"/>
          <w:iCs/>
          <w:color w:val="auto"/>
          <w:sz w:val="24"/>
          <w:szCs w:val="24"/>
          <w:vertAlign w:val="superscript"/>
          <w:lang w:val="de-DE"/>
        </w:rPr>
        <w:t>3</w:t>
      </w:r>
      <w:r w:rsidRPr="004D46D7">
        <w:rPr>
          <w:rFonts w:eastAsiaTheme="minorHAnsi"/>
          <w:iCs/>
          <w:color w:val="auto"/>
          <w:sz w:val="24"/>
          <w:szCs w:val="24"/>
          <w:lang w:val="de-DE"/>
        </w:rPr>
        <w:t>.</w:t>
      </w:r>
    </w:p>
    <w:p w14:paraId="4027338E" w14:textId="77777777" w:rsidR="00FC2FB9" w:rsidRPr="004D46D7" w:rsidRDefault="00FC2FB9" w:rsidP="0026749B">
      <w:pPr>
        <w:spacing w:line="276" w:lineRule="auto"/>
        <w:jc w:val="both"/>
        <w:rPr>
          <w:color w:val="auto"/>
          <w:sz w:val="24"/>
          <w:szCs w:val="24"/>
          <w:lang w:val="nl-NL"/>
        </w:rPr>
      </w:pPr>
      <w:r w:rsidRPr="004D46D7">
        <w:rPr>
          <w:b/>
          <w:bCs/>
          <w:iCs/>
          <w:color w:val="auto"/>
          <w:sz w:val="24"/>
          <w:szCs w:val="24"/>
          <w:lang w:val="sv-SE"/>
        </w:rPr>
        <w:t xml:space="preserve">Câu 12: </w:t>
      </w:r>
      <w:r w:rsidRPr="004D46D7">
        <w:rPr>
          <w:color w:val="auto"/>
          <w:sz w:val="24"/>
          <w:szCs w:val="24"/>
          <w:lang w:val="nl-NL"/>
        </w:rPr>
        <w:t>Trong xi lanh động cơ trong có 2 dm</w:t>
      </w:r>
      <w:r w:rsidRPr="004D46D7">
        <w:rPr>
          <w:color w:val="auto"/>
          <w:sz w:val="24"/>
          <w:szCs w:val="24"/>
          <w:vertAlign w:val="superscript"/>
          <w:lang w:val="nl-NL"/>
        </w:rPr>
        <w:t>3</w:t>
      </w:r>
      <w:r w:rsidRPr="004D46D7">
        <w:rPr>
          <w:color w:val="auto"/>
          <w:sz w:val="24"/>
          <w:szCs w:val="24"/>
          <w:lang w:val="nl-NL"/>
        </w:rPr>
        <w:t xml:space="preserve"> hỗn hợp khí áp suất 1 atm và nhiệt độ 27 </w:t>
      </w:r>
      <w:r w:rsidRPr="004D46D7">
        <w:rPr>
          <w:color w:val="auto"/>
          <w:sz w:val="24"/>
          <w:szCs w:val="24"/>
          <w:vertAlign w:val="superscript"/>
          <w:lang w:val="nl-NL"/>
        </w:rPr>
        <w:t>o</w:t>
      </w:r>
      <w:r w:rsidRPr="004D46D7">
        <w:rPr>
          <w:color w:val="auto"/>
          <w:sz w:val="24"/>
          <w:szCs w:val="24"/>
          <w:lang w:val="nl-NL"/>
        </w:rPr>
        <w:t>C. Pittông nén xuống làm thể tích hỗn hợp giảm bớt 1,8 dm</w:t>
      </w:r>
      <w:r w:rsidRPr="004D46D7">
        <w:rPr>
          <w:color w:val="auto"/>
          <w:sz w:val="24"/>
          <w:szCs w:val="24"/>
          <w:vertAlign w:val="superscript"/>
          <w:lang w:val="nl-NL"/>
        </w:rPr>
        <w:t>3</w:t>
      </w:r>
      <w:r w:rsidRPr="004D46D7">
        <w:rPr>
          <w:color w:val="auto"/>
          <w:sz w:val="24"/>
          <w:szCs w:val="24"/>
          <w:lang w:val="nl-NL"/>
        </w:rPr>
        <w:t xml:space="preserve"> và áp suất tăng lên thêm 14 atm. Nhiệt độ hỗn hợp khí nén bằng</w:t>
      </w:r>
    </w:p>
    <w:p w14:paraId="3AF1A3EE" w14:textId="77777777" w:rsidR="00FC2FB9" w:rsidRPr="004D46D7" w:rsidRDefault="00FC2FB9" w:rsidP="0026749B">
      <w:pPr>
        <w:spacing w:before="40"/>
        <w:jc w:val="both"/>
        <w:rPr>
          <w:color w:val="auto"/>
          <w:sz w:val="24"/>
          <w:szCs w:val="24"/>
          <w:lang w:val="vi-VN"/>
        </w:rPr>
      </w:pPr>
      <w:r w:rsidRPr="004D46D7">
        <w:rPr>
          <w:b/>
          <w:color w:val="auto"/>
          <w:sz w:val="24"/>
          <w:szCs w:val="24"/>
          <w:lang w:val="nl-NL"/>
        </w:rPr>
        <w:t xml:space="preserve">A. </w:t>
      </w:r>
      <w:r w:rsidR="00B443D7" w:rsidRPr="004D46D7">
        <w:rPr>
          <w:color w:val="auto"/>
          <w:sz w:val="24"/>
          <w:szCs w:val="24"/>
          <w:lang w:val="nl-NL"/>
        </w:rPr>
        <w:t>230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B. </w:t>
      </w:r>
      <w:r w:rsidR="00B443D7" w:rsidRPr="004D46D7">
        <w:rPr>
          <w:color w:val="auto"/>
          <w:sz w:val="24"/>
          <w:szCs w:val="24"/>
          <w:lang w:val="nl-NL"/>
        </w:rPr>
        <w:t>1000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C. </w:t>
      </w:r>
      <w:r w:rsidR="00B443D7" w:rsidRPr="004D46D7">
        <w:rPr>
          <w:color w:val="auto"/>
          <w:sz w:val="24"/>
          <w:szCs w:val="24"/>
          <w:lang w:val="nl-NL"/>
        </w:rPr>
        <w:t>450</w:t>
      </w:r>
      <w:r w:rsidRPr="004D46D7">
        <w:rPr>
          <w:color w:val="auto"/>
          <w:sz w:val="24"/>
          <w:szCs w:val="24"/>
          <w:lang w:val="nl-NL"/>
        </w:rPr>
        <w:t xml:space="preserve"> K.</w:t>
      </w:r>
      <w:r w:rsidRPr="004D46D7">
        <w:rPr>
          <w:color w:val="auto"/>
          <w:sz w:val="24"/>
          <w:szCs w:val="24"/>
          <w:lang w:val="nl-NL"/>
        </w:rPr>
        <w:tab/>
      </w:r>
      <w:r w:rsidRPr="004D46D7">
        <w:rPr>
          <w:color w:val="auto"/>
          <w:sz w:val="24"/>
          <w:szCs w:val="24"/>
          <w:lang w:val="nl-NL"/>
        </w:rPr>
        <w:tab/>
      </w:r>
      <w:r w:rsidRPr="004D46D7">
        <w:rPr>
          <w:b/>
          <w:color w:val="auto"/>
          <w:sz w:val="24"/>
          <w:szCs w:val="24"/>
          <w:lang w:val="nl-NL"/>
        </w:rPr>
        <w:t xml:space="preserve">D. </w:t>
      </w:r>
      <w:r w:rsidR="00B443D7" w:rsidRPr="004D46D7">
        <w:rPr>
          <w:color w:val="auto"/>
          <w:sz w:val="24"/>
          <w:szCs w:val="24"/>
          <w:lang w:val="nl-NL"/>
        </w:rPr>
        <w:t>570</w:t>
      </w:r>
      <w:r w:rsidRPr="004D46D7">
        <w:rPr>
          <w:color w:val="auto"/>
          <w:sz w:val="24"/>
          <w:szCs w:val="24"/>
          <w:lang w:val="nl-NL"/>
        </w:rPr>
        <w:t xml:space="preserve"> K.</w:t>
      </w:r>
    </w:p>
    <w:p w14:paraId="632AB707" w14:textId="77777777" w:rsidR="00AA7FE0" w:rsidRPr="004D46D7" w:rsidRDefault="00FC2FB9" w:rsidP="0026749B">
      <w:pPr>
        <w:spacing w:line="276" w:lineRule="auto"/>
        <w:jc w:val="both"/>
        <w:rPr>
          <w:rFonts w:eastAsia="Calibri"/>
          <w:color w:val="auto"/>
          <w:sz w:val="24"/>
          <w:szCs w:val="24"/>
          <w:lang w:val="vi-VN"/>
        </w:rPr>
      </w:pPr>
      <w:r w:rsidRPr="004D46D7">
        <w:rPr>
          <w:rFonts w:eastAsia="Calibri"/>
          <w:b/>
          <w:bCs/>
          <w:iCs/>
          <w:color w:val="auto"/>
          <w:sz w:val="24"/>
          <w:szCs w:val="24"/>
          <w:lang w:val="sv-SE"/>
        </w:rPr>
        <w:t xml:space="preserve">Câu 13: </w:t>
      </w:r>
      <w:r w:rsidRPr="004D46D7">
        <w:rPr>
          <w:rFonts w:eastAsia="Calibri"/>
          <w:color w:val="auto"/>
          <w:sz w:val="24"/>
          <w:szCs w:val="24"/>
          <w:lang w:val="nl-NL"/>
        </w:rPr>
        <w:t xml:space="preserve">Trong một động cơ điêzen, khối khí có nhiệt độ ban đầu là 627 </w:t>
      </w:r>
      <w:r w:rsidRPr="004D46D7">
        <w:rPr>
          <w:rFonts w:eastAsia="Calibri"/>
          <w:color w:val="auto"/>
          <w:sz w:val="24"/>
          <w:szCs w:val="24"/>
          <w:vertAlign w:val="superscript"/>
          <w:lang w:val="nl-NL"/>
        </w:rPr>
        <w:t>o</w:t>
      </w:r>
      <w:r w:rsidRPr="004D46D7">
        <w:rPr>
          <w:rFonts w:eastAsia="Calibri"/>
          <w:color w:val="auto"/>
          <w:sz w:val="24"/>
          <w:szCs w:val="24"/>
          <w:lang w:val="nl-NL"/>
        </w:rPr>
        <w:t xml:space="preserve">C được nén để thể tích giảm bằng </w:t>
      </w:r>
      <w:r w:rsidRPr="004D46D7">
        <w:rPr>
          <w:rFonts w:eastAsia="Calibri"/>
          <w:color w:val="auto"/>
          <w:position w:val="-26"/>
          <w:sz w:val="24"/>
          <w:szCs w:val="24"/>
          <w:lang w:val="nl-NL"/>
        </w:rPr>
        <w:object w:dxaOrig="220" w:dyaOrig="680" w14:anchorId="04C8266E">
          <v:shape id="_x0000_i1027" type="#_x0000_t75" alt="" style="width:14.35pt;height:36.35pt" o:ole="">
            <v:imagedata r:id="rId13" o:title=""/>
          </v:shape>
          <o:OLEObject Type="Embed" ProgID="Equation.DSMT4" ShapeID="_x0000_i1027" DrawAspect="Content" ObjectID="_1789927739" r:id="rId14"/>
        </w:object>
      </w:r>
      <w:r w:rsidRPr="004D46D7">
        <w:rPr>
          <w:rFonts w:eastAsia="Calibri"/>
          <w:color w:val="auto"/>
          <w:sz w:val="24"/>
          <w:szCs w:val="24"/>
          <w:lang w:val="nl-NL"/>
        </w:rPr>
        <w:t xml:space="preserve"> </w:t>
      </w:r>
    </w:p>
    <w:p w14:paraId="78BC7203" w14:textId="77777777" w:rsidR="00FC2FB9" w:rsidRPr="004D46D7" w:rsidRDefault="00FC2FB9" w:rsidP="0026749B">
      <w:pPr>
        <w:spacing w:line="276" w:lineRule="auto"/>
        <w:jc w:val="both"/>
        <w:rPr>
          <w:rFonts w:eastAsia="Calibri"/>
          <w:b/>
          <w:color w:val="auto"/>
          <w:sz w:val="24"/>
          <w:szCs w:val="24"/>
          <w:lang w:val="nl-NL"/>
        </w:rPr>
      </w:pPr>
      <w:r w:rsidRPr="004D46D7">
        <w:rPr>
          <w:rFonts w:eastAsia="Calibri"/>
          <w:color w:val="auto"/>
          <w:sz w:val="24"/>
          <w:szCs w:val="24"/>
          <w:lang w:val="nl-NL"/>
        </w:rPr>
        <w:t>thể tích ban đầu và áp suất tăng 20% so với áp suất ban đầu. Nhiệt độ của khối khí sau khi nén bằng</w:t>
      </w:r>
    </w:p>
    <w:p w14:paraId="706EE18F" w14:textId="77777777" w:rsidR="00FC2FB9" w:rsidRPr="004D46D7" w:rsidRDefault="00FC2FB9" w:rsidP="0026749B">
      <w:pPr>
        <w:tabs>
          <w:tab w:val="left" w:pos="283"/>
          <w:tab w:val="left" w:pos="2835"/>
          <w:tab w:val="left" w:pos="5386"/>
          <w:tab w:val="left" w:pos="7937"/>
        </w:tabs>
        <w:spacing w:line="276" w:lineRule="auto"/>
        <w:jc w:val="both"/>
        <w:rPr>
          <w:rFonts w:eastAsia="Calibri"/>
          <w:color w:val="auto"/>
          <w:sz w:val="24"/>
          <w:szCs w:val="24"/>
          <w:lang w:val="vi-VN"/>
        </w:rPr>
      </w:pPr>
      <w:r w:rsidRPr="004D46D7">
        <w:rPr>
          <w:rFonts w:eastAsia="Calibri"/>
          <w:b/>
          <w:color w:val="auto"/>
          <w:sz w:val="24"/>
          <w:szCs w:val="24"/>
          <w:lang w:val="nl-NL"/>
        </w:rPr>
        <w:t>A.</w:t>
      </w:r>
      <w:r w:rsidRPr="004D46D7">
        <w:rPr>
          <w:rFonts w:eastAsia="Calibri"/>
          <w:color w:val="auto"/>
          <w:sz w:val="24"/>
          <w:szCs w:val="24"/>
          <w:lang w:val="nl-NL"/>
        </w:rPr>
        <w:t xml:space="preserve"> 360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B.</w:t>
      </w:r>
      <w:r w:rsidRPr="004D46D7">
        <w:rPr>
          <w:rFonts w:eastAsia="Calibri"/>
          <w:color w:val="auto"/>
          <w:sz w:val="24"/>
          <w:szCs w:val="24"/>
          <w:lang w:val="nl-NL"/>
        </w:rPr>
        <w:t xml:space="preserve"> 87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C.</w:t>
      </w:r>
      <w:r w:rsidRPr="004D46D7">
        <w:rPr>
          <w:rFonts w:eastAsia="Calibri"/>
          <w:color w:val="auto"/>
          <w:sz w:val="24"/>
          <w:szCs w:val="24"/>
          <w:lang w:val="nl-NL"/>
        </w:rPr>
        <w:t xml:space="preserve"> 267 </w:t>
      </w:r>
      <w:r w:rsidRPr="004D46D7">
        <w:rPr>
          <w:rFonts w:eastAsia="Calibri"/>
          <w:color w:val="auto"/>
          <w:sz w:val="24"/>
          <w:szCs w:val="24"/>
          <w:vertAlign w:val="superscript"/>
          <w:lang w:val="nl-NL"/>
        </w:rPr>
        <w:t>o</w:t>
      </w:r>
      <w:r w:rsidRPr="004D46D7">
        <w:rPr>
          <w:rFonts w:eastAsia="Calibri"/>
          <w:color w:val="auto"/>
          <w:sz w:val="24"/>
          <w:szCs w:val="24"/>
          <w:lang w:val="nl-NL"/>
        </w:rPr>
        <w:t>C.</w:t>
      </w:r>
      <w:r w:rsidRPr="004D46D7">
        <w:rPr>
          <w:rFonts w:eastAsia="Calibri"/>
          <w:b/>
          <w:color w:val="auto"/>
          <w:sz w:val="24"/>
          <w:szCs w:val="24"/>
          <w:lang w:val="nl-NL"/>
        </w:rPr>
        <w:tab/>
        <w:t>D.</w:t>
      </w:r>
      <w:r w:rsidRPr="004D46D7">
        <w:rPr>
          <w:rFonts w:eastAsia="Calibri"/>
          <w:color w:val="auto"/>
          <w:sz w:val="24"/>
          <w:szCs w:val="24"/>
          <w:lang w:val="nl-NL"/>
        </w:rPr>
        <w:t xml:space="preserve"> 251 </w:t>
      </w:r>
      <w:r w:rsidRPr="004D46D7">
        <w:rPr>
          <w:rFonts w:eastAsia="Calibri"/>
          <w:color w:val="auto"/>
          <w:sz w:val="24"/>
          <w:szCs w:val="24"/>
          <w:vertAlign w:val="superscript"/>
          <w:lang w:val="nl-NL"/>
        </w:rPr>
        <w:t>o</w:t>
      </w:r>
      <w:r w:rsidRPr="004D46D7">
        <w:rPr>
          <w:rFonts w:eastAsia="Calibri"/>
          <w:color w:val="auto"/>
          <w:sz w:val="24"/>
          <w:szCs w:val="24"/>
          <w:lang w:val="nl-NL"/>
        </w:rPr>
        <w:t>C.</w:t>
      </w:r>
    </w:p>
    <w:p w14:paraId="68D0308B" w14:textId="77777777" w:rsidR="00FC2FB9" w:rsidRPr="004D46D7" w:rsidRDefault="00FC2FB9"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lastRenderedPageBreak/>
        <w:t>Câu 14:</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Một bình cầu dung tích 20 lít chứa ôxi ở nhiệt độ 16 </w:t>
      </w:r>
      <w:r w:rsidRPr="004D46D7">
        <w:rPr>
          <w:rFonts w:eastAsiaTheme="minorHAnsi"/>
          <w:color w:val="auto"/>
          <w:sz w:val="24"/>
          <w:szCs w:val="24"/>
          <w:vertAlign w:val="superscript"/>
          <w:lang w:val="nl-NL"/>
        </w:rPr>
        <w:t>o</w:t>
      </w:r>
      <w:r w:rsidRPr="004D46D7">
        <w:rPr>
          <w:rFonts w:eastAsiaTheme="minorHAnsi"/>
          <w:color w:val="auto"/>
          <w:sz w:val="24"/>
          <w:szCs w:val="24"/>
          <w:lang w:val="nl-NL"/>
        </w:rPr>
        <w:t>C và áp suất 100 atm. Tính thể tích của lượng khí này ở điều kiện chuẩn? Tại sao kết quả tìm được chỉ là gần đúng?</w:t>
      </w:r>
    </w:p>
    <w:p w14:paraId="15E33F9B"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nl-NL"/>
        </w:rPr>
      </w:pPr>
      <w:r w:rsidRPr="004D46D7">
        <w:rPr>
          <w:b/>
          <w:color w:val="auto"/>
          <w:sz w:val="24"/>
          <w:szCs w:val="24"/>
          <w:lang w:val="nl-NL"/>
        </w:rPr>
        <w:tab/>
        <w:t>A.</w:t>
      </w:r>
      <w:r w:rsidRPr="004D46D7">
        <w:rPr>
          <w:color w:val="auto"/>
          <w:sz w:val="24"/>
          <w:szCs w:val="24"/>
          <w:lang w:val="nl-NL"/>
        </w:rPr>
        <w:t>1889 lít vì áp suất quá lớn.</w:t>
      </w:r>
      <w:r w:rsidRPr="004D46D7">
        <w:rPr>
          <w:b/>
          <w:color w:val="auto"/>
          <w:sz w:val="24"/>
          <w:szCs w:val="24"/>
          <w:lang w:val="nl-NL"/>
        </w:rPr>
        <w:tab/>
        <w:t>B.</w:t>
      </w:r>
      <w:r w:rsidRPr="004D46D7">
        <w:rPr>
          <w:color w:val="auto"/>
          <w:sz w:val="24"/>
          <w:szCs w:val="24"/>
          <w:lang w:val="nl-NL"/>
        </w:rPr>
        <w:t xml:space="preserve"> 1889 lít vì áp suất nhỏ.</w:t>
      </w:r>
    </w:p>
    <w:p w14:paraId="4A0BE17E" w14:textId="77777777" w:rsidR="00766C17" w:rsidRPr="004D46D7" w:rsidRDefault="00FC2FB9" w:rsidP="0026749B">
      <w:pPr>
        <w:tabs>
          <w:tab w:val="left" w:pos="283"/>
          <w:tab w:val="left" w:pos="2835"/>
          <w:tab w:val="left" w:pos="5386"/>
          <w:tab w:val="left" w:pos="7937"/>
        </w:tabs>
        <w:spacing w:line="276" w:lineRule="auto"/>
        <w:jc w:val="both"/>
        <w:rPr>
          <w:color w:val="auto"/>
          <w:sz w:val="24"/>
          <w:szCs w:val="24"/>
        </w:rPr>
      </w:pPr>
      <w:r w:rsidRPr="004D46D7">
        <w:rPr>
          <w:b/>
          <w:color w:val="auto"/>
          <w:sz w:val="24"/>
          <w:szCs w:val="24"/>
          <w:lang w:val="nl-NL"/>
        </w:rPr>
        <w:tab/>
        <w:t>C.</w:t>
      </w:r>
      <w:r w:rsidRPr="004D46D7">
        <w:rPr>
          <w:color w:val="auto"/>
          <w:sz w:val="24"/>
          <w:szCs w:val="24"/>
          <w:lang w:val="nl-NL"/>
        </w:rPr>
        <w:t xml:space="preserve"> </w:t>
      </w:r>
      <w:r w:rsidR="00B443D7" w:rsidRPr="004D46D7">
        <w:rPr>
          <w:color w:val="auto"/>
          <w:sz w:val="24"/>
          <w:szCs w:val="24"/>
          <w:lang w:val="nl-NL"/>
        </w:rPr>
        <w:t>2792</w:t>
      </w:r>
      <w:r w:rsidRPr="004D46D7">
        <w:rPr>
          <w:color w:val="auto"/>
          <w:sz w:val="24"/>
          <w:szCs w:val="24"/>
          <w:lang w:val="nl-NL"/>
        </w:rPr>
        <w:t xml:space="preserve"> lít vì áp suất quá lớn.</w:t>
      </w:r>
      <w:r w:rsidRPr="004D46D7">
        <w:rPr>
          <w:b/>
          <w:color w:val="auto"/>
          <w:sz w:val="24"/>
          <w:szCs w:val="24"/>
          <w:lang w:val="nl-NL"/>
        </w:rPr>
        <w:tab/>
        <w:t>D.</w:t>
      </w:r>
      <w:r w:rsidRPr="004D46D7">
        <w:rPr>
          <w:color w:val="auto"/>
          <w:sz w:val="24"/>
          <w:szCs w:val="24"/>
          <w:lang w:val="nl-NL"/>
        </w:rPr>
        <w:t xml:space="preserve"> </w:t>
      </w:r>
      <w:r w:rsidR="00B443D7" w:rsidRPr="004D46D7">
        <w:rPr>
          <w:color w:val="auto"/>
          <w:sz w:val="24"/>
          <w:szCs w:val="24"/>
          <w:lang w:val="nl-NL"/>
        </w:rPr>
        <w:t>2792</w:t>
      </w:r>
      <w:r w:rsidRPr="004D46D7">
        <w:rPr>
          <w:color w:val="auto"/>
          <w:sz w:val="24"/>
          <w:szCs w:val="24"/>
          <w:lang w:val="nl-NL"/>
        </w:rPr>
        <w:t xml:space="preserve"> lít vì áp suất nhỏ.</w:t>
      </w:r>
    </w:p>
    <w:p w14:paraId="44D683DA" w14:textId="77777777" w:rsidR="00FC2FB9" w:rsidRPr="004D46D7" w:rsidRDefault="00FC2FB9" w:rsidP="0026749B">
      <w:pPr>
        <w:spacing w:line="276" w:lineRule="auto"/>
        <w:contextualSpacing/>
        <w:jc w:val="both"/>
        <w:rPr>
          <w:rFonts w:eastAsiaTheme="minorHAnsi"/>
          <w:b/>
          <w:color w:val="auto"/>
          <w:sz w:val="24"/>
          <w:szCs w:val="24"/>
          <w:lang w:val="pt-BR"/>
        </w:rPr>
      </w:pPr>
      <w:r w:rsidRPr="004D46D7">
        <w:rPr>
          <w:rFonts w:eastAsiaTheme="minorHAnsi"/>
          <w:b/>
          <w:bCs/>
          <w:iCs/>
          <w:color w:val="auto"/>
          <w:sz w:val="24"/>
          <w:szCs w:val="24"/>
          <w:lang w:val="da-DK"/>
        </w:rPr>
        <w:t>Câu 15:</w:t>
      </w:r>
      <w:r w:rsidRPr="004D46D7">
        <w:rPr>
          <w:rFonts w:eastAsiaTheme="minorHAnsi"/>
          <w:iCs/>
          <w:color w:val="auto"/>
          <w:sz w:val="24"/>
          <w:szCs w:val="24"/>
          <w:lang w:val="da-DK"/>
        </w:rPr>
        <w:t xml:space="preserve"> </w:t>
      </w:r>
      <w:r w:rsidRPr="004D46D7">
        <w:rPr>
          <w:rFonts w:eastAsiaTheme="minorHAnsi"/>
          <w:color w:val="auto"/>
          <w:sz w:val="24"/>
          <w:szCs w:val="24"/>
          <w:lang w:val="pt-BR"/>
        </w:rPr>
        <w:t xml:space="preserve">Một bình bằng thép dung tích 30 </w:t>
      </w:r>
      <w:r w:rsidRPr="004D46D7">
        <w:rPr>
          <w:rFonts w:eastAsiaTheme="minorHAnsi"/>
          <w:iCs/>
          <w:color w:val="auto"/>
          <w:sz w:val="24"/>
          <w:szCs w:val="24"/>
          <w:lang w:val="pt-BR"/>
        </w:rPr>
        <w:t>lít</w:t>
      </w:r>
      <w:r w:rsidRPr="004D46D7">
        <w:rPr>
          <w:rFonts w:eastAsiaTheme="minorHAnsi"/>
          <w:i/>
          <w:color w:val="auto"/>
          <w:sz w:val="24"/>
          <w:szCs w:val="24"/>
          <w:lang w:val="pt-BR"/>
        </w:rPr>
        <w:t xml:space="preserve"> </w:t>
      </w:r>
      <w:r w:rsidRPr="004D46D7">
        <w:rPr>
          <w:rFonts w:eastAsiaTheme="minorHAnsi"/>
          <w:i/>
          <w:color w:val="auto"/>
          <w:sz w:val="24"/>
          <w:szCs w:val="24"/>
          <w:vertAlign w:val="subscript"/>
          <w:lang w:val="pt-BR"/>
        </w:rPr>
        <w:t xml:space="preserve"> </w:t>
      </w:r>
      <w:r w:rsidRPr="004D46D7">
        <w:rPr>
          <w:rFonts w:eastAsiaTheme="minorHAnsi"/>
          <w:color w:val="auto"/>
          <w:sz w:val="24"/>
          <w:szCs w:val="24"/>
          <w:lang w:val="pt-BR"/>
        </w:rPr>
        <w:t xml:space="preserve">chứa khí Hiđrô ở áp suất 6 MPa và nhiệt độ 37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 Dùng bình này bơm được bao nhiêu quả bóng bay dung tích mỗi quả 1,5 lít, áp suất và nhiệt độ khí trong mỗi quả bóng là 1,05.10</w:t>
      </w:r>
      <w:r w:rsidRPr="004D46D7">
        <w:rPr>
          <w:rFonts w:eastAsiaTheme="minorHAnsi"/>
          <w:color w:val="auto"/>
          <w:sz w:val="24"/>
          <w:szCs w:val="24"/>
          <w:vertAlign w:val="superscript"/>
          <w:lang w:val="pt-BR"/>
        </w:rPr>
        <w:t xml:space="preserve">5 </w:t>
      </w:r>
      <w:r w:rsidRPr="004D46D7">
        <w:rPr>
          <w:rFonts w:eastAsiaTheme="minorHAnsi"/>
          <w:color w:val="auto"/>
          <w:sz w:val="24"/>
          <w:szCs w:val="24"/>
          <w:lang w:val="pt-BR"/>
        </w:rPr>
        <w:t xml:space="preserve">Pa và 12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w:t>
      </w:r>
    </w:p>
    <w:p w14:paraId="748D1D4E" w14:textId="77777777" w:rsidR="00FC2FB9" w:rsidRPr="004D46D7" w:rsidRDefault="00FC2FB9" w:rsidP="0026749B">
      <w:pPr>
        <w:tabs>
          <w:tab w:val="left" w:pos="283"/>
          <w:tab w:val="left" w:pos="2835"/>
          <w:tab w:val="left" w:pos="5386"/>
          <w:tab w:val="left" w:pos="7937"/>
        </w:tabs>
        <w:spacing w:line="276" w:lineRule="auto"/>
        <w:jc w:val="both"/>
        <w:rPr>
          <w:color w:val="auto"/>
          <w:sz w:val="24"/>
          <w:szCs w:val="24"/>
          <w:lang w:val="vi-VN"/>
        </w:rPr>
      </w:pPr>
      <w:r w:rsidRPr="004D46D7">
        <w:rPr>
          <w:b/>
          <w:color w:val="auto"/>
          <w:sz w:val="24"/>
          <w:szCs w:val="24"/>
          <w:lang w:val="pt-BR"/>
        </w:rPr>
        <w:tab/>
      </w:r>
      <w:r w:rsidRPr="004D46D7">
        <w:rPr>
          <w:b/>
          <w:color w:val="auto"/>
          <w:sz w:val="24"/>
          <w:szCs w:val="24"/>
        </w:rPr>
        <w:t xml:space="preserve">A. </w:t>
      </w:r>
      <w:r w:rsidR="00B443D7" w:rsidRPr="004D46D7">
        <w:rPr>
          <w:color w:val="auto"/>
          <w:sz w:val="24"/>
          <w:szCs w:val="24"/>
        </w:rPr>
        <w:t>630</w:t>
      </w:r>
      <w:r w:rsidRPr="004D46D7">
        <w:rPr>
          <w:color w:val="auto"/>
          <w:sz w:val="24"/>
          <w:szCs w:val="24"/>
        </w:rPr>
        <w:t xml:space="preserve"> quả.</w:t>
      </w:r>
      <w:r w:rsidRPr="004D46D7">
        <w:rPr>
          <w:b/>
          <w:color w:val="auto"/>
          <w:sz w:val="24"/>
          <w:szCs w:val="24"/>
        </w:rPr>
        <w:tab/>
        <w:t xml:space="preserve">B. </w:t>
      </w:r>
      <w:r w:rsidRPr="004D46D7">
        <w:rPr>
          <w:color w:val="auto"/>
          <w:sz w:val="24"/>
          <w:szCs w:val="24"/>
        </w:rPr>
        <w:t>10</w:t>
      </w:r>
      <w:r w:rsidR="00B443D7" w:rsidRPr="004D46D7">
        <w:rPr>
          <w:color w:val="auto"/>
          <w:sz w:val="24"/>
          <w:szCs w:val="24"/>
        </w:rPr>
        <w:t>3</w:t>
      </w:r>
      <w:r w:rsidRPr="004D46D7">
        <w:rPr>
          <w:color w:val="auto"/>
          <w:sz w:val="24"/>
          <w:szCs w:val="24"/>
        </w:rPr>
        <w:t>0 quả.</w:t>
      </w:r>
      <w:r w:rsidRPr="004D46D7">
        <w:rPr>
          <w:b/>
          <w:color w:val="auto"/>
          <w:sz w:val="24"/>
          <w:szCs w:val="24"/>
        </w:rPr>
        <w:tab/>
        <w:t xml:space="preserve">C. </w:t>
      </w:r>
      <w:r w:rsidR="00B443D7" w:rsidRPr="004D46D7">
        <w:rPr>
          <w:color w:val="auto"/>
          <w:sz w:val="24"/>
          <w:szCs w:val="24"/>
        </w:rPr>
        <w:t>999</w:t>
      </w:r>
      <w:r w:rsidRPr="004D46D7">
        <w:rPr>
          <w:color w:val="auto"/>
          <w:sz w:val="24"/>
          <w:szCs w:val="24"/>
        </w:rPr>
        <w:t xml:space="preserve"> quả.</w:t>
      </w:r>
      <w:r w:rsidRPr="004D46D7">
        <w:rPr>
          <w:b/>
          <w:color w:val="auto"/>
          <w:sz w:val="24"/>
          <w:szCs w:val="24"/>
        </w:rPr>
        <w:tab/>
        <w:t xml:space="preserve">D. </w:t>
      </w:r>
      <w:r w:rsidR="00B443D7" w:rsidRPr="004D46D7">
        <w:rPr>
          <w:color w:val="auto"/>
          <w:sz w:val="24"/>
          <w:szCs w:val="24"/>
        </w:rPr>
        <w:t>875</w:t>
      </w:r>
      <w:r w:rsidRPr="004D46D7">
        <w:rPr>
          <w:color w:val="auto"/>
          <w:sz w:val="24"/>
          <w:szCs w:val="24"/>
        </w:rPr>
        <w:t xml:space="preserve"> quả.</w:t>
      </w:r>
    </w:p>
    <w:p w14:paraId="64AA34BE" w14:textId="77777777" w:rsidR="00FC2FB9" w:rsidRPr="004D46D7" w:rsidRDefault="00FC2FB9" w:rsidP="0026749B">
      <w:pPr>
        <w:spacing w:after="160" w:line="259" w:lineRule="auto"/>
        <w:rPr>
          <w:rFonts w:eastAsiaTheme="minorHAnsi"/>
          <w:b/>
          <w:bCs/>
          <w:iCs/>
          <w:color w:val="auto"/>
          <w:sz w:val="24"/>
          <w:szCs w:val="24"/>
          <w:lang w:val="sv-SE"/>
        </w:rPr>
      </w:pPr>
      <w:r w:rsidRPr="004D46D7">
        <w:rPr>
          <w:rFonts w:eastAsiaTheme="minorHAnsi"/>
          <w:bCs/>
          <w:noProof/>
          <w:color w:val="auto"/>
          <w:sz w:val="24"/>
          <w:szCs w:val="24"/>
        </w:rPr>
        <w:drawing>
          <wp:anchor distT="0" distB="0" distL="114300" distR="114300" simplePos="0" relativeHeight="251659264" behindDoc="0" locked="0" layoutInCell="1" allowOverlap="1" wp14:anchorId="0D76F905" wp14:editId="283BEAFE">
            <wp:simplePos x="0" y="0"/>
            <wp:positionH relativeFrom="column">
              <wp:posOffset>1815465</wp:posOffset>
            </wp:positionH>
            <wp:positionV relativeFrom="paragraph">
              <wp:posOffset>554355</wp:posOffset>
            </wp:positionV>
            <wp:extent cx="1202690" cy="1250950"/>
            <wp:effectExtent l="0" t="0" r="0" b="6350"/>
            <wp:wrapSquare wrapText="bothSides"/>
            <wp:docPr id="1287137137"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37137" name="Hình ảnh 3"/>
                    <pic:cNvPicPr>
                      <a:picLocks noChangeAspect="1" noChangeArrowheads="1"/>
                    </pic:cNvPicPr>
                  </pic:nvPicPr>
                  <pic:blipFill>
                    <a:blip r:embed="rId15" cstate="print">
                      <a:extLst>
                        <a:ext uri="{28A0092B-C50C-407E-A947-70E740481C1C}">
                          <a14:useLocalDpi xmlns:a14="http://schemas.microsoft.com/office/drawing/2010/main" val="0"/>
                        </a:ext>
                      </a:extLst>
                    </a:blip>
                    <a:srcRect l="26485" r="26485"/>
                    <a:stretch>
                      <a:fillRect/>
                    </a:stretch>
                  </pic:blipFill>
                  <pic:spPr bwMode="auto">
                    <a:xfrm>
                      <a:off x="0" y="0"/>
                      <a:ext cx="1202690" cy="1250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46D7">
        <w:rPr>
          <w:rFonts w:eastAsiaTheme="minorHAnsi"/>
          <w:b/>
          <w:bCs/>
          <w:iCs/>
          <w:color w:val="auto"/>
          <w:sz w:val="24"/>
          <w:szCs w:val="24"/>
          <w:lang w:val="sv-SE"/>
        </w:rPr>
        <w:t>Câu 16:</w:t>
      </w:r>
      <w:r w:rsidRPr="004D46D7">
        <w:rPr>
          <w:rFonts w:eastAsiaTheme="minorHAnsi"/>
          <w:iCs/>
          <w:color w:val="auto"/>
          <w:sz w:val="24"/>
          <w:szCs w:val="24"/>
          <w:lang w:val="sv-SE"/>
        </w:rPr>
        <w:t xml:space="preserve"> </w:t>
      </w:r>
      <w:r w:rsidRPr="004D46D7">
        <w:rPr>
          <w:rFonts w:eastAsiaTheme="minorHAnsi"/>
          <w:color w:val="auto"/>
          <w:sz w:val="24"/>
          <w:szCs w:val="24"/>
          <w:lang w:val="nl-NL"/>
        </w:rPr>
        <w:t>Một bóng thám không được chế tạo để có thể tăng bán kính lên tới 10 m bay ở tầng khí quyển có áp suất 0,03 atm và nhiệt độ 200 K. Biết bóng được bơm khí ở áp suất 1 atm và nhiệt độ 300 K, bán kính của bóng khi bơm bằng</w:t>
      </w:r>
      <w:r w:rsidRPr="004D46D7">
        <w:rPr>
          <w:rFonts w:eastAsiaTheme="minorHAnsi"/>
          <w:bCs/>
          <w:noProof/>
          <w:color w:val="auto"/>
          <w:sz w:val="24"/>
          <w:szCs w:val="24"/>
          <w:lang w:val="pt-BR"/>
        </w:rPr>
        <w:t xml:space="preserve"> </w:t>
      </w:r>
    </w:p>
    <w:p w14:paraId="70B63D27"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1A550319"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4A64885C"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0DD006B2" w14:textId="77777777" w:rsidR="00FC2FB9" w:rsidRPr="004D46D7" w:rsidRDefault="00FC2FB9" w:rsidP="0026749B">
      <w:pPr>
        <w:spacing w:line="276" w:lineRule="auto"/>
        <w:contextualSpacing/>
        <w:jc w:val="both"/>
        <w:rPr>
          <w:rFonts w:eastAsiaTheme="minorHAnsi"/>
          <w:bCs/>
          <w:noProof/>
          <w:color w:val="auto"/>
          <w:sz w:val="24"/>
          <w:szCs w:val="24"/>
          <w:lang w:val="vi-VN"/>
        </w:rPr>
      </w:pPr>
    </w:p>
    <w:p w14:paraId="009D82E8" w14:textId="77777777" w:rsidR="00FC2FB9" w:rsidRPr="004D46D7" w:rsidRDefault="00FC2FB9" w:rsidP="0026749B">
      <w:pPr>
        <w:spacing w:line="276" w:lineRule="auto"/>
        <w:contextualSpacing/>
        <w:jc w:val="both"/>
        <w:rPr>
          <w:rFonts w:eastAsiaTheme="minorHAnsi"/>
          <w:b/>
          <w:color w:val="auto"/>
          <w:sz w:val="24"/>
          <w:szCs w:val="24"/>
          <w:lang w:val="vi-VN"/>
        </w:rPr>
      </w:pPr>
    </w:p>
    <w:p w14:paraId="35B3A026"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vi-VN"/>
        </w:rPr>
      </w:pPr>
      <w:r w:rsidRPr="004D46D7">
        <w:rPr>
          <w:b/>
          <w:color w:val="auto"/>
          <w:sz w:val="24"/>
          <w:szCs w:val="24"/>
        </w:rPr>
        <w:tab/>
      </w:r>
    </w:p>
    <w:p w14:paraId="4713AF8B" w14:textId="77777777" w:rsidR="00FC2FB9" w:rsidRPr="004D46D7" w:rsidRDefault="00FC2FB9" w:rsidP="0026749B">
      <w:pPr>
        <w:tabs>
          <w:tab w:val="left" w:pos="283"/>
          <w:tab w:val="left" w:pos="2835"/>
          <w:tab w:val="left" w:pos="5386"/>
          <w:tab w:val="left" w:pos="7937"/>
        </w:tabs>
        <w:spacing w:line="276" w:lineRule="auto"/>
        <w:jc w:val="both"/>
        <w:rPr>
          <w:b/>
          <w:color w:val="auto"/>
          <w:sz w:val="24"/>
          <w:szCs w:val="24"/>
          <w:lang w:val="vi-VN"/>
        </w:rPr>
      </w:pPr>
    </w:p>
    <w:p w14:paraId="59422F5A" w14:textId="77777777" w:rsidR="00766C17" w:rsidRPr="004D46D7" w:rsidRDefault="00FC2FB9" w:rsidP="0026749B">
      <w:pPr>
        <w:tabs>
          <w:tab w:val="left" w:pos="283"/>
          <w:tab w:val="left" w:pos="2835"/>
          <w:tab w:val="left" w:pos="5386"/>
          <w:tab w:val="left" w:pos="7937"/>
        </w:tabs>
        <w:spacing w:line="276" w:lineRule="auto"/>
        <w:jc w:val="both"/>
        <w:rPr>
          <w:color w:val="auto"/>
          <w:sz w:val="24"/>
          <w:szCs w:val="24"/>
        </w:rPr>
      </w:pPr>
      <w:r w:rsidRPr="004D46D7">
        <w:rPr>
          <w:b/>
          <w:color w:val="auto"/>
          <w:sz w:val="24"/>
          <w:szCs w:val="24"/>
        </w:rPr>
        <w:t xml:space="preserve">A. </w:t>
      </w:r>
      <w:r w:rsidR="00B443D7" w:rsidRPr="004D46D7">
        <w:rPr>
          <w:color w:val="auto"/>
          <w:sz w:val="24"/>
          <w:szCs w:val="24"/>
        </w:rPr>
        <w:t>3,56</w:t>
      </w:r>
      <w:r w:rsidRPr="004D46D7">
        <w:rPr>
          <w:color w:val="auto"/>
          <w:sz w:val="24"/>
          <w:szCs w:val="24"/>
        </w:rPr>
        <w:t xml:space="preserve"> m.</w:t>
      </w:r>
      <w:r w:rsidRPr="004D46D7">
        <w:rPr>
          <w:b/>
          <w:color w:val="auto"/>
          <w:sz w:val="24"/>
          <w:szCs w:val="24"/>
        </w:rPr>
        <w:tab/>
        <w:t>B.</w:t>
      </w:r>
      <w:r w:rsidRPr="004D46D7">
        <w:rPr>
          <w:color w:val="auto"/>
          <w:sz w:val="24"/>
          <w:szCs w:val="24"/>
        </w:rPr>
        <w:t xml:space="preserve"> </w:t>
      </w:r>
      <w:r w:rsidR="00B443D7" w:rsidRPr="004D46D7">
        <w:rPr>
          <w:color w:val="auto"/>
          <w:sz w:val="24"/>
          <w:szCs w:val="24"/>
        </w:rPr>
        <w:t>5,75</w:t>
      </w:r>
      <w:r w:rsidRPr="004D46D7">
        <w:rPr>
          <w:color w:val="auto"/>
          <w:sz w:val="24"/>
          <w:szCs w:val="24"/>
        </w:rPr>
        <w:t xml:space="preserve"> m.</w:t>
      </w:r>
      <w:r w:rsidRPr="004D46D7">
        <w:rPr>
          <w:color w:val="auto"/>
          <w:sz w:val="24"/>
          <w:szCs w:val="24"/>
          <w:lang w:val="vi-VN"/>
        </w:rPr>
        <w:tab/>
      </w:r>
      <w:r w:rsidRPr="004D46D7">
        <w:rPr>
          <w:b/>
          <w:color w:val="auto"/>
          <w:sz w:val="24"/>
          <w:szCs w:val="24"/>
        </w:rPr>
        <w:t>C.</w:t>
      </w:r>
      <w:r w:rsidRPr="004D46D7">
        <w:rPr>
          <w:color w:val="auto"/>
          <w:sz w:val="24"/>
          <w:szCs w:val="24"/>
        </w:rPr>
        <w:t xml:space="preserve"> </w:t>
      </w:r>
      <w:r w:rsidR="00B443D7" w:rsidRPr="004D46D7">
        <w:rPr>
          <w:color w:val="auto"/>
          <w:sz w:val="24"/>
          <w:szCs w:val="24"/>
        </w:rPr>
        <w:t>4,95</w:t>
      </w:r>
      <w:r w:rsidRPr="004D46D7">
        <w:rPr>
          <w:color w:val="auto"/>
          <w:sz w:val="24"/>
          <w:szCs w:val="24"/>
        </w:rPr>
        <w:t xml:space="preserve"> m.</w:t>
      </w:r>
      <w:r w:rsidRPr="004D46D7">
        <w:rPr>
          <w:b/>
          <w:color w:val="auto"/>
          <w:sz w:val="24"/>
          <w:szCs w:val="24"/>
        </w:rPr>
        <w:tab/>
      </w:r>
      <w:r w:rsidRPr="004D46D7">
        <w:rPr>
          <w:b/>
          <w:color w:val="auto"/>
          <w:sz w:val="24"/>
          <w:szCs w:val="24"/>
        </w:rPr>
        <w:tab/>
        <w:t>D.</w:t>
      </w:r>
      <w:r w:rsidRPr="004D46D7">
        <w:rPr>
          <w:color w:val="auto"/>
          <w:sz w:val="24"/>
          <w:szCs w:val="24"/>
        </w:rPr>
        <w:t xml:space="preserve"> </w:t>
      </w:r>
      <w:r w:rsidR="00B443D7" w:rsidRPr="004D46D7">
        <w:rPr>
          <w:color w:val="auto"/>
          <w:sz w:val="24"/>
          <w:szCs w:val="24"/>
        </w:rPr>
        <w:t>2,35</w:t>
      </w:r>
      <w:r w:rsidRPr="004D46D7">
        <w:rPr>
          <w:color w:val="auto"/>
          <w:sz w:val="24"/>
          <w:szCs w:val="24"/>
        </w:rPr>
        <w:t xml:space="preserve"> m.</w:t>
      </w:r>
    </w:p>
    <w:p w14:paraId="5B1F70F3" w14:textId="77777777" w:rsidR="00FC2FB9" w:rsidRPr="004D46D7" w:rsidRDefault="00FC2FB9" w:rsidP="0026749B">
      <w:pPr>
        <w:tabs>
          <w:tab w:val="left" w:pos="360"/>
        </w:tabs>
        <w:spacing w:line="276" w:lineRule="auto"/>
        <w:jc w:val="both"/>
        <w:rPr>
          <w:iCs/>
          <w:color w:val="auto"/>
          <w:sz w:val="24"/>
          <w:szCs w:val="24"/>
          <w:lang w:val="de-DE"/>
        </w:rPr>
      </w:pPr>
      <w:r w:rsidRPr="004D46D7">
        <w:rPr>
          <w:b/>
          <w:bCs/>
          <w:color w:val="auto"/>
          <w:sz w:val="24"/>
          <w:szCs w:val="24"/>
          <w:lang w:val="de-DE"/>
        </w:rPr>
        <w:t>Câu 17:</w:t>
      </w:r>
      <w:r w:rsidRPr="004D46D7">
        <w:rPr>
          <w:color w:val="auto"/>
          <w:sz w:val="24"/>
          <w:szCs w:val="24"/>
          <w:lang w:val="de-DE"/>
        </w:rPr>
        <w:t xml:space="preserve"> </w:t>
      </w:r>
      <w:r w:rsidRPr="004D46D7">
        <w:rPr>
          <w:iCs/>
          <w:color w:val="auto"/>
          <w:sz w:val="24"/>
          <w:szCs w:val="24"/>
          <w:lang w:val="de-DE"/>
        </w:rPr>
        <w:t xml:space="preserve">Một khối khí lí tưởng có thể tích </w:t>
      </w:r>
      <w:r w:rsidR="00AA7FE0" w:rsidRPr="004D46D7">
        <w:rPr>
          <w:iCs/>
          <w:color w:val="auto"/>
          <w:sz w:val="24"/>
          <w:szCs w:val="24"/>
          <w:lang w:val="vi-VN"/>
        </w:rPr>
        <w:t>5</w:t>
      </w:r>
      <w:r w:rsidRPr="004D46D7">
        <w:rPr>
          <w:iCs/>
          <w:color w:val="auto"/>
          <w:sz w:val="24"/>
          <w:szCs w:val="24"/>
          <w:lang w:val="de-DE"/>
        </w:rPr>
        <w:t xml:space="preserve"> lít ở 27 </w:t>
      </w:r>
      <w:r w:rsidRPr="004D46D7">
        <w:rPr>
          <w:iCs/>
          <w:color w:val="auto"/>
          <w:sz w:val="24"/>
          <w:szCs w:val="24"/>
          <w:vertAlign w:val="superscript"/>
          <w:lang w:val="de-DE"/>
        </w:rPr>
        <w:t>o</w:t>
      </w:r>
      <w:r w:rsidRPr="004D46D7">
        <w:rPr>
          <w:iCs/>
          <w:color w:val="auto"/>
          <w:sz w:val="24"/>
          <w:szCs w:val="24"/>
          <w:lang w:val="de-DE"/>
        </w:rPr>
        <w:t>C, áp suất 1 atm, biến đổi qua hai quá trình: quá trình đẳng tích áp suất tăng gấp 2 lần; quá trình đẳng áp và thể tích sau cùng là 1</w:t>
      </w:r>
      <w:r w:rsidR="00AA7FE0" w:rsidRPr="004D46D7">
        <w:rPr>
          <w:iCs/>
          <w:color w:val="auto"/>
          <w:sz w:val="24"/>
          <w:szCs w:val="24"/>
          <w:lang w:val="vi-VN"/>
        </w:rPr>
        <w:t>0</w:t>
      </w:r>
      <w:r w:rsidRPr="004D46D7">
        <w:rPr>
          <w:iCs/>
          <w:color w:val="auto"/>
          <w:sz w:val="24"/>
          <w:szCs w:val="24"/>
          <w:lang w:val="de-DE"/>
        </w:rPr>
        <w:t xml:space="preserve"> lít. Nhiệt độ sau cùng của khối khí bằng</w:t>
      </w:r>
    </w:p>
    <w:p w14:paraId="603D11A3" w14:textId="77777777" w:rsidR="00766C17" w:rsidRPr="004D46D7" w:rsidRDefault="00FC2FB9" w:rsidP="0026749B">
      <w:pPr>
        <w:tabs>
          <w:tab w:val="left" w:pos="360"/>
          <w:tab w:val="left" w:pos="2268"/>
          <w:tab w:val="left" w:pos="3119"/>
        </w:tabs>
        <w:spacing w:after="160" w:line="276" w:lineRule="auto"/>
        <w:contextualSpacing/>
        <w:jc w:val="both"/>
        <w:rPr>
          <w:rFonts w:eastAsiaTheme="minorHAnsi"/>
          <w:iCs/>
          <w:color w:val="auto"/>
          <w:sz w:val="24"/>
          <w:szCs w:val="24"/>
        </w:rPr>
      </w:pPr>
      <w:r w:rsidRPr="004D46D7">
        <w:rPr>
          <w:rFonts w:eastAsiaTheme="minorHAnsi"/>
          <w:b/>
          <w:bCs/>
          <w:iCs/>
          <w:color w:val="auto"/>
          <w:sz w:val="24"/>
          <w:szCs w:val="24"/>
          <w:lang w:val="de-DE"/>
        </w:rPr>
        <w:tab/>
        <w:t>A.</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125</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B.</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500</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C.</w:t>
      </w:r>
      <w:r w:rsidRPr="004D46D7">
        <w:rPr>
          <w:rFonts w:eastAsiaTheme="minorHAnsi"/>
          <w:iCs/>
          <w:color w:val="auto"/>
          <w:sz w:val="24"/>
          <w:szCs w:val="24"/>
          <w:lang w:val="de-DE"/>
        </w:rPr>
        <w:t xml:space="preserve"> </w:t>
      </w:r>
      <w:r w:rsidR="00AA7FE0" w:rsidRPr="004D46D7">
        <w:rPr>
          <w:rFonts w:eastAsiaTheme="minorHAnsi"/>
          <w:iCs/>
          <w:color w:val="auto"/>
          <w:sz w:val="24"/>
          <w:szCs w:val="24"/>
          <w:lang w:val="vi-VN"/>
        </w:rPr>
        <w:t>875</w:t>
      </w:r>
      <w:r w:rsidRPr="004D46D7">
        <w:rPr>
          <w:rFonts w:eastAsiaTheme="minorHAnsi"/>
          <w:iCs/>
          <w:color w:val="auto"/>
          <w:sz w:val="24"/>
          <w:szCs w:val="24"/>
          <w:lang w:val="de-DE"/>
        </w:rPr>
        <w:t xml:space="preserve">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r w:rsidRPr="004D46D7">
        <w:rPr>
          <w:rFonts w:eastAsiaTheme="minorHAnsi"/>
          <w:iCs/>
          <w:color w:val="auto"/>
          <w:sz w:val="24"/>
          <w:szCs w:val="24"/>
          <w:lang w:val="de-DE"/>
        </w:rPr>
        <w:tab/>
      </w:r>
      <w:r w:rsidRPr="004D46D7">
        <w:rPr>
          <w:rFonts w:eastAsiaTheme="minorHAnsi"/>
          <w:iCs/>
          <w:color w:val="auto"/>
          <w:sz w:val="24"/>
          <w:szCs w:val="24"/>
          <w:lang w:val="de-DE"/>
        </w:rPr>
        <w:tab/>
      </w:r>
      <w:r w:rsidRPr="004D46D7">
        <w:rPr>
          <w:rFonts w:eastAsiaTheme="minorHAnsi"/>
          <w:b/>
          <w:bCs/>
          <w:iCs/>
          <w:color w:val="auto"/>
          <w:sz w:val="24"/>
          <w:szCs w:val="24"/>
          <w:lang w:val="de-DE"/>
        </w:rPr>
        <w:t xml:space="preserve">D. </w:t>
      </w:r>
      <w:r w:rsidR="00AA7FE0" w:rsidRPr="004D46D7">
        <w:rPr>
          <w:rFonts w:eastAsiaTheme="minorHAnsi"/>
          <w:iCs/>
          <w:color w:val="auto"/>
          <w:sz w:val="24"/>
          <w:szCs w:val="24"/>
          <w:lang w:val="vi-VN"/>
        </w:rPr>
        <w:t>9</w:t>
      </w:r>
      <w:r w:rsidRPr="004D46D7">
        <w:rPr>
          <w:rFonts w:eastAsiaTheme="minorHAnsi"/>
          <w:iCs/>
          <w:color w:val="auto"/>
          <w:sz w:val="24"/>
          <w:szCs w:val="24"/>
          <w:lang w:val="de-DE"/>
        </w:rPr>
        <w:t xml:space="preserve">27 </w:t>
      </w:r>
      <w:r w:rsidRPr="004D46D7">
        <w:rPr>
          <w:rFonts w:eastAsiaTheme="minorHAnsi"/>
          <w:iCs/>
          <w:color w:val="auto"/>
          <w:sz w:val="24"/>
          <w:szCs w:val="24"/>
          <w:vertAlign w:val="superscript"/>
          <w:lang w:val="de-DE"/>
        </w:rPr>
        <w:t>o</w:t>
      </w:r>
      <w:r w:rsidRPr="004D46D7">
        <w:rPr>
          <w:rFonts w:eastAsiaTheme="minorHAnsi"/>
          <w:iCs/>
          <w:color w:val="auto"/>
          <w:sz w:val="24"/>
          <w:szCs w:val="24"/>
          <w:lang w:val="de-DE"/>
        </w:rPr>
        <w:t>C.</w:t>
      </w:r>
    </w:p>
    <w:p w14:paraId="21DA819E" w14:textId="77777777" w:rsidR="00FC2FB9" w:rsidRPr="004D46D7" w:rsidRDefault="00FC2FB9" w:rsidP="0026749B">
      <w:pPr>
        <w:contextualSpacing/>
        <w:jc w:val="both"/>
        <w:rPr>
          <w:rFonts w:eastAsiaTheme="minorHAnsi"/>
          <w:color w:val="auto"/>
          <w:sz w:val="24"/>
          <w:szCs w:val="24"/>
          <w:lang w:val="sv-SE"/>
        </w:rPr>
      </w:pPr>
      <w:r w:rsidRPr="004D46D7">
        <w:rPr>
          <w:rFonts w:eastAsiaTheme="minorHAnsi"/>
          <w:b/>
          <w:bCs/>
          <w:color w:val="auto"/>
          <w:sz w:val="24"/>
          <w:szCs w:val="24"/>
          <w:lang w:val="sv-SE"/>
        </w:rPr>
        <w:t>Câu 18:</w:t>
      </w:r>
      <w:r w:rsidRPr="004D46D7">
        <w:rPr>
          <w:rFonts w:eastAsiaTheme="minorHAnsi"/>
          <w:color w:val="auto"/>
          <w:sz w:val="24"/>
          <w:szCs w:val="24"/>
          <w:lang w:val="sv-SE"/>
        </w:rPr>
        <w:t xml:space="preserve"> Một xilanh kín chia làm hai phần bằng nhau bởi một pittong cách nhiệt. Mỗi phần có chiều dài 30 cm chứa một lượng khí giống nhau ở 27 °C. Nung nóng một phần lên 10 °C, còn phần kia làm lạnh đi 10 °C thì pittong dịch chuyển một đoạn bằng</w:t>
      </w:r>
    </w:p>
    <w:p w14:paraId="56AB5759" w14:textId="77777777" w:rsidR="00FC2FB9" w:rsidRPr="004D46D7" w:rsidRDefault="00FC2FB9" w:rsidP="0026749B">
      <w:pPr>
        <w:tabs>
          <w:tab w:val="left" w:pos="426"/>
          <w:tab w:val="left" w:pos="3119"/>
          <w:tab w:val="left" w:pos="5812"/>
        </w:tabs>
        <w:jc w:val="both"/>
        <w:rPr>
          <w:color w:val="auto"/>
          <w:sz w:val="24"/>
          <w:szCs w:val="24"/>
          <w:lang w:val="sv-SE"/>
        </w:rPr>
      </w:pPr>
      <w:r w:rsidRPr="004D46D7">
        <w:rPr>
          <w:b/>
          <w:color w:val="auto"/>
          <w:sz w:val="24"/>
          <w:szCs w:val="24"/>
          <w:lang w:val="sv-SE"/>
        </w:rPr>
        <w:tab/>
        <w:t>A.</w:t>
      </w:r>
      <w:r w:rsidRPr="004D46D7">
        <w:rPr>
          <w:color w:val="auto"/>
          <w:sz w:val="24"/>
          <w:szCs w:val="24"/>
          <w:lang w:val="sv-SE"/>
        </w:rPr>
        <w:t xml:space="preserve"> </w:t>
      </w:r>
      <w:r w:rsidR="0055258C" w:rsidRPr="004D46D7">
        <w:rPr>
          <w:color w:val="auto"/>
          <w:sz w:val="24"/>
          <w:szCs w:val="24"/>
          <w:lang w:val="vi-VN"/>
        </w:rPr>
        <w:t>1</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2</w:t>
      </w:r>
      <w:r w:rsidR="0055258C" w:rsidRPr="004D46D7">
        <w:rPr>
          <w:color w:val="auto"/>
          <w:sz w:val="24"/>
          <w:szCs w:val="24"/>
          <w:lang w:val="vi-VN"/>
        </w:rPr>
        <w:t>,5</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u w:color="00B050"/>
          <w:lang w:val="sv-SE"/>
        </w:rPr>
        <w:t>C</w:t>
      </w:r>
      <w:r w:rsidRPr="004D46D7">
        <w:rPr>
          <w:b/>
          <w:color w:val="auto"/>
          <w:sz w:val="24"/>
          <w:szCs w:val="24"/>
          <w:lang w:val="sv-SE"/>
        </w:rPr>
        <w:t>.</w:t>
      </w:r>
      <w:r w:rsidRPr="004D46D7">
        <w:rPr>
          <w:color w:val="auto"/>
          <w:sz w:val="24"/>
          <w:szCs w:val="24"/>
          <w:lang w:val="sv-SE"/>
        </w:rPr>
        <w:t xml:space="preserve"> </w:t>
      </w:r>
      <w:r w:rsidR="0055258C" w:rsidRPr="004D46D7">
        <w:rPr>
          <w:color w:val="auto"/>
          <w:sz w:val="24"/>
          <w:szCs w:val="24"/>
          <w:lang w:val="vi-VN"/>
        </w:rPr>
        <w:t>3</w:t>
      </w:r>
      <w:r w:rsidRPr="004D46D7">
        <w:rPr>
          <w:color w:val="auto"/>
          <w:sz w:val="24"/>
          <w:szCs w:val="24"/>
          <w:lang w:val="sv-SE"/>
        </w:rPr>
        <w:t xml:space="preserve"> cm.                     </w:t>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w:t>
      </w:r>
      <w:r w:rsidR="0055258C" w:rsidRPr="004D46D7">
        <w:rPr>
          <w:color w:val="auto"/>
          <w:sz w:val="24"/>
          <w:szCs w:val="24"/>
          <w:lang w:val="vi-VN"/>
        </w:rPr>
        <w:t>1</w:t>
      </w:r>
      <w:r w:rsidRPr="004D46D7">
        <w:rPr>
          <w:color w:val="auto"/>
          <w:sz w:val="24"/>
          <w:szCs w:val="24"/>
          <w:lang w:val="sv-SE"/>
        </w:rPr>
        <w:t>,</w:t>
      </w:r>
      <w:r w:rsidR="0055258C" w:rsidRPr="004D46D7">
        <w:rPr>
          <w:color w:val="auto"/>
          <w:sz w:val="24"/>
          <w:szCs w:val="24"/>
          <w:lang w:val="vi-VN"/>
        </w:rPr>
        <w:t>2</w:t>
      </w:r>
      <w:r w:rsidRPr="004D46D7">
        <w:rPr>
          <w:color w:val="auto"/>
          <w:sz w:val="24"/>
          <w:szCs w:val="24"/>
          <w:lang w:val="sv-SE"/>
        </w:rPr>
        <w:t>5 cm.</w:t>
      </w:r>
    </w:p>
    <w:p w14:paraId="0642E014" w14:textId="77777777" w:rsidR="00B443D7" w:rsidRPr="004D46D7" w:rsidRDefault="00B443D7" w:rsidP="0026749B">
      <w:pPr>
        <w:spacing w:after="160" w:line="259" w:lineRule="auto"/>
        <w:rPr>
          <w:rFonts w:eastAsiaTheme="minorHAnsi"/>
          <w:i/>
          <w:iCs/>
          <w:color w:val="C00000"/>
          <w:sz w:val="24"/>
          <w:szCs w:val="24"/>
          <w:lang w:val="sv-SE"/>
        </w:rPr>
      </w:pPr>
      <w:r w:rsidRPr="004D46D7">
        <w:rPr>
          <w:rFonts w:eastAsiaTheme="minorHAnsi"/>
          <w:i/>
          <w:iCs/>
          <w:color w:val="C00000"/>
          <w:sz w:val="24"/>
          <w:szCs w:val="24"/>
          <w:lang w:val="sv-SE"/>
        </w:rPr>
        <w:br w:type="page"/>
      </w:r>
    </w:p>
    <w:p w14:paraId="4E9B2493" w14:textId="77777777" w:rsidR="00B443D7" w:rsidRPr="004D46D7" w:rsidRDefault="00B443D7" w:rsidP="0026749B">
      <w:pPr>
        <w:spacing w:line="276" w:lineRule="auto"/>
        <w:jc w:val="both"/>
        <w:rPr>
          <w:b/>
          <w:bCs/>
          <w:color w:val="C00000"/>
          <w:sz w:val="24"/>
          <w:szCs w:val="24"/>
        </w:rPr>
      </w:pPr>
      <w:r w:rsidRPr="004D46D7">
        <w:rPr>
          <w:b/>
          <w:bCs/>
          <w:color w:val="C00000"/>
          <w:sz w:val="24"/>
          <w:szCs w:val="24"/>
        </w:rPr>
        <w:lastRenderedPageBreak/>
        <w:t>2. Câu trắc nghiệm đúng sai ( 4 điểm )</w:t>
      </w:r>
    </w:p>
    <w:p w14:paraId="30D6F5EB" w14:textId="77777777" w:rsidR="00B443D7" w:rsidRPr="004D46D7" w:rsidRDefault="00B443D7" w:rsidP="0026749B">
      <w:pPr>
        <w:spacing w:line="276" w:lineRule="auto"/>
        <w:jc w:val="center"/>
        <w:rPr>
          <w:rFonts w:eastAsia="Calibri"/>
          <w:bCs/>
          <w:i/>
          <w:iCs/>
          <w:color w:val="000000" w:themeColor="text1"/>
          <w:sz w:val="24"/>
          <w:szCs w:val="24"/>
          <w:lang w:val="fr-FR"/>
          <w14:ligatures w14:val="standardContextual"/>
        </w:rPr>
      </w:pPr>
      <w:r w:rsidRPr="004D46D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41A4FC08" w14:textId="77777777" w:rsidR="00B443D7" w:rsidRPr="004D46D7" w:rsidRDefault="00B443D7" w:rsidP="0026749B">
      <w:pPr>
        <w:pStyle w:val="NormalWeb"/>
        <w:spacing w:line="276" w:lineRule="auto"/>
        <w:ind w:right="48" w:firstLine="0"/>
        <w:rPr>
          <w:bCs/>
          <w:i/>
          <w:iCs/>
          <w:color w:val="000000" w:themeColor="text1"/>
        </w:rPr>
      </w:pPr>
      <w:r w:rsidRPr="004D46D7">
        <w:rPr>
          <w:bCs/>
          <w:i/>
          <w:iCs/>
          <w:color w:val="000000" w:themeColor="text1"/>
        </w:rPr>
        <w:t xml:space="preserve"> hoặc sai</w:t>
      </w:r>
    </w:p>
    <w:p w14:paraId="71659991" w14:textId="77777777" w:rsidR="00B443D7" w:rsidRPr="004D46D7" w:rsidRDefault="00B443D7" w:rsidP="0026749B">
      <w:pPr>
        <w:spacing w:line="276" w:lineRule="auto"/>
        <w:rPr>
          <w:i/>
          <w:iCs/>
          <w:color w:val="auto"/>
          <w:sz w:val="24"/>
          <w:szCs w:val="24"/>
        </w:rPr>
      </w:pPr>
      <w:r w:rsidRPr="004D46D7">
        <w:rPr>
          <w:i/>
          <w:iCs/>
          <w:color w:val="auto"/>
          <w:sz w:val="24"/>
          <w:szCs w:val="24"/>
        </w:rPr>
        <w:t>Điểm tối đa của 01 câu hỏi là 1 điểm.</w:t>
      </w:r>
    </w:p>
    <w:p w14:paraId="61C147A2"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4EE60AB6"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6A35C16E"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2B4A8695" w14:textId="77777777" w:rsidR="00B443D7" w:rsidRPr="004D46D7" w:rsidRDefault="00B443D7"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6519D200" w14:textId="77777777" w:rsidR="00B443D7" w:rsidRPr="004D46D7" w:rsidRDefault="00B443D7" w:rsidP="0026749B">
      <w:pPr>
        <w:tabs>
          <w:tab w:val="left" w:pos="720"/>
        </w:tabs>
        <w:spacing w:line="276" w:lineRule="auto"/>
        <w:jc w:val="both"/>
        <w:rPr>
          <w:b/>
          <w:bCs/>
          <w:color w:val="auto"/>
          <w:sz w:val="24"/>
          <w:szCs w:val="24"/>
          <w:lang w:val="sv-SE"/>
        </w:rPr>
      </w:pPr>
      <w:r w:rsidRPr="004D46D7">
        <w:rPr>
          <w:b/>
          <w:bCs/>
          <w:color w:val="auto"/>
          <w:sz w:val="24"/>
          <w:szCs w:val="24"/>
          <w:lang w:val="sv-SE"/>
        </w:rPr>
        <w:t xml:space="preserve">Câu 1: </w:t>
      </w:r>
      <w:r w:rsidRPr="004D46D7">
        <w:rPr>
          <w:color w:val="auto"/>
          <w:sz w:val="24"/>
          <w:szCs w:val="24"/>
          <w:lang w:val="sv-SE"/>
        </w:rPr>
        <w:t>P</w:t>
      </w:r>
      <w:r w:rsidRPr="004D46D7">
        <w:rPr>
          <w:color w:val="auto"/>
          <w:sz w:val="24"/>
          <w:szCs w:val="24"/>
          <w:lang w:val="fr-FR"/>
        </w:rPr>
        <w:t>hương trình trạng thái của khí lí tưởng được ứng dụng trong việc :</w:t>
      </w:r>
    </w:p>
    <w:p w14:paraId="2A9A3BF8" w14:textId="77777777" w:rsidR="00C507BD" w:rsidRPr="004D46D7" w:rsidRDefault="00B443D7" w:rsidP="0026749B">
      <w:pPr>
        <w:rPr>
          <w:rFonts w:eastAsia="Cambria Math"/>
          <w:color w:val="FF0000"/>
          <w:sz w:val="24"/>
          <w:szCs w:val="24"/>
        </w:rPr>
      </w:pPr>
      <w:r w:rsidRPr="004D46D7">
        <w:rPr>
          <w:b/>
          <w:bCs/>
          <w:color w:val="auto"/>
          <w:sz w:val="24"/>
          <w:szCs w:val="24"/>
        </w:rPr>
        <w:t xml:space="preserve">a. </w:t>
      </w:r>
      <w:r w:rsidRPr="004D46D7">
        <w:rPr>
          <w:color w:val="auto"/>
          <w:sz w:val="24"/>
          <w:szCs w:val="24"/>
          <w:lang w:val="fr-FR"/>
        </w:rPr>
        <w:t xml:space="preserve">nghiên cứu thu thập thông tin về môi trường và sự biến đổi khí hậu.   </w:t>
      </w:r>
    </w:p>
    <w:p w14:paraId="79FB5722" w14:textId="77777777" w:rsidR="00C507BD" w:rsidRPr="004D46D7" w:rsidRDefault="00B443D7" w:rsidP="0026749B">
      <w:pPr>
        <w:rPr>
          <w:rFonts w:eastAsia="Cambria Math"/>
          <w:color w:val="FF0000"/>
          <w:sz w:val="24"/>
          <w:szCs w:val="24"/>
        </w:rPr>
      </w:pPr>
      <w:r w:rsidRPr="004D46D7">
        <w:rPr>
          <w:b/>
          <w:bCs/>
          <w:color w:val="auto"/>
          <w:sz w:val="24"/>
          <w:szCs w:val="24"/>
          <w:lang w:val="sv-SE"/>
        </w:rPr>
        <w:t xml:space="preserve">b. </w:t>
      </w:r>
      <w:r w:rsidRPr="004D46D7">
        <w:rPr>
          <w:color w:val="auto"/>
          <w:sz w:val="24"/>
          <w:szCs w:val="24"/>
          <w:lang w:val="fr-FR"/>
        </w:rPr>
        <w:t xml:space="preserve">nghiên cứu, chế tạo các thiết bị có liên quan đến chất khí như khí cầu, bình đựng khí,…  </w:t>
      </w:r>
    </w:p>
    <w:p w14:paraId="3A4A9C7A" w14:textId="77777777" w:rsidR="00B443D7" w:rsidRPr="004D46D7" w:rsidRDefault="00B443D7" w:rsidP="0026749B">
      <w:pPr>
        <w:rPr>
          <w:color w:val="auto"/>
          <w:sz w:val="24"/>
          <w:szCs w:val="24"/>
          <w:lang w:val="fr-FR"/>
        </w:rPr>
      </w:pPr>
      <w:r w:rsidRPr="004D46D7">
        <w:rPr>
          <w:b/>
          <w:bCs/>
          <w:color w:val="auto"/>
          <w:sz w:val="24"/>
          <w:szCs w:val="24"/>
        </w:rPr>
        <w:t xml:space="preserve">c. </w:t>
      </w:r>
      <w:r w:rsidRPr="004D46D7">
        <w:rPr>
          <w:color w:val="auto"/>
          <w:sz w:val="24"/>
          <w:szCs w:val="24"/>
          <w:lang w:val="fr-FR"/>
        </w:rPr>
        <w:t xml:space="preserve">nghiên cứu chế tạo vật liệu đáp ứng đáp ứng yêu cầu sử dụng khác nhau.   </w:t>
      </w:r>
    </w:p>
    <w:p w14:paraId="5B61C82A" w14:textId="77777777" w:rsidR="00B443D7" w:rsidRPr="004D46D7" w:rsidRDefault="00B443D7" w:rsidP="0026749B">
      <w:pPr>
        <w:rPr>
          <w:color w:val="auto"/>
          <w:sz w:val="24"/>
          <w:szCs w:val="24"/>
          <w:lang w:val="fr-FR"/>
        </w:rPr>
      </w:pPr>
      <w:r w:rsidRPr="004D46D7">
        <w:rPr>
          <w:b/>
          <w:bCs/>
          <w:color w:val="auto"/>
          <w:sz w:val="24"/>
          <w:szCs w:val="24"/>
        </w:rPr>
        <w:t xml:space="preserve">d. </w:t>
      </w:r>
      <w:r w:rsidRPr="004D46D7">
        <w:rPr>
          <w:color w:val="auto"/>
          <w:sz w:val="24"/>
          <w:szCs w:val="24"/>
          <w:lang w:val="fr-FR"/>
        </w:rPr>
        <w:t xml:space="preserve">nghiên cứu sự thay đổi áp suất, nhiệt độ, khối lượng riêng của không khí trong khí quyển.  </w:t>
      </w:r>
    </w:p>
    <w:p w14:paraId="5148D6E9" w14:textId="77777777" w:rsidR="00B443D7" w:rsidRPr="004D46D7" w:rsidRDefault="00B443D7" w:rsidP="0026749B">
      <w:pPr>
        <w:tabs>
          <w:tab w:val="left" w:pos="720"/>
        </w:tabs>
        <w:spacing w:line="276" w:lineRule="auto"/>
        <w:jc w:val="both"/>
        <w:rPr>
          <w:b/>
          <w:bCs/>
          <w:color w:val="auto"/>
          <w:sz w:val="24"/>
          <w:szCs w:val="24"/>
          <w:lang w:val="da-DK"/>
        </w:rPr>
      </w:pPr>
      <w:r w:rsidRPr="004D46D7">
        <w:rPr>
          <w:b/>
          <w:bCs/>
          <w:color w:val="auto"/>
          <w:sz w:val="24"/>
          <w:szCs w:val="24"/>
          <w:lang w:val="da-DK"/>
        </w:rPr>
        <w:t xml:space="preserve">Câu 2: </w:t>
      </w:r>
      <w:bookmarkStart w:id="0" w:name="_Hlk169469282"/>
      <w:r w:rsidRPr="004D46D7">
        <w:rPr>
          <w:rFonts w:eastAsia="Calibri"/>
          <w:color w:val="auto"/>
          <w:sz w:val="24"/>
          <w:szCs w:val="24"/>
          <w:lang w:val="fr-FR" w:eastAsia="en-ZW"/>
        </w:rPr>
        <w:t>Một bình kín có thể tích 40 dm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chứa 3,96 kg khí cacbonic, biết rằng bình sẽ bị nổ khi áp suất vượt quá 60 atm. Khối lượng riêng của chất khí ở điều kiện tiêu chuẩn là 1,98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w:t>
      </w:r>
    </w:p>
    <w:bookmarkEnd w:id="0"/>
    <w:p w14:paraId="726998CF" w14:textId="77777777" w:rsidR="00B443D7" w:rsidRPr="004D46D7" w:rsidRDefault="00B443D7" w:rsidP="0026749B">
      <w:pPr>
        <w:rPr>
          <w:b/>
          <w:bCs/>
          <w:i/>
          <w:iCs/>
          <w:color w:val="C00000"/>
          <w:sz w:val="24"/>
          <w:szCs w:val="24"/>
        </w:rPr>
      </w:pPr>
      <w:r w:rsidRPr="004D46D7">
        <w:rPr>
          <w:b/>
          <w:bCs/>
          <w:color w:val="auto"/>
          <w:sz w:val="24"/>
          <w:szCs w:val="24"/>
          <w:lang w:val="sv-SE"/>
        </w:rPr>
        <w:t xml:space="preserve">a. </w:t>
      </w:r>
      <w:r w:rsidRPr="004D46D7">
        <w:rPr>
          <w:color w:val="auto"/>
          <w:sz w:val="24"/>
          <w:szCs w:val="24"/>
          <w:lang w:val="fr-FR" w:eastAsia="en-ZW"/>
        </w:rPr>
        <w:t xml:space="preserve">Không thể áp dụng phương trình trạng thái cho khối khí.  </w:t>
      </w:r>
    </w:p>
    <w:p w14:paraId="58183A2E"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lang w:val="fr-FR" w:eastAsia="en-ZW"/>
        </w:rPr>
        <w:t xml:space="preserve">Ở điều kiện tiêu chuẩn khối khí có áp suất 1 atm và nhiệt độ 273 K.  </w:t>
      </w:r>
    </w:p>
    <w:p w14:paraId="347CCFA7" w14:textId="77777777" w:rsidR="00B443D7" w:rsidRPr="004D46D7" w:rsidRDefault="00B443D7" w:rsidP="0026749B">
      <w:pPr>
        <w:rPr>
          <w:i/>
          <w:iCs/>
          <w:color w:val="C00000"/>
          <w:sz w:val="24"/>
          <w:szCs w:val="24"/>
          <w:lang w:val="fr-FR" w:eastAsia="ko-KR"/>
        </w:rPr>
      </w:pPr>
      <w:r w:rsidRPr="004D46D7">
        <w:rPr>
          <w:b/>
          <w:bCs/>
          <w:color w:val="auto"/>
          <w:sz w:val="24"/>
          <w:szCs w:val="24"/>
        </w:rPr>
        <w:t xml:space="preserve">c. </w:t>
      </w:r>
      <w:r w:rsidRPr="004D46D7">
        <w:rPr>
          <w:color w:val="auto"/>
          <w:sz w:val="24"/>
          <w:szCs w:val="24"/>
          <w:lang w:val="fr-FR" w:eastAsia="en-ZW"/>
        </w:rPr>
        <w:t>Ở điều kiện tiêu chuẩn khối khí có thể tích 2 m</w:t>
      </w:r>
      <w:r w:rsidRPr="004D46D7">
        <w:rPr>
          <w:color w:val="auto"/>
          <w:sz w:val="24"/>
          <w:szCs w:val="24"/>
          <w:vertAlign w:val="superscript"/>
          <w:lang w:val="fr-FR" w:eastAsia="en-ZW"/>
        </w:rPr>
        <w:t>3</w:t>
      </w:r>
      <w:r w:rsidRPr="004D46D7">
        <w:rPr>
          <w:color w:val="auto"/>
          <w:sz w:val="24"/>
          <w:szCs w:val="24"/>
          <w:lang w:val="fr-FR" w:eastAsia="en-ZW"/>
        </w:rPr>
        <w:t xml:space="preserve">.  </w:t>
      </w:r>
    </w:p>
    <w:p w14:paraId="33370473" w14:textId="77777777" w:rsidR="00B443D7" w:rsidRPr="004D46D7" w:rsidRDefault="00B443D7" w:rsidP="0026749B">
      <w:pPr>
        <w:rPr>
          <w:rFonts w:eastAsia="Calibri"/>
          <w:i/>
          <w:iCs/>
          <w:color w:val="C00000"/>
          <w:sz w:val="24"/>
          <w:szCs w:val="24"/>
          <w:lang w:val="en-ZW" w:eastAsia="en-ZW"/>
        </w:rPr>
      </w:pPr>
      <w:r w:rsidRPr="004D46D7">
        <w:rPr>
          <w:b/>
          <w:bCs/>
          <w:color w:val="auto"/>
          <w:sz w:val="24"/>
          <w:szCs w:val="24"/>
        </w:rPr>
        <w:t xml:space="preserve">d. </w:t>
      </w:r>
      <w:r w:rsidRPr="004D46D7">
        <w:rPr>
          <w:color w:val="auto"/>
          <w:sz w:val="24"/>
          <w:szCs w:val="24"/>
          <w:lang w:val="fr-FR" w:eastAsia="en-ZW"/>
        </w:rPr>
        <w:t>Bình sẽ bị nổ ở</w:t>
      </w:r>
      <w:r w:rsidRPr="004D46D7">
        <w:rPr>
          <w:color w:val="auto"/>
          <w:sz w:val="24"/>
          <w:szCs w:val="24"/>
          <w:lang w:val="fr-FR"/>
        </w:rPr>
        <w:t xml:space="preserve"> nhiệt độ </w:t>
      </w:r>
      <m:oMath>
        <m:r>
          <w:rPr>
            <w:rFonts w:ascii="Cambria Math" w:hAnsi="Cambria Math"/>
            <w:color w:val="auto"/>
            <w:sz w:val="24"/>
            <w:szCs w:val="24"/>
            <w:lang w:val="fr-FR" w:eastAsia="en-ZW"/>
          </w:rPr>
          <m:t>57,</m:t>
        </m:r>
        <m:sSup>
          <m:sSupPr>
            <m:ctrlPr>
              <w:rPr>
                <w:rFonts w:ascii="Cambria Math" w:hAnsi="Cambria Math"/>
                <w:iCs/>
                <w:color w:val="auto"/>
                <w:sz w:val="24"/>
                <w:szCs w:val="24"/>
                <w:lang w:val="en-ZW" w:eastAsia="en-ZW"/>
              </w:rPr>
            </m:ctrlPr>
          </m:sSupPr>
          <m:e>
            <m:r>
              <m:rPr>
                <m:sty m:val="p"/>
              </m:rPr>
              <w:rPr>
                <w:rFonts w:ascii="Cambria Math" w:hAnsi="Cambria Math"/>
                <w:color w:val="auto"/>
                <w:sz w:val="24"/>
                <w:szCs w:val="24"/>
                <w:lang w:val="fr-FR" w:eastAsia="en-ZW"/>
              </w:rPr>
              <m:t xml:space="preserve">5 </m:t>
            </m:r>
          </m:e>
          <m:sup>
            <m:r>
              <m:rPr>
                <m:sty m:val="p"/>
              </m:rPr>
              <w:rPr>
                <w:rFonts w:ascii="Cambria Math" w:hAnsi="Cambria Math"/>
                <w:color w:val="auto"/>
                <w:sz w:val="24"/>
                <w:szCs w:val="24"/>
                <w:lang w:val="fr-FR" w:eastAsia="en-ZW"/>
              </w:rPr>
              <m:t>o</m:t>
            </m:r>
          </m:sup>
        </m:sSup>
        <m:r>
          <m:rPr>
            <m:sty m:val="p"/>
          </m:rPr>
          <w:rPr>
            <w:rFonts w:ascii="Cambria Math" w:hAnsi="Cambria Math"/>
            <w:color w:val="auto"/>
            <w:sz w:val="24"/>
            <w:szCs w:val="24"/>
            <w:lang w:val="en-ZW" w:eastAsia="en-ZW"/>
          </w:rPr>
          <m:t>C</m:t>
        </m:r>
      </m:oMath>
      <w:r w:rsidRPr="004D46D7">
        <w:rPr>
          <w:color w:val="auto"/>
          <w:sz w:val="24"/>
          <w:szCs w:val="24"/>
          <w:lang w:val="fr-FR" w:eastAsia="en-ZW"/>
        </w:rPr>
        <w:t xml:space="preserve"> </w:t>
      </w:r>
    </w:p>
    <w:p w14:paraId="60B26DE4" w14:textId="77777777" w:rsidR="00B443D7" w:rsidRPr="004D46D7" w:rsidRDefault="00B443D7" w:rsidP="0026749B">
      <w:pPr>
        <w:tabs>
          <w:tab w:val="left" w:pos="720"/>
        </w:tabs>
        <w:spacing w:line="276" w:lineRule="auto"/>
        <w:jc w:val="both"/>
        <w:rPr>
          <w:rFonts w:eastAsia="Calibri"/>
          <w:color w:val="auto"/>
          <w:sz w:val="24"/>
          <w:szCs w:val="24"/>
          <w:lang w:val="fr-FR" w:eastAsia="en-ZW"/>
        </w:rPr>
      </w:pPr>
      <w:r w:rsidRPr="004D46D7">
        <w:rPr>
          <w:b/>
          <w:bCs/>
          <w:color w:val="auto"/>
          <w:sz w:val="24"/>
          <w:szCs w:val="24"/>
          <w:lang w:val="da-DK"/>
        </w:rPr>
        <w:t xml:space="preserve">Câu 3: </w:t>
      </w:r>
      <w:r w:rsidRPr="004D46D7">
        <w:rPr>
          <w:rFonts w:eastAsia="Calibri"/>
          <w:color w:val="auto"/>
          <w:sz w:val="24"/>
          <w:szCs w:val="24"/>
          <w:lang w:val="fr-FR" w:eastAsia="en-ZW"/>
        </w:rPr>
        <w:t xml:space="preserve">Ở một nhà máy điều chế khí ôxi và san sang các bình , người ta bơm khí ôxi ở điều kiện tiêu chuẩn (0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C, 1 atm) vào một bình có thể tích 5000 lít. Sau 30 phút, thu được bình chứa khí ở nhiệt độ 24 °C và áp suất 1,1 atm. Biết ở điều kiện tiêu chuẩn, khối lượng riêng của khí ôxi bằng 1,43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một mol khí có thể tích 22,4 lít. Coi quá trình bơm diễn ra một cách đều đặn, liên tục.</w:t>
      </w:r>
    </w:p>
    <w:p w14:paraId="382EB3EC" w14:textId="77777777" w:rsidR="00B443D7" w:rsidRPr="004D46D7" w:rsidRDefault="00B443D7" w:rsidP="0026749B">
      <w:pPr>
        <w:tabs>
          <w:tab w:val="left" w:pos="720"/>
        </w:tabs>
        <w:spacing w:line="276" w:lineRule="auto"/>
        <w:jc w:val="both"/>
        <w:rPr>
          <w:b/>
          <w:bCs/>
          <w:color w:val="auto"/>
          <w:sz w:val="24"/>
          <w:szCs w:val="24"/>
          <w:lang w:val="da-DK"/>
        </w:rPr>
      </w:pPr>
      <w:r w:rsidRPr="004D46D7">
        <w:rPr>
          <w:b/>
          <w:bCs/>
          <w:noProof/>
          <w:color w:val="auto"/>
          <w:sz w:val="24"/>
          <w:szCs w:val="24"/>
          <w:lang w:val="da-DK"/>
        </w:rPr>
        <w:drawing>
          <wp:inline distT="0" distB="0" distL="0" distR="0" wp14:anchorId="1DB2D244" wp14:editId="703932D2">
            <wp:extent cx="1540476" cy="1340594"/>
            <wp:effectExtent l="0" t="0" r="3175" b="0"/>
            <wp:docPr id="11566851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685137" name=""/>
                    <pic:cNvPicPr/>
                  </pic:nvPicPr>
                  <pic:blipFill>
                    <a:blip r:embed="rId16"/>
                    <a:stretch>
                      <a:fillRect/>
                    </a:stretch>
                  </pic:blipFill>
                  <pic:spPr>
                    <a:xfrm>
                      <a:off x="0" y="0"/>
                      <a:ext cx="1567547" cy="1364152"/>
                    </a:xfrm>
                    <a:prstGeom prst="rect">
                      <a:avLst/>
                    </a:prstGeom>
                  </pic:spPr>
                </pic:pic>
              </a:graphicData>
            </a:graphic>
          </wp:inline>
        </w:drawing>
      </w:r>
    </w:p>
    <w:p w14:paraId="72B93461"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lang w:val="sv-SE"/>
        </w:rPr>
        <w:t xml:space="preserve">a. </w:t>
      </w:r>
      <w:r w:rsidRPr="004D46D7">
        <w:rPr>
          <w:color w:val="auto"/>
          <w:sz w:val="24"/>
          <w:szCs w:val="24"/>
          <w:lang w:val="fr-FR" w:eastAsia="en-ZW"/>
        </w:rPr>
        <w:t xml:space="preserve">Thể tích khí ở điều kiện tiêu chuẩn đã bơm vào bình xấp xỉ bằng 5055,56 lít.  </w:t>
      </w:r>
    </w:p>
    <w:p w14:paraId="461B70AA"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lang w:val="fr-FR"/>
        </w:rPr>
        <w:t xml:space="preserve">Khối lượng khí đã bơm vào bình bằng 7,52 kg.   </w:t>
      </w:r>
    </w:p>
    <w:p w14:paraId="25BDF450"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c. </w:t>
      </w:r>
      <w:r w:rsidRPr="004D46D7">
        <w:rPr>
          <w:color w:val="auto"/>
          <w:sz w:val="24"/>
          <w:szCs w:val="24"/>
          <w:lang w:val="fr-FR" w:eastAsia="en-ZW"/>
        </w:rPr>
        <w:t xml:space="preserve">Khối lượng riêng của chất khí trong bình bằng 2,25 </w:t>
      </w:r>
      <w:r w:rsidRPr="004D46D7">
        <w:rPr>
          <w:rFonts w:eastAsia="Calibri"/>
          <w:color w:val="auto"/>
          <w:sz w:val="24"/>
          <w:szCs w:val="24"/>
          <w:lang w:val="fr-FR" w:eastAsia="en-ZW"/>
        </w:rPr>
        <w:t>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w:t>
      </w:r>
    </w:p>
    <w:p w14:paraId="035270A4" w14:textId="77777777" w:rsidR="00B443D7" w:rsidRPr="004D46D7" w:rsidRDefault="00B443D7" w:rsidP="0026749B">
      <w:pPr>
        <w:rPr>
          <w:rFonts w:eastAsia="Calibri"/>
          <w:i/>
          <w:iCs/>
          <w:color w:val="auto"/>
          <w:sz w:val="24"/>
          <w:szCs w:val="24"/>
          <w:lang w:val="en-ZW" w:eastAsia="en-ZW"/>
        </w:rPr>
      </w:pPr>
      <w:r w:rsidRPr="004D46D7">
        <w:rPr>
          <w:b/>
          <w:bCs/>
          <w:color w:val="auto"/>
          <w:sz w:val="24"/>
          <w:szCs w:val="24"/>
        </w:rPr>
        <w:t xml:space="preserve">d. </w:t>
      </w:r>
      <w:r w:rsidRPr="004D46D7">
        <w:rPr>
          <w:color w:val="auto"/>
          <w:sz w:val="24"/>
          <w:szCs w:val="24"/>
          <w:lang w:val="fr-FR" w:eastAsia="en-ZW"/>
        </w:rPr>
        <w:t xml:space="preserve">Khối lượng khí bơm vào bình sau mỗi giây </w:t>
      </w:r>
      <w:r w:rsidRPr="004D46D7">
        <w:rPr>
          <w:color w:val="auto"/>
          <w:sz w:val="24"/>
          <w:szCs w:val="24"/>
          <w:lang w:val="fr-FR"/>
        </w:rPr>
        <w:t xml:space="preserve">xấp xỉ </w:t>
      </w:r>
      <w:r w:rsidRPr="004D46D7">
        <w:rPr>
          <w:color w:val="auto"/>
          <w:sz w:val="24"/>
          <w:szCs w:val="24"/>
          <w:lang w:val="fr-FR" w:eastAsia="en-ZW"/>
        </w:rPr>
        <w:t>bằng 4.10</w:t>
      </w:r>
      <w:r w:rsidRPr="004D46D7">
        <w:rPr>
          <w:color w:val="auto"/>
          <w:sz w:val="24"/>
          <w:szCs w:val="24"/>
          <w:vertAlign w:val="superscript"/>
          <w:lang w:val="fr-FR" w:eastAsia="en-ZW"/>
        </w:rPr>
        <w:t xml:space="preserve">-3 </w:t>
      </w:r>
      <w:r w:rsidRPr="004D46D7">
        <w:rPr>
          <w:color w:val="auto"/>
          <w:sz w:val="24"/>
          <w:szCs w:val="24"/>
          <w:lang w:val="fr-FR" w:eastAsia="en-ZW"/>
        </w:rPr>
        <w:t xml:space="preserve">kg.   </w:t>
      </w:r>
    </w:p>
    <w:p w14:paraId="0CB7F350" w14:textId="77777777" w:rsidR="00B443D7" w:rsidRPr="004D46D7" w:rsidRDefault="00B443D7" w:rsidP="0026749B">
      <w:pPr>
        <w:tabs>
          <w:tab w:val="left" w:pos="720"/>
        </w:tabs>
        <w:spacing w:line="276" w:lineRule="auto"/>
        <w:rPr>
          <w:color w:val="auto"/>
          <w:sz w:val="24"/>
          <w:szCs w:val="24"/>
          <w:lang w:val="nl-NL"/>
        </w:rPr>
      </w:pPr>
      <w:r w:rsidRPr="004D46D7">
        <w:rPr>
          <w:b/>
          <w:bCs/>
          <w:color w:val="auto"/>
          <w:sz w:val="24"/>
          <w:szCs w:val="24"/>
          <w:lang w:val="da-DK"/>
        </w:rPr>
        <w:t xml:space="preserve">Câu 4: </w:t>
      </w:r>
      <w:r w:rsidRPr="004D46D7">
        <w:rPr>
          <w:color w:val="auto"/>
          <w:sz w:val="24"/>
          <w:szCs w:val="24"/>
          <w:lang w:val="nl-NL"/>
        </w:rPr>
        <w:t xml:space="preserve">Một ống nghiệm tiết diện đều có chiều dài 80 cm, đặt thẳng đứng chứa một khối khí đến nửa ống, phía trên của ống là một cột thủy ngân. Nhiệt độ lúc đầu của khối khí là 27 </w:t>
      </w:r>
      <w:r w:rsidRPr="004D46D7">
        <w:rPr>
          <w:color w:val="auto"/>
          <w:sz w:val="24"/>
          <w:szCs w:val="24"/>
          <w:vertAlign w:val="superscript"/>
          <w:lang w:val="nl-NL"/>
        </w:rPr>
        <w:t>o</w:t>
      </w:r>
      <w:r w:rsidRPr="004D46D7">
        <w:rPr>
          <w:color w:val="auto"/>
          <w:sz w:val="24"/>
          <w:szCs w:val="24"/>
          <w:lang w:val="nl-NL"/>
        </w:rPr>
        <w:t>C.</w:t>
      </w:r>
      <w:r w:rsidRPr="004D46D7">
        <w:rPr>
          <w:color w:val="auto"/>
          <w:sz w:val="24"/>
          <w:szCs w:val="24"/>
          <w:vertAlign w:val="superscript"/>
          <w:lang w:val="nl-NL"/>
        </w:rPr>
        <w:t xml:space="preserve"> </w:t>
      </w:r>
      <w:r w:rsidRPr="004D46D7">
        <w:rPr>
          <w:color w:val="auto"/>
          <w:sz w:val="24"/>
          <w:szCs w:val="24"/>
          <w:lang w:val="nl-NL"/>
        </w:rPr>
        <w:t>Áp suất khí quyển là 76 cmHg.</w:t>
      </w:r>
    </w:p>
    <w:p w14:paraId="07FDEC3B" w14:textId="77777777" w:rsidR="00B443D7" w:rsidRPr="004D46D7" w:rsidRDefault="00B443D7" w:rsidP="0026749B">
      <w:pPr>
        <w:tabs>
          <w:tab w:val="left" w:pos="720"/>
        </w:tabs>
        <w:spacing w:line="276" w:lineRule="auto"/>
        <w:rPr>
          <w:b/>
          <w:bCs/>
          <w:color w:val="auto"/>
          <w:sz w:val="24"/>
          <w:szCs w:val="24"/>
          <w:lang w:val="da-DK"/>
        </w:rPr>
      </w:pPr>
      <w:r w:rsidRPr="004D46D7">
        <w:rPr>
          <w:noProof/>
          <w:color w:val="auto"/>
          <w:sz w:val="24"/>
          <w:szCs w:val="24"/>
        </w:rPr>
        <w:drawing>
          <wp:inline distT="0" distB="0" distL="0" distR="0" wp14:anchorId="5D5FA45D" wp14:editId="39316A36">
            <wp:extent cx="1663338" cy="1393372"/>
            <wp:effectExtent l="0" t="0" r="0" b="0"/>
            <wp:docPr id="986852606"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52606" name="Hình ảnh 1" descr="n130 fb + zalo Thu Minh"/>
                    <pic:cNvPicPr/>
                  </pic:nvPicPr>
                  <pic:blipFill>
                    <a:blip r:embed="rId17"/>
                    <a:stretch>
                      <a:fillRect/>
                    </a:stretch>
                  </pic:blipFill>
                  <pic:spPr>
                    <a:xfrm>
                      <a:off x="0" y="0"/>
                      <a:ext cx="1675608" cy="1403651"/>
                    </a:xfrm>
                    <a:prstGeom prst="rect">
                      <a:avLst/>
                    </a:prstGeom>
                  </pic:spPr>
                </pic:pic>
              </a:graphicData>
            </a:graphic>
          </wp:inline>
        </w:drawing>
      </w:r>
    </w:p>
    <w:p w14:paraId="335C4554"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lang w:val="sv-SE"/>
        </w:rPr>
        <w:t xml:space="preserve">a. </w:t>
      </w:r>
      <w:r w:rsidRPr="004D46D7">
        <w:rPr>
          <w:color w:val="auto"/>
          <w:sz w:val="24"/>
          <w:szCs w:val="24"/>
          <w:lang w:val="sv-SE"/>
        </w:rPr>
        <w:t xml:space="preserve">Áp suất của khối khí trong ống nghiệm ban đầu bằng 36 cmHg.   </w:t>
      </w:r>
    </w:p>
    <w:p w14:paraId="75DC710C"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b. </w:t>
      </w:r>
      <w:r w:rsidRPr="004D46D7">
        <w:rPr>
          <w:color w:val="auto"/>
          <w:sz w:val="24"/>
          <w:szCs w:val="24"/>
        </w:rPr>
        <w:t xml:space="preserve">Nếu đặt ống nằm ngang, coi nhiệt độ không đổi, thì cột thủy ngân còn lại trong ống dài 15,5 cm.  </w:t>
      </w:r>
    </w:p>
    <w:p w14:paraId="24E9C1E3"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t xml:space="preserve">c. </w:t>
      </w:r>
      <w:r w:rsidRPr="004D46D7">
        <w:rPr>
          <w:color w:val="auto"/>
          <w:sz w:val="24"/>
          <w:szCs w:val="24"/>
        </w:rPr>
        <w:t xml:space="preserve">Khi đặt ống thẳng đứng, hơ nóng khí trong ống tới 47 </w:t>
      </w:r>
      <w:r w:rsidRPr="004D46D7">
        <w:rPr>
          <w:color w:val="auto"/>
          <w:sz w:val="24"/>
          <w:szCs w:val="24"/>
          <w:vertAlign w:val="superscript"/>
        </w:rPr>
        <w:t>o</w:t>
      </w:r>
      <w:r w:rsidRPr="004D46D7">
        <w:rPr>
          <w:color w:val="auto"/>
          <w:sz w:val="24"/>
          <w:szCs w:val="24"/>
        </w:rPr>
        <w:t xml:space="preserve">C thì chiều cao của cột thủy ngân còn lại trong ống bằng 38,76 cm.   </w:t>
      </w:r>
    </w:p>
    <w:p w14:paraId="36BFE3ED" w14:textId="77777777" w:rsidR="00B443D7" w:rsidRPr="004D46D7" w:rsidRDefault="00B443D7" w:rsidP="0026749B">
      <w:pPr>
        <w:rPr>
          <w:color w:val="auto"/>
          <w:sz w:val="24"/>
          <w:szCs w:val="24"/>
        </w:rPr>
      </w:pPr>
    </w:p>
    <w:p w14:paraId="7A97D95B" w14:textId="77777777" w:rsidR="00B443D7" w:rsidRPr="004D46D7" w:rsidRDefault="00B443D7" w:rsidP="0026749B">
      <w:pPr>
        <w:rPr>
          <w:rFonts w:eastAsia="Calibri"/>
          <w:i/>
          <w:iCs/>
          <w:color w:val="C00000"/>
          <w:sz w:val="24"/>
          <w:szCs w:val="24"/>
          <w:lang w:val="fr-FR" w:eastAsia="en-ZW"/>
        </w:rPr>
      </w:pPr>
      <w:r w:rsidRPr="004D46D7">
        <w:rPr>
          <w:b/>
          <w:bCs/>
          <w:color w:val="auto"/>
          <w:sz w:val="24"/>
          <w:szCs w:val="24"/>
        </w:rPr>
        <w:lastRenderedPageBreak/>
        <w:t xml:space="preserve">d. </w:t>
      </w:r>
      <w:r w:rsidRPr="004D46D7">
        <w:rPr>
          <w:color w:val="auto"/>
          <w:sz w:val="24"/>
          <w:szCs w:val="24"/>
        </w:rPr>
        <w:t xml:space="preserve">Khi đặt ống thẳng đứng, làm lạnh khí trong ống tới 20 </w:t>
      </w:r>
      <w:r w:rsidRPr="004D46D7">
        <w:rPr>
          <w:color w:val="auto"/>
          <w:sz w:val="24"/>
          <w:szCs w:val="24"/>
          <w:vertAlign w:val="superscript"/>
        </w:rPr>
        <w:t>o</w:t>
      </w:r>
      <w:r w:rsidRPr="004D46D7">
        <w:rPr>
          <w:color w:val="auto"/>
          <w:sz w:val="24"/>
          <w:szCs w:val="24"/>
        </w:rPr>
        <w:t>C thì chiều cao của cột thủy ngân trong ống di chuyển một đoạn bằng 20,5 cm</w:t>
      </w:r>
    </w:p>
    <w:p w14:paraId="2E7A653B" w14:textId="77777777" w:rsidR="00B443D7" w:rsidRPr="004D46D7" w:rsidRDefault="00B443D7" w:rsidP="0026749B">
      <w:pPr>
        <w:spacing w:after="160" w:line="259" w:lineRule="auto"/>
        <w:rPr>
          <w:b/>
          <w:bCs/>
          <w:color w:val="FF0000"/>
          <w:sz w:val="24"/>
          <w:szCs w:val="24"/>
        </w:rPr>
      </w:pPr>
    </w:p>
    <w:p w14:paraId="288A54F0" w14:textId="77777777" w:rsidR="00B443D7" w:rsidRPr="004D46D7" w:rsidRDefault="00B443D7" w:rsidP="0026749B">
      <w:pPr>
        <w:spacing w:line="276" w:lineRule="auto"/>
        <w:jc w:val="both"/>
        <w:rPr>
          <w:b/>
          <w:bCs/>
          <w:color w:val="C00000"/>
          <w:sz w:val="24"/>
          <w:szCs w:val="24"/>
        </w:rPr>
      </w:pPr>
      <w:r w:rsidRPr="004D46D7">
        <w:rPr>
          <w:b/>
          <w:bCs/>
          <w:color w:val="C00000"/>
          <w:sz w:val="24"/>
          <w:szCs w:val="24"/>
        </w:rPr>
        <w:t>3. Câu trắc nghiệm trả lời ngắn ( 1,5 điểm )</w:t>
      </w:r>
    </w:p>
    <w:p w14:paraId="5DE9401F" w14:textId="77777777" w:rsidR="00B443D7" w:rsidRPr="004D46D7" w:rsidRDefault="00B443D7"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584DC34C" w14:textId="77777777" w:rsidR="00B443D7" w:rsidRPr="004D46D7" w:rsidRDefault="00B443D7"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3A4A12E0" w14:textId="77777777" w:rsidR="00BC7897" w:rsidRPr="004D46D7" w:rsidRDefault="00BC7897" w:rsidP="0026749B">
      <w:pPr>
        <w:tabs>
          <w:tab w:val="left" w:pos="360"/>
        </w:tabs>
        <w:spacing w:line="276" w:lineRule="auto"/>
        <w:jc w:val="both"/>
        <w:rPr>
          <w:b/>
          <w:color w:val="auto"/>
          <w:sz w:val="24"/>
          <w:szCs w:val="24"/>
          <w:lang w:val="pt-BR"/>
        </w:rPr>
      </w:pPr>
    </w:p>
    <w:p w14:paraId="46C2F42A" w14:textId="77777777" w:rsidR="00BC7897" w:rsidRPr="004D46D7" w:rsidRDefault="00BC7897" w:rsidP="0026749B">
      <w:pPr>
        <w:tabs>
          <w:tab w:val="left" w:pos="360"/>
        </w:tabs>
        <w:spacing w:line="276" w:lineRule="auto"/>
        <w:jc w:val="both"/>
        <w:rPr>
          <w:bCs/>
          <w:color w:val="auto"/>
          <w:sz w:val="24"/>
          <w:szCs w:val="24"/>
          <w:lang w:val="pt-BR"/>
        </w:rPr>
      </w:pPr>
      <w:r w:rsidRPr="004D46D7">
        <w:rPr>
          <w:b/>
          <w:color w:val="auto"/>
          <w:sz w:val="24"/>
          <w:szCs w:val="24"/>
          <w:lang w:val="pt-BR"/>
        </w:rPr>
        <w:t>Câu 1:</w:t>
      </w:r>
      <w:r w:rsidRPr="004D46D7">
        <w:rPr>
          <w:bCs/>
          <w:color w:val="auto"/>
          <w:sz w:val="24"/>
          <w:szCs w:val="24"/>
          <w:lang w:val="pt-BR"/>
        </w:rPr>
        <w:t xml:space="preserve"> Một quả bóng có thể tích 2 lít, chứa khí ở 27</w:t>
      </w:r>
      <w:r w:rsidRPr="004D46D7">
        <w:rPr>
          <w:bCs/>
          <w:color w:val="auto"/>
          <w:sz w:val="24"/>
          <w:szCs w:val="24"/>
          <w:vertAlign w:val="superscript"/>
          <w:lang w:val="pt-BR"/>
        </w:rPr>
        <w:t>0</w:t>
      </w:r>
      <w:r w:rsidRPr="004D46D7">
        <w:rPr>
          <w:bCs/>
          <w:color w:val="auto"/>
          <w:sz w:val="24"/>
          <w:szCs w:val="24"/>
          <w:lang w:val="pt-BR"/>
        </w:rPr>
        <w:t xml:space="preserve">C có áp suất 1 at. Người ta nung nóng quả bóng đến nhiệt độ 57 </w:t>
      </w:r>
      <w:r w:rsidRPr="004D46D7">
        <w:rPr>
          <w:bCs/>
          <w:color w:val="auto"/>
          <w:sz w:val="24"/>
          <w:szCs w:val="24"/>
          <w:vertAlign w:val="superscript"/>
          <w:lang w:val="pt-BR"/>
        </w:rPr>
        <w:t>o</w:t>
      </w:r>
      <w:r w:rsidRPr="004D46D7">
        <w:rPr>
          <w:bCs/>
          <w:color w:val="auto"/>
          <w:sz w:val="24"/>
          <w:szCs w:val="24"/>
          <w:lang w:val="pt-BR"/>
        </w:rPr>
        <w:t>C đồng thời giảm thể tích còn 1 lít. Áp suất lúc sau là bao nhiêu atm ?</w:t>
      </w:r>
      <w:r w:rsidRPr="004D46D7">
        <w:rPr>
          <w:color w:val="auto"/>
          <w:sz w:val="24"/>
          <w:szCs w:val="24"/>
          <w:lang w:val="pt-BR"/>
        </w:rPr>
        <w:t xml:space="preserve"> </w:t>
      </w:r>
      <w:r w:rsidRPr="004D46D7">
        <w:rPr>
          <w:bCs/>
          <w:color w:val="auto"/>
          <w:sz w:val="24"/>
          <w:szCs w:val="24"/>
          <w:lang w:val="pt-BR"/>
        </w:rPr>
        <w:t>(kết quả lấy đến 1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C7897" w:rsidRPr="004D46D7" w14:paraId="7A8A2873" w14:textId="77777777" w:rsidTr="00353247">
        <w:trPr>
          <w:trHeight w:val="359"/>
        </w:trPr>
        <w:tc>
          <w:tcPr>
            <w:tcW w:w="1274" w:type="dxa"/>
          </w:tcPr>
          <w:p w14:paraId="401DD277" w14:textId="77777777" w:rsidR="00BC7897" w:rsidRPr="004D46D7" w:rsidRDefault="00BC789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31FE596" w14:textId="77777777" w:rsidR="00BC7897" w:rsidRPr="004D46D7" w:rsidRDefault="00BC7897" w:rsidP="0026749B">
            <w:pPr>
              <w:tabs>
                <w:tab w:val="left" w:pos="720"/>
              </w:tabs>
              <w:spacing w:line="276" w:lineRule="auto"/>
              <w:rPr>
                <w:b/>
                <w:bCs/>
                <w:color w:val="auto"/>
                <w:sz w:val="24"/>
                <w:szCs w:val="24"/>
              </w:rPr>
            </w:pPr>
          </w:p>
        </w:tc>
        <w:tc>
          <w:tcPr>
            <w:tcW w:w="426" w:type="dxa"/>
          </w:tcPr>
          <w:p w14:paraId="09B79AD7" w14:textId="77777777" w:rsidR="00BC7897" w:rsidRPr="004D46D7" w:rsidRDefault="00BC7897" w:rsidP="0026749B">
            <w:pPr>
              <w:tabs>
                <w:tab w:val="left" w:pos="720"/>
              </w:tabs>
              <w:spacing w:line="276" w:lineRule="auto"/>
              <w:rPr>
                <w:b/>
                <w:bCs/>
                <w:color w:val="auto"/>
                <w:sz w:val="24"/>
                <w:szCs w:val="24"/>
              </w:rPr>
            </w:pPr>
          </w:p>
        </w:tc>
        <w:tc>
          <w:tcPr>
            <w:tcW w:w="425" w:type="dxa"/>
          </w:tcPr>
          <w:p w14:paraId="63BBDA6F" w14:textId="77777777" w:rsidR="00BC7897" w:rsidRPr="004D46D7" w:rsidRDefault="00BC7897" w:rsidP="0026749B">
            <w:pPr>
              <w:tabs>
                <w:tab w:val="left" w:pos="720"/>
              </w:tabs>
              <w:spacing w:line="276" w:lineRule="auto"/>
              <w:rPr>
                <w:b/>
                <w:bCs/>
                <w:color w:val="auto"/>
                <w:sz w:val="24"/>
                <w:szCs w:val="24"/>
              </w:rPr>
            </w:pPr>
          </w:p>
        </w:tc>
        <w:tc>
          <w:tcPr>
            <w:tcW w:w="425" w:type="dxa"/>
          </w:tcPr>
          <w:p w14:paraId="38B7B43C" w14:textId="77777777" w:rsidR="00BC7897" w:rsidRPr="004D46D7" w:rsidRDefault="00BC7897" w:rsidP="0026749B">
            <w:pPr>
              <w:tabs>
                <w:tab w:val="left" w:pos="720"/>
              </w:tabs>
              <w:spacing w:line="276" w:lineRule="auto"/>
              <w:rPr>
                <w:b/>
                <w:bCs/>
                <w:color w:val="auto"/>
                <w:sz w:val="24"/>
                <w:szCs w:val="24"/>
              </w:rPr>
            </w:pPr>
          </w:p>
        </w:tc>
      </w:tr>
    </w:tbl>
    <w:p w14:paraId="213ECEFF" w14:textId="77777777" w:rsidR="00BC7897" w:rsidRPr="004D46D7" w:rsidRDefault="00BC7897" w:rsidP="0026749B">
      <w:pPr>
        <w:rPr>
          <w:b/>
          <w:bCs/>
          <w:i/>
          <w:iCs/>
          <w:color w:val="C00000"/>
          <w:sz w:val="24"/>
          <w:szCs w:val="24"/>
        </w:rPr>
      </w:pPr>
    </w:p>
    <w:p w14:paraId="0197D300"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rFonts w:eastAsiaTheme="minorHAnsi"/>
          <w:b/>
          <w:color w:val="auto"/>
          <w:sz w:val="24"/>
          <w:szCs w:val="24"/>
          <w:lang w:val="pt-BR"/>
        </w:rPr>
        <w:t xml:space="preserve">Câu </w:t>
      </w:r>
      <w:r w:rsidR="00BC7897" w:rsidRPr="004D46D7">
        <w:rPr>
          <w:rFonts w:eastAsiaTheme="minorHAnsi"/>
          <w:b/>
          <w:color w:val="auto"/>
          <w:sz w:val="24"/>
          <w:szCs w:val="24"/>
          <w:lang w:val="pt-BR"/>
        </w:rPr>
        <w:t>2</w:t>
      </w:r>
      <w:r w:rsidRPr="004D46D7">
        <w:rPr>
          <w:rFonts w:eastAsiaTheme="minorHAnsi"/>
          <w:b/>
          <w:color w:val="auto"/>
          <w:sz w:val="24"/>
          <w:szCs w:val="24"/>
          <w:lang w:val="pt-BR"/>
        </w:rPr>
        <w:t xml:space="preserve">: </w:t>
      </w:r>
      <w:r w:rsidRPr="004D46D7">
        <w:rPr>
          <w:rFonts w:eastAsiaTheme="minorHAnsi"/>
          <w:bCs/>
          <w:color w:val="auto"/>
          <w:sz w:val="24"/>
          <w:szCs w:val="24"/>
          <w:lang w:val="pt-BR"/>
        </w:rPr>
        <w:t>Một khối khí có</w:t>
      </w:r>
      <w:r w:rsidRPr="004D46D7">
        <w:rPr>
          <w:rFonts w:eastAsiaTheme="minorHAnsi"/>
          <w:b/>
          <w:color w:val="auto"/>
          <w:sz w:val="24"/>
          <w:szCs w:val="24"/>
          <w:lang w:val="pt-BR"/>
        </w:rPr>
        <w:t xml:space="preserve"> </w:t>
      </w:r>
      <w:r w:rsidRPr="004D46D7">
        <w:rPr>
          <w:rFonts w:eastAsiaTheme="minorHAnsi"/>
          <w:bCs/>
          <w:color w:val="auto"/>
          <w:sz w:val="24"/>
          <w:szCs w:val="24"/>
          <w:lang w:val="pt-BR"/>
        </w:rPr>
        <w:t xml:space="preserve">nhiệt độ tăng từ 217 </w:t>
      </w:r>
      <w:r w:rsidRPr="004D46D7">
        <w:rPr>
          <w:rFonts w:eastAsiaTheme="minorHAnsi"/>
          <w:bCs/>
          <w:color w:val="auto"/>
          <w:sz w:val="24"/>
          <w:szCs w:val="24"/>
          <w:vertAlign w:val="superscript"/>
          <w:lang w:val="pt-BR"/>
        </w:rPr>
        <w:t>o</w:t>
      </w:r>
      <w:r w:rsidRPr="004D46D7">
        <w:rPr>
          <w:rFonts w:eastAsiaTheme="minorHAnsi"/>
          <w:bCs/>
          <w:color w:val="auto"/>
          <w:sz w:val="24"/>
          <w:szCs w:val="24"/>
          <w:lang w:val="pt-BR"/>
        </w:rPr>
        <w:t xml:space="preserve">C đến 480 </w:t>
      </w:r>
      <w:r w:rsidRPr="004D46D7">
        <w:rPr>
          <w:rFonts w:eastAsiaTheme="minorHAnsi"/>
          <w:bCs/>
          <w:color w:val="auto"/>
          <w:sz w:val="24"/>
          <w:szCs w:val="24"/>
          <w:vertAlign w:val="superscript"/>
          <w:lang w:val="pt-BR"/>
        </w:rPr>
        <w:t>o</w:t>
      </w:r>
      <w:r w:rsidRPr="004D46D7">
        <w:rPr>
          <w:rFonts w:eastAsiaTheme="minorHAnsi"/>
          <w:bCs/>
          <w:color w:val="auto"/>
          <w:sz w:val="24"/>
          <w:szCs w:val="24"/>
          <w:lang w:val="pt-BR"/>
        </w:rPr>
        <w:t>C, thể tích giảm từ 300 dm</w:t>
      </w:r>
      <w:r w:rsidRPr="004D46D7">
        <w:rPr>
          <w:rFonts w:eastAsiaTheme="minorHAnsi"/>
          <w:bCs/>
          <w:color w:val="auto"/>
          <w:sz w:val="24"/>
          <w:szCs w:val="24"/>
          <w:vertAlign w:val="superscript"/>
          <w:lang w:val="pt-BR"/>
        </w:rPr>
        <w:t>3</w:t>
      </w:r>
      <w:r w:rsidRPr="004D46D7">
        <w:rPr>
          <w:rFonts w:eastAsiaTheme="minorHAnsi"/>
          <w:bCs/>
          <w:color w:val="auto"/>
          <w:sz w:val="24"/>
          <w:szCs w:val="24"/>
          <w:lang w:val="pt-BR"/>
        </w:rPr>
        <w:t xml:space="preserve"> xuống còn 180 dm</w:t>
      </w:r>
      <w:r w:rsidRPr="004D46D7">
        <w:rPr>
          <w:rFonts w:eastAsiaTheme="minorHAnsi"/>
          <w:bCs/>
          <w:color w:val="auto"/>
          <w:sz w:val="24"/>
          <w:szCs w:val="24"/>
          <w:vertAlign w:val="superscript"/>
          <w:lang w:val="pt-BR"/>
        </w:rPr>
        <w:t>3</w:t>
      </w:r>
      <w:r w:rsidRPr="004D46D7">
        <w:rPr>
          <w:rFonts w:eastAsiaTheme="minorHAnsi"/>
          <w:bCs/>
          <w:color w:val="auto"/>
          <w:sz w:val="24"/>
          <w:szCs w:val="24"/>
          <w:lang w:val="pt-BR"/>
        </w:rPr>
        <w:t xml:space="preserve">. Nếu áp suất cuối cùng của khối khí bằng </w:t>
      </w:r>
      <w:r w:rsidR="00BC7897" w:rsidRPr="004D46D7">
        <w:rPr>
          <w:rFonts w:eastAsiaTheme="minorHAnsi"/>
          <w:bCs/>
          <w:color w:val="auto"/>
          <w:sz w:val="24"/>
          <w:szCs w:val="24"/>
          <w:lang w:val="pt-BR"/>
        </w:rPr>
        <w:t>3</w:t>
      </w:r>
      <w:r w:rsidRPr="004D46D7">
        <w:rPr>
          <w:rFonts w:eastAsiaTheme="minorHAnsi"/>
          <w:bCs/>
          <w:color w:val="auto"/>
          <w:sz w:val="24"/>
          <w:szCs w:val="24"/>
          <w:lang w:val="pt-BR"/>
        </w:rPr>
        <w:t xml:space="preserve"> atm thì áp suất ban đầu của nó bằng bao nhiêu atm? (kết quả làm tròn đến hai chữ số sau dấp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2BD67107" w14:textId="77777777" w:rsidTr="00353247">
        <w:trPr>
          <w:trHeight w:val="359"/>
        </w:trPr>
        <w:tc>
          <w:tcPr>
            <w:tcW w:w="1274" w:type="dxa"/>
          </w:tcPr>
          <w:p w14:paraId="3886499E"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2C30918" w14:textId="77777777" w:rsidR="00B443D7" w:rsidRPr="004D46D7" w:rsidRDefault="00B443D7" w:rsidP="0026749B">
            <w:pPr>
              <w:tabs>
                <w:tab w:val="left" w:pos="720"/>
              </w:tabs>
              <w:spacing w:line="276" w:lineRule="auto"/>
              <w:rPr>
                <w:b/>
                <w:bCs/>
                <w:color w:val="auto"/>
                <w:sz w:val="24"/>
                <w:szCs w:val="24"/>
              </w:rPr>
            </w:pPr>
          </w:p>
        </w:tc>
        <w:tc>
          <w:tcPr>
            <w:tcW w:w="426" w:type="dxa"/>
          </w:tcPr>
          <w:p w14:paraId="5F40A2BA" w14:textId="77777777" w:rsidR="00B443D7" w:rsidRPr="004D46D7" w:rsidRDefault="00B443D7" w:rsidP="0026749B">
            <w:pPr>
              <w:tabs>
                <w:tab w:val="left" w:pos="720"/>
              </w:tabs>
              <w:spacing w:line="276" w:lineRule="auto"/>
              <w:rPr>
                <w:b/>
                <w:bCs/>
                <w:color w:val="auto"/>
                <w:sz w:val="24"/>
                <w:szCs w:val="24"/>
              </w:rPr>
            </w:pPr>
          </w:p>
        </w:tc>
        <w:tc>
          <w:tcPr>
            <w:tcW w:w="425" w:type="dxa"/>
          </w:tcPr>
          <w:p w14:paraId="4DAF9E93" w14:textId="77777777" w:rsidR="00B443D7" w:rsidRPr="004D46D7" w:rsidRDefault="00B443D7" w:rsidP="0026749B">
            <w:pPr>
              <w:tabs>
                <w:tab w:val="left" w:pos="720"/>
              </w:tabs>
              <w:spacing w:line="276" w:lineRule="auto"/>
              <w:rPr>
                <w:b/>
                <w:bCs/>
                <w:color w:val="auto"/>
                <w:sz w:val="24"/>
                <w:szCs w:val="24"/>
              </w:rPr>
            </w:pPr>
          </w:p>
        </w:tc>
        <w:tc>
          <w:tcPr>
            <w:tcW w:w="425" w:type="dxa"/>
          </w:tcPr>
          <w:p w14:paraId="6563418B" w14:textId="77777777" w:rsidR="00B443D7" w:rsidRPr="004D46D7" w:rsidRDefault="00B443D7" w:rsidP="0026749B">
            <w:pPr>
              <w:tabs>
                <w:tab w:val="left" w:pos="720"/>
              </w:tabs>
              <w:spacing w:line="276" w:lineRule="auto"/>
              <w:rPr>
                <w:b/>
                <w:bCs/>
                <w:color w:val="auto"/>
                <w:sz w:val="24"/>
                <w:szCs w:val="24"/>
              </w:rPr>
            </w:pPr>
          </w:p>
        </w:tc>
      </w:tr>
    </w:tbl>
    <w:p w14:paraId="5CBAD2DD" w14:textId="77777777" w:rsidR="00BC7897" w:rsidRPr="004D46D7" w:rsidRDefault="00BC7897" w:rsidP="0026749B">
      <w:pPr>
        <w:tabs>
          <w:tab w:val="left" w:pos="360"/>
        </w:tabs>
        <w:spacing w:line="276" w:lineRule="auto"/>
        <w:jc w:val="both"/>
        <w:rPr>
          <w:b/>
          <w:color w:val="auto"/>
          <w:sz w:val="24"/>
          <w:szCs w:val="24"/>
          <w:lang w:val="pt-BR"/>
        </w:rPr>
      </w:pPr>
    </w:p>
    <w:p w14:paraId="06384068" w14:textId="77777777" w:rsidR="00B443D7" w:rsidRPr="004D46D7" w:rsidRDefault="00B443D7" w:rsidP="0026749B">
      <w:pPr>
        <w:rPr>
          <w:color w:val="auto"/>
          <w:sz w:val="24"/>
          <w:szCs w:val="24"/>
        </w:rPr>
      </w:pPr>
      <w:r w:rsidRPr="004D46D7">
        <w:rPr>
          <w:b/>
          <w:color w:val="auto"/>
          <w:sz w:val="24"/>
          <w:szCs w:val="24"/>
          <w:lang w:val="pt-BR"/>
        </w:rPr>
        <w:t xml:space="preserve">Câu 3: </w:t>
      </w:r>
      <w:r w:rsidRPr="004D46D7">
        <w:rPr>
          <w:color w:val="auto"/>
          <w:sz w:val="24"/>
          <w:szCs w:val="24"/>
          <w:lang w:val="pt-BR"/>
        </w:rPr>
        <w:t>Một lượng khí H</w:t>
      </w:r>
      <w:r w:rsidRPr="004D46D7">
        <w:rPr>
          <w:color w:val="auto"/>
          <w:sz w:val="24"/>
          <w:szCs w:val="24"/>
          <w:vertAlign w:val="subscript"/>
          <w:lang w:val="pt-BR"/>
        </w:rPr>
        <w:t>2</w:t>
      </w:r>
      <w:r w:rsidRPr="004D46D7">
        <w:rPr>
          <w:color w:val="auto"/>
          <w:sz w:val="24"/>
          <w:szCs w:val="24"/>
          <w:lang w:val="pt-BR"/>
        </w:rPr>
        <w:t xml:space="preserve"> đựng trong một bình có thế tích 2 lít ở áp suất l,5 atm, nhiệt độ là 27 °C. Đun nóng khí đến nhiệt độ 127°C do bình hở nên một nửa lượng khí thoát ra ngoài. </w:t>
      </w:r>
      <w:r w:rsidRPr="004D46D7">
        <w:rPr>
          <w:bCs/>
          <w:color w:val="auto"/>
          <w:sz w:val="24"/>
          <w:szCs w:val="24"/>
          <w:lang w:val="pt-BR"/>
        </w:rPr>
        <w:t>Áp suất lúc sau là bao nhiêu atm?</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48CE39D1" w14:textId="77777777" w:rsidTr="00353247">
        <w:trPr>
          <w:trHeight w:val="359"/>
        </w:trPr>
        <w:tc>
          <w:tcPr>
            <w:tcW w:w="1274" w:type="dxa"/>
          </w:tcPr>
          <w:p w14:paraId="370B7A46"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E5E9483" w14:textId="77777777" w:rsidR="00B443D7" w:rsidRPr="004D46D7" w:rsidRDefault="00B443D7" w:rsidP="0026749B">
            <w:pPr>
              <w:tabs>
                <w:tab w:val="left" w:pos="720"/>
              </w:tabs>
              <w:spacing w:line="276" w:lineRule="auto"/>
              <w:rPr>
                <w:b/>
                <w:bCs/>
                <w:color w:val="auto"/>
                <w:sz w:val="24"/>
                <w:szCs w:val="24"/>
              </w:rPr>
            </w:pPr>
          </w:p>
        </w:tc>
        <w:tc>
          <w:tcPr>
            <w:tcW w:w="426" w:type="dxa"/>
          </w:tcPr>
          <w:p w14:paraId="1D745190" w14:textId="77777777" w:rsidR="00B443D7" w:rsidRPr="004D46D7" w:rsidRDefault="00B443D7" w:rsidP="0026749B">
            <w:pPr>
              <w:tabs>
                <w:tab w:val="left" w:pos="720"/>
              </w:tabs>
              <w:spacing w:line="276" w:lineRule="auto"/>
              <w:rPr>
                <w:b/>
                <w:bCs/>
                <w:color w:val="auto"/>
                <w:sz w:val="24"/>
                <w:szCs w:val="24"/>
              </w:rPr>
            </w:pPr>
          </w:p>
        </w:tc>
        <w:tc>
          <w:tcPr>
            <w:tcW w:w="425" w:type="dxa"/>
          </w:tcPr>
          <w:p w14:paraId="1269D157" w14:textId="77777777" w:rsidR="00B443D7" w:rsidRPr="004D46D7" w:rsidRDefault="00B443D7" w:rsidP="0026749B">
            <w:pPr>
              <w:tabs>
                <w:tab w:val="left" w:pos="720"/>
              </w:tabs>
              <w:spacing w:line="276" w:lineRule="auto"/>
              <w:rPr>
                <w:b/>
                <w:bCs/>
                <w:color w:val="auto"/>
                <w:sz w:val="24"/>
                <w:szCs w:val="24"/>
              </w:rPr>
            </w:pPr>
          </w:p>
        </w:tc>
        <w:tc>
          <w:tcPr>
            <w:tcW w:w="425" w:type="dxa"/>
          </w:tcPr>
          <w:p w14:paraId="0090A9C9" w14:textId="77777777" w:rsidR="00B443D7" w:rsidRPr="004D46D7" w:rsidRDefault="00B443D7" w:rsidP="0026749B">
            <w:pPr>
              <w:tabs>
                <w:tab w:val="left" w:pos="720"/>
              </w:tabs>
              <w:spacing w:line="276" w:lineRule="auto"/>
              <w:rPr>
                <w:b/>
                <w:bCs/>
                <w:color w:val="auto"/>
                <w:sz w:val="24"/>
                <w:szCs w:val="24"/>
              </w:rPr>
            </w:pPr>
          </w:p>
        </w:tc>
      </w:tr>
    </w:tbl>
    <w:p w14:paraId="2A8CF0CD" w14:textId="77777777" w:rsidR="00BC7897" w:rsidRPr="004D46D7" w:rsidRDefault="00BC7897" w:rsidP="0026749B">
      <w:pPr>
        <w:spacing w:line="276" w:lineRule="auto"/>
        <w:contextualSpacing/>
        <w:jc w:val="both"/>
        <w:rPr>
          <w:rFonts w:eastAsiaTheme="minorHAnsi"/>
          <w:b/>
          <w:color w:val="auto"/>
          <w:sz w:val="24"/>
          <w:szCs w:val="24"/>
          <w:lang w:val="pt-BR"/>
        </w:rPr>
      </w:pPr>
    </w:p>
    <w:p w14:paraId="7BFEC0A9"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rFonts w:eastAsiaTheme="minorHAnsi"/>
          <w:b/>
          <w:color w:val="auto"/>
          <w:sz w:val="24"/>
          <w:szCs w:val="24"/>
          <w:lang w:val="pt-BR"/>
        </w:rPr>
        <w:t>Câu 4:</w:t>
      </w:r>
      <w:r w:rsidRPr="004D46D7">
        <w:rPr>
          <w:rFonts w:eastAsiaTheme="minorHAnsi"/>
          <w:bCs/>
          <w:color w:val="auto"/>
          <w:sz w:val="24"/>
          <w:szCs w:val="24"/>
          <w:lang w:val="pt-BR"/>
        </w:rPr>
        <w:t xml:space="preserve"> </w:t>
      </w:r>
      <w:r w:rsidRPr="004D46D7">
        <w:rPr>
          <w:rFonts w:eastAsiaTheme="minorHAnsi"/>
          <w:color w:val="auto"/>
          <w:sz w:val="24"/>
          <w:szCs w:val="24"/>
          <w:lang w:val="pt-BR"/>
        </w:rPr>
        <w:t xml:space="preserve">Trong một bình kín dung tích 20 lít có chứa 4,4 kg khí cacbonic ở nhiệt độ 27 </w:t>
      </w:r>
      <w:r w:rsidRPr="004D46D7">
        <w:rPr>
          <w:rFonts w:eastAsiaTheme="minorHAnsi"/>
          <w:color w:val="auto"/>
          <w:sz w:val="24"/>
          <w:szCs w:val="24"/>
          <w:vertAlign w:val="superscript"/>
          <w:lang w:val="pt-BR"/>
        </w:rPr>
        <w:t>o</w:t>
      </w:r>
      <w:r w:rsidRPr="004D46D7">
        <w:rPr>
          <w:rFonts w:eastAsiaTheme="minorHAnsi"/>
          <w:color w:val="auto"/>
          <w:sz w:val="24"/>
          <w:szCs w:val="24"/>
          <w:lang w:val="pt-BR"/>
        </w:rPr>
        <w:t>C. Biết thể tích của một mol khí ở điều kiện chuẩn là V</w:t>
      </w:r>
      <w:r w:rsidRPr="004D46D7">
        <w:rPr>
          <w:rFonts w:eastAsiaTheme="minorHAnsi"/>
          <w:color w:val="auto"/>
          <w:sz w:val="24"/>
          <w:szCs w:val="24"/>
          <w:vertAlign w:val="subscript"/>
          <w:lang w:val="pt-BR"/>
        </w:rPr>
        <w:t>o</w:t>
      </w:r>
      <w:r w:rsidRPr="004D46D7">
        <w:rPr>
          <w:rFonts w:eastAsiaTheme="minorHAnsi"/>
          <w:color w:val="auto"/>
          <w:sz w:val="24"/>
          <w:szCs w:val="24"/>
          <w:lang w:val="pt-BR"/>
        </w:rPr>
        <w:t xml:space="preserve"> = 22,4 lít. Áp suất của khí trong bình </w:t>
      </w:r>
      <w:r w:rsidRPr="004D46D7">
        <w:rPr>
          <w:rFonts w:eastAsiaTheme="minorHAnsi"/>
          <w:bCs/>
          <w:color w:val="auto"/>
          <w:sz w:val="24"/>
          <w:szCs w:val="24"/>
          <w:lang w:val="pt-BR"/>
        </w:rPr>
        <w:t>bằng bao nhiêu atm? Cho khối lượng nguyên tử của khí cacsbonic là 44 g/mol. (Kết quả được làm tròn đến phần nguyên)</w:t>
      </w:r>
    </w:p>
    <w:p w14:paraId="77320B94" w14:textId="77777777" w:rsidR="00BC7897" w:rsidRPr="004D46D7" w:rsidRDefault="00BC7897" w:rsidP="0026749B">
      <w:pPr>
        <w:spacing w:line="276" w:lineRule="auto"/>
        <w:contextualSpacing/>
        <w:jc w:val="both"/>
        <w:rPr>
          <w:rFonts w:eastAsiaTheme="minorHAnsi"/>
          <w:b/>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2F14C908" w14:textId="77777777" w:rsidTr="00353247">
        <w:trPr>
          <w:trHeight w:val="359"/>
        </w:trPr>
        <w:tc>
          <w:tcPr>
            <w:tcW w:w="1274" w:type="dxa"/>
          </w:tcPr>
          <w:p w14:paraId="55F31417"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956A2C6" w14:textId="77777777" w:rsidR="00B443D7" w:rsidRPr="004D46D7" w:rsidRDefault="00B443D7" w:rsidP="0026749B">
            <w:pPr>
              <w:tabs>
                <w:tab w:val="left" w:pos="720"/>
              </w:tabs>
              <w:spacing w:line="276" w:lineRule="auto"/>
              <w:rPr>
                <w:b/>
                <w:bCs/>
                <w:color w:val="auto"/>
                <w:sz w:val="24"/>
                <w:szCs w:val="24"/>
              </w:rPr>
            </w:pPr>
          </w:p>
        </w:tc>
        <w:tc>
          <w:tcPr>
            <w:tcW w:w="426" w:type="dxa"/>
          </w:tcPr>
          <w:p w14:paraId="3BAF7FC4" w14:textId="77777777" w:rsidR="00B443D7" w:rsidRPr="004D46D7" w:rsidRDefault="00B443D7" w:rsidP="0026749B">
            <w:pPr>
              <w:tabs>
                <w:tab w:val="left" w:pos="720"/>
              </w:tabs>
              <w:spacing w:line="276" w:lineRule="auto"/>
              <w:rPr>
                <w:b/>
                <w:bCs/>
                <w:color w:val="auto"/>
                <w:sz w:val="24"/>
                <w:szCs w:val="24"/>
              </w:rPr>
            </w:pPr>
          </w:p>
        </w:tc>
        <w:tc>
          <w:tcPr>
            <w:tcW w:w="425" w:type="dxa"/>
          </w:tcPr>
          <w:p w14:paraId="56C54304" w14:textId="77777777" w:rsidR="00B443D7" w:rsidRPr="004D46D7" w:rsidRDefault="00B443D7" w:rsidP="0026749B">
            <w:pPr>
              <w:tabs>
                <w:tab w:val="left" w:pos="720"/>
              </w:tabs>
              <w:spacing w:line="276" w:lineRule="auto"/>
              <w:rPr>
                <w:b/>
                <w:bCs/>
                <w:color w:val="auto"/>
                <w:sz w:val="24"/>
                <w:szCs w:val="24"/>
              </w:rPr>
            </w:pPr>
          </w:p>
        </w:tc>
        <w:tc>
          <w:tcPr>
            <w:tcW w:w="425" w:type="dxa"/>
          </w:tcPr>
          <w:p w14:paraId="68A8CEDC" w14:textId="77777777" w:rsidR="00B443D7" w:rsidRPr="004D46D7" w:rsidRDefault="00B443D7" w:rsidP="0026749B">
            <w:pPr>
              <w:tabs>
                <w:tab w:val="left" w:pos="720"/>
              </w:tabs>
              <w:spacing w:line="276" w:lineRule="auto"/>
              <w:rPr>
                <w:b/>
                <w:bCs/>
                <w:color w:val="auto"/>
                <w:sz w:val="24"/>
                <w:szCs w:val="24"/>
              </w:rPr>
            </w:pPr>
          </w:p>
        </w:tc>
      </w:tr>
    </w:tbl>
    <w:p w14:paraId="4B70FC17" w14:textId="77777777" w:rsidR="00BC7897" w:rsidRPr="004D46D7" w:rsidRDefault="00BC7897" w:rsidP="0026749B">
      <w:pPr>
        <w:tabs>
          <w:tab w:val="left" w:pos="360"/>
        </w:tabs>
        <w:spacing w:line="276" w:lineRule="auto"/>
        <w:jc w:val="both"/>
        <w:rPr>
          <w:b/>
          <w:color w:val="auto"/>
          <w:sz w:val="24"/>
          <w:szCs w:val="24"/>
          <w:lang w:val="pt-BR"/>
        </w:rPr>
      </w:pPr>
    </w:p>
    <w:p w14:paraId="4883E36F" w14:textId="77777777" w:rsidR="00B443D7" w:rsidRPr="004D46D7" w:rsidRDefault="00B443D7" w:rsidP="0026749B">
      <w:pPr>
        <w:spacing w:line="276" w:lineRule="auto"/>
        <w:contextualSpacing/>
        <w:jc w:val="both"/>
        <w:rPr>
          <w:rFonts w:eastAsiaTheme="minorHAnsi"/>
          <w:bCs/>
          <w:color w:val="auto"/>
          <w:sz w:val="24"/>
          <w:szCs w:val="24"/>
          <w:lang w:val="pt-BR"/>
        </w:rPr>
      </w:pPr>
      <w:r w:rsidRPr="004D46D7">
        <w:rPr>
          <w:b/>
          <w:color w:val="auto"/>
          <w:sz w:val="24"/>
          <w:szCs w:val="24"/>
          <w:lang w:val="pt-BR"/>
        </w:rPr>
        <w:t>Câu 5:</w:t>
      </w:r>
      <w:r w:rsidRPr="004D46D7">
        <w:rPr>
          <w:bCs/>
          <w:color w:val="auto"/>
          <w:sz w:val="24"/>
          <w:szCs w:val="24"/>
          <w:lang w:val="pt-BR"/>
        </w:rPr>
        <w:t xml:space="preserve"> Một bình bằng thép dung tích 50 lít chứa khí Hidrô ở áp suất 5 MPa và nhiệt độ 37 °C. Dùng bình này bơm được bao nhiêu bóng bay? Biết dung tích mỗi quả 10 lít; áp suất mỗi quả l,05.10</w:t>
      </w:r>
      <w:r w:rsidRPr="004D46D7">
        <w:rPr>
          <w:bCs/>
          <w:color w:val="auto"/>
          <w:sz w:val="24"/>
          <w:szCs w:val="24"/>
          <w:vertAlign w:val="superscript"/>
          <w:lang w:val="pt-BR"/>
        </w:rPr>
        <w:t xml:space="preserve">5 </w:t>
      </w:r>
      <w:r w:rsidRPr="004D46D7">
        <w:rPr>
          <w:bCs/>
          <w:color w:val="auto"/>
          <w:sz w:val="24"/>
          <w:szCs w:val="24"/>
          <w:lang w:val="pt-BR"/>
        </w:rPr>
        <w:t>Pa, nhiệt độ bóng bay 12 °C.</w:t>
      </w:r>
      <w:r w:rsidR="00BC7897" w:rsidRPr="004D46D7">
        <w:rPr>
          <w:rFonts w:eastAsiaTheme="minorHAnsi"/>
          <w:bCs/>
          <w:color w:val="auto"/>
          <w:sz w:val="24"/>
          <w:szCs w:val="24"/>
          <w:lang w:val="pt-BR"/>
        </w:rPr>
        <w:t xml:space="preserve"> (Kết quả được làm tròn đến phần nguyên)</w:t>
      </w:r>
    </w:p>
    <w:p w14:paraId="06B8F471" w14:textId="77777777" w:rsidR="00BC7897" w:rsidRPr="004D46D7" w:rsidRDefault="00BC7897" w:rsidP="0026749B">
      <w:pPr>
        <w:tabs>
          <w:tab w:val="left" w:pos="360"/>
        </w:tabs>
        <w:spacing w:line="276" w:lineRule="auto"/>
        <w:jc w:val="both"/>
        <w:rPr>
          <w:bCs/>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7ABCF33E" w14:textId="77777777" w:rsidTr="00353247">
        <w:trPr>
          <w:trHeight w:val="359"/>
        </w:trPr>
        <w:tc>
          <w:tcPr>
            <w:tcW w:w="1274" w:type="dxa"/>
          </w:tcPr>
          <w:p w14:paraId="008641BC"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99482FE" w14:textId="77777777" w:rsidR="00B443D7" w:rsidRPr="004D46D7" w:rsidRDefault="00B443D7" w:rsidP="0026749B">
            <w:pPr>
              <w:tabs>
                <w:tab w:val="left" w:pos="720"/>
              </w:tabs>
              <w:spacing w:line="276" w:lineRule="auto"/>
              <w:rPr>
                <w:b/>
                <w:bCs/>
                <w:color w:val="auto"/>
                <w:sz w:val="24"/>
                <w:szCs w:val="24"/>
              </w:rPr>
            </w:pPr>
          </w:p>
        </w:tc>
        <w:tc>
          <w:tcPr>
            <w:tcW w:w="426" w:type="dxa"/>
          </w:tcPr>
          <w:p w14:paraId="11721EDF" w14:textId="77777777" w:rsidR="00B443D7" w:rsidRPr="004D46D7" w:rsidRDefault="00B443D7" w:rsidP="0026749B">
            <w:pPr>
              <w:tabs>
                <w:tab w:val="left" w:pos="720"/>
              </w:tabs>
              <w:spacing w:line="276" w:lineRule="auto"/>
              <w:rPr>
                <w:b/>
                <w:bCs/>
                <w:color w:val="auto"/>
                <w:sz w:val="24"/>
                <w:szCs w:val="24"/>
              </w:rPr>
            </w:pPr>
          </w:p>
        </w:tc>
        <w:tc>
          <w:tcPr>
            <w:tcW w:w="425" w:type="dxa"/>
          </w:tcPr>
          <w:p w14:paraId="621712B9" w14:textId="77777777" w:rsidR="00B443D7" w:rsidRPr="004D46D7" w:rsidRDefault="00B443D7" w:rsidP="0026749B">
            <w:pPr>
              <w:tabs>
                <w:tab w:val="left" w:pos="720"/>
              </w:tabs>
              <w:spacing w:line="276" w:lineRule="auto"/>
              <w:rPr>
                <w:b/>
                <w:bCs/>
                <w:color w:val="auto"/>
                <w:sz w:val="24"/>
                <w:szCs w:val="24"/>
              </w:rPr>
            </w:pPr>
          </w:p>
        </w:tc>
        <w:tc>
          <w:tcPr>
            <w:tcW w:w="425" w:type="dxa"/>
          </w:tcPr>
          <w:p w14:paraId="2A362883" w14:textId="77777777" w:rsidR="00B443D7" w:rsidRPr="004D46D7" w:rsidRDefault="00B443D7" w:rsidP="0026749B">
            <w:pPr>
              <w:tabs>
                <w:tab w:val="left" w:pos="720"/>
              </w:tabs>
              <w:spacing w:line="276" w:lineRule="auto"/>
              <w:rPr>
                <w:b/>
                <w:bCs/>
                <w:color w:val="auto"/>
                <w:sz w:val="24"/>
                <w:szCs w:val="24"/>
              </w:rPr>
            </w:pPr>
          </w:p>
        </w:tc>
      </w:tr>
    </w:tbl>
    <w:p w14:paraId="3DCC8091" w14:textId="77777777" w:rsidR="00BC7897" w:rsidRPr="004D46D7" w:rsidRDefault="00BC7897" w:rsidP="0026749B">
      <w:pPr>
        <w:tabs>
          <w:tab w:val="left" w:pos="360"/>
        </w:tabs>
        <w:spacing w:line="276" w:lineRule="auto"/>
        <w:jc w:val="both"/>
        <w:rPr>
          <w:b/>
          <w:color w:val="auto"/>
          <w:sz w:val="24"/>
          <w:szCs w:val="24"/>
          <w:lang w:val="pt-BR"/>
        </w:rPr>
      </w:pPr>
    </w:p>
    <w:p w14:paraId="696D1C01" w14:textId="77777777" w:rsidR="00B443D7" w:rsidRPr="004D46D7" w:rsidRDefault="00B443D7" w:rsidP="0026749B">
      <w:pPr>
        <w:tabs>
          <w:tab w:val="left" w:pos="360"/>
        </w:tabs>
        <w:spacing w:line="276" w:lineRule="auto"/>
        <w:jc w:val="both"/>
        <w:rPr>
          <w:color w:val="auto"/>
          <w:sz w:val="24"/>
          <w:szCs w:val="24"/>
          <w:lang w:val="pt-BR"/>
        </w:rPr>
      </w:pPr>
      <w:r w:rsidRPr="004D46D7">
        <w:rPr>
          <w:b/>
          <w:color w:val="auto"/>
          <w:sz w:val="24"/>
          <w:szCs w:val="24"/>
          <w:lang w:val="pt-BR"/>
        </w:rPr>
        <w:t>Câu 6:</w:t>
      </w:r>
      <w:r w:rsidRPr="004D46D7">
        <w:rPr>
          <w:bCs/>
          <w:color w:val="auto"/>
          <w:sz w:val="24"/>
          <w:szCs w:val="24"/>
          <w:lang w:val="pt-BR"/>
        </w:rPr>
        <w:t xml:space="preserve"> Tính khối lượng riêng của không khí ở đỉnh Phan−xi−păng trong dãy Hoàng Liên Sơn cao 3140m kg/m</w:t>
      </w:r>
      <w:r w:rsidRPr="004D46D7">
        <w:rPr>
          <w:bCs/>
          <w:color w:val="auto"/>
          <w:sz w:val="24"/>
          <w:szCs w:val="24"/>
          <w:vertAlign w:val="superscript"/>
          <w:lang w:val="pt-BR"/>
        </w:rPr>
        <w:t xml:space="preserve">3 </w:t>
      </w:r>
      <w:r w:rsidRPr="004D46D7">
        <w:rPr>
          <w:bCs/>
          <w:color w:val="auto"/>
          <w:sz w:val="24"/>
          <w:szCs w:val="24"/>
          <w:lang w:val="pt-BR"/>
        </w:rPr>
        <w:t>biết mỗi khi lên cao thêm 10m, áp suất khí quyển giảm lmmHg và nhiệt độ trên đỉnh núi là 2</w:t>
      </w:r>
      <w:r w:rsidRPr="004D46D7">
        <w:rPr>
          <w:bCs/>
          <w:color w:val="auto"/>
          <w:sz w:val="24"/>
          <w:szCs w:val="24"/>
          <w:vertAlign w:val="superscript"/>
          <w:lang w:val="pt-BR"/>
        </w:rPr>
        <w:t>0</w:t>
      </w:r>
      <w:r w:rsidRPr="004D46D7">
        <w:rPr>
          <w:bCs/>
          <w:color w:val="auto"/>
          <w:sz w:val="24"/>
          <w:szCs w:val="24"/>
          <w:lang w:val="pt-BR"/>
        </w:rPr>
        <w:t>C. Khối lượng riêng của không khí ở điều kiện tiêu chuẩn là 1,29kg/m</w:t>
      </w:r>
      <w:r w:rsidRPr="004D46D7">
        <w:rPr>
          <w:bCs/>
          <w:color w:val="auto"/>
          <w:sz w:val="24"/>
          <w:szCs w:val="24"/>
          <w:vertAlign w:val="superscript"/>
          <w:lang w:val="pt-BR"/>
        </w:rPr>
        <w:t>3</w:t>
      </w:r>
      <w:r w:rsidRPr="004D46D7">
        <w:rPr>
          <w:bCs/>
          <w:color w:val="auto"/>
          <w:sz w:val="24"/>
          <w:szCs w:val="24"/>
          <w:lang w:val="pt-BR"/>
        </w:rPr>
        <w:t>. (kết quả lấy đến 2 chữ số sau dấu phẩy thập phân).</w:t>
      </w:r>
      <w:r w:rsidRPr="004D46D7">
        <w:rPr>
          <w:color w:val="auto"/>
          <w:sz w:val="24"/>
          <w:szCs w:val="24"/>
          <w:lang w:val="pt-BR"/>
        </w:rPr>
        <w:t xml:space="preserve"> </w:t>
      </w:r>
    </w:p>
    <w:p w14:paraId="19D850B2" w14:textId="77777777" w:rsidR="00BC7897" w:rsidRPr="004D46D7" w:rsidRDefault="00BC7897" w:rsidP="0026749B">
      <w:pPr>
        <w:tabs>
          <w:tab w:val="left" w:pos="360"/>
        </w:tabs>
        <w:spacing w:line="276" w:lineRule="auto"/>
        <w:jc w:val="both"/>
        <w:rPr>
          <w:bCs/>
          <w:color w:val="auto"/>
          <w:sz w:val="24"/>
          <w:szCs w:val="24"/>
          <w:lang w:val="pt-BR"/>
        </w:rPr>
      </w:pPr>
    </w:p>
    <w:p w14:paraId="1A9C7995" w14:textId="77777777" w:rsidR="00BC7897" w:rsidRPr="004D46D7" w:rsidRDefault="00BC7897" w:rsidP="0026749B">
      <w:pPr>
        <w:tabs>
          <w:tab w:val="left" w:pos="360"/>
        </w:tabs>
        <w:spacing w:line="276" w:lineRule="auto"/>
        <w:jc w:val="both"/>
        <w:rPr>
          <w:bCs/>
          <w:color w:val="auto"/>
          <w:sz w:val="24"/>
          <w:szCs w:val="24"/>
          <w:lang w:val="pt-BR"/>
        </w:rPr>
      </w:pPr>
      <w:r w:rsidRPr="004D46D7">
        <w:rPr>
          <w:bCs/>
          <w:noProof/>
          <w:color w:val="auto"/>
          <w:sz w:val="24"/>
          <w:szCs w:val="24"/>
          <w:lang w:val="pt-BR"/>
        </w:rPr>
        <w:drawing>
          <wp:inline distT="0" distB="0" distL="0" distR="0" wp14:anchorId="37C47F12" wp14:editId="084BAD22">
            <wp:extent cx="1663373" cy="1243914"/>
            <wp:effectExtent l="0" t="0" r="0" b="0"/>
            <wp:docPr id="158462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624883" name=""/>
                    <pic:cNvPicPr/>
                  </pic:nvPicPr>
                  <pic:blipFill>
                    <a:blip r:embed="rId18"/>
                    <a:stretch>
                      <a:fillRect/>
                    </a:stretch>
                  </pic:blipFill>
                  <pic:spPr>
                    <a:xfrm>
                      <a:off x="0" y="0"/>
                      <a:ext cx="1677584" cy="1254541"/>
                    </a:xfrm>
                    <a:prstGeom prst="rect">
                      <a:avLst/>
                    </a:prstGeom>
                  </pic:spPr>
                </pic:pic>
              </a:graphicData>
            </a:graphic>
          </wp:inline>
        </w:drawing>
      </w:r>
    </w:p>
    <w:p w14:paraId="7FF11674" w14:textId="77777777" w:rsidR="00BC7897" w:rsidRPr="004D46D7" w:rsidRDefault="00BC7897" w:rsidP="0026749B">
      <w:pPr>
        <w:tabs>
          <w:tab w:val="left" w:pos="360"/>
        </w:tabs>
        <w:spacing w:line="276" w:lineRule="auto"/>
        <w:jc w:val="both"/>
        <w:rPr>
          <w:bCs/>
          <w:color w:val="auto"/>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B443D7" w:rsidRPr="004D46D7" w14:paraId="1DB8700B" w14:textId="77777777" w:rsidTr="00353247">
        <w:trPr>
          <w:trHeight w:val="359"/>
        </w:trPr>
        <w:tc>
          <w:tcPr>
            <w:tcW w:w="1274" w:type="dxa"/>
          </w:tcPr>
          <w:p w14:paraId="5EF74B5D" w14:textId="77777777" w:rsidR="00B443D7" w:rsidRPr="004D46D7" w:rsidRDefault="00B443D7"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01305ED" w14:textId="77777777" w:rsidR="00B443D7" w:rsidRPr="004D46D7" w:rsidRDefault="00B443D7" w:rsidP="0026749B">
            <w:pPr>
              <w:tabs>
                <w:tab w:val="left" w:pos="720"/>
              </w:tabs>
              <w:spacing w:line="276" w:lineRule="auto"/>
              <w:rPr>
                <w:b/>
                <w:bCs/>
                <w:color w:val="auto"/>
                <w:sz w:val="24"/>
                <w:szCs w:val="24"/>
              </w:rPr>
            </w:pPr>
          </w:p>
        </w:tc>
        <w:tc>
          <w:tcPr>
            <w:tcW w:w="426" w:type="dxa"/>
          </w:tcPr>
          <w:p w14:paraId="04D73875" w14:textId="77777777" w:rsidR="00B443D7" w:rsidRPr="004D46D7" w:rsidRDefault="00B443D7" w:rsidP="0026749B">
            <w:pPr>
              <w:tabs>
                <w:tab w:val="left" w:pos="720"/>
              </w:tabs>
              <w:spacing w:line="276" w:lineRule="auto"/>
              <w:rPr>
                <w:b/>
                <w:bCs/>
                <w:color w:val="auto"/>
                <w:sz w:val="24"/>
                <w:szCs w:val="24"/>
              </w:rPr>
            </w:pPr>
          </w:p>
        </w:tc>
        <w:tc>
          <w:tcPr>
            <w:tcW w:w="425" w:type="dxa"/>
          </w:tcPr>
          <w:p w14:paraId="4F9D8E6F" w14:textId="77777777" w:rsidR="00B443D7" w:rsidRPr="004D46D7" w:rsidRDefault="00B443D7" w:rsidP="0026749B">
            <w:pPr>
              <w:tabs>
                <w:tab w:val="left" w:pos="720"/>
              </w:tabs>
              <w:spacing w:line="276" w:lineRule="auto"/>
              <w:rPr>
                <w:b/>
                <w:bCs/>
                <w:color w:val="auto"/>
                <w:sz w:val="24"/>
                <w:szCs w:val="24"/>
              </w:rPr>
            </w:pPr>
          </w:p>
        </w:tc>
        <w:tc>
          <w:tcPr>
            <w:tcW w:w="425" w:type="dxa"/>
          </w:tcPr>
          <w:p w14:paraId="6A6E1F6C" w14:textId="77777777" w:rsidR="00B443D7" w:rsidRPr="004D46D7" w:rsidRDefault="00B443D7" w:rsidP="0026749B">
            <w:pPr>
              <w:tabs>
                <w:tab w:val="left" w:pos="720"/>
              </w:tabs>
              <w:spacing w:line="276" w:lineRule="auto"/>
              <w:rPr>
                <w:b/>
                <w:bCs/>
                <w:color w:val="auto"/>
                <w:sz w:val="24"/>
                <w:szCs w:val="24"/>
              </w:rPr>
            </w:pPr>
          </w:p>
        </w:tc>
      </w:tr>
    </w:tbl>
    <w:p w14:paraId="47AF087F" w14:textId="77777777" w:rsidR="00B41C2A" w:rsidRPr="004D46D7" w:rsidRDefault="00B41C2A" w:rsidP="0026749B">
      <w:pPr>
        <w:shd w:val="clear" w:color="auto" w:fill="F7CAAC" w:themeFill="accent2" w:themeFillTint="66"/>
        <w:tabs>
          <w:tab w:val="left" w:pos="360"/>
        </w:tabs>
        <w:spacing w:line="276" w:lineRule="auto"/>
        <w:jc w:val="both"/>
        <w:rPr>
          <w:b/>
          <w:bCs/>
          <w:color w:val="0070C0"/>
          <w:sz w:val="24"/>
          <w:szCs w:val="24"/>
        </w:rPr>
      </w:pPr>
      <w:r w:rsidRPr="004D46D7">
        <w:rPr>
          <w:b/>
          <w:bCs/>
          <w:color w:val="0070C0"/>
          <w:sz w:val="24"/>
          <w:szCs w:val="24"/>
        </w:rPr>
        <w:lastRenderedPageBreak/>
        <w:t>III – BÀI TẬP TỰ LUYỆN</w:t>
      </w:r>
    </w:p>
    <w:p w14:paraId="20E5DA50" w14:textId="77777777" w:rsidR="00B41C2A" w:rsidRPr="004D46D7" w:rsidRDefault="00B41C2A" w:rsidP="0026749B">
      <w:pPr>
        <w:spacing w:line="276" w:lineRule="auto"/>
        <w:rPr>
          <w:b/>
          <w:bCs/>
          <w:color w:val="C00000"/>
          <w:sz w:val="24"/>
          <w:szCs w:val="24"/>
        </w:rPr>
      </w:pPr>
      <w:r w:rsidRPr="004D46D7">
        <w:rPr>
          <w:b/>
          <w:bCs/>
          <w:color w:val="C00000"/>
          <w:sz w:val="24"/>
          <w:szCs w:val="24"/>
        </w:rPr>
        <w:t>1. Câu trắc nhiệm nhiều phương án lựa chọn ( 4,5 điểm )</w:t>
      </w:r>
    </w:p>
    <w:p w14:paraId="2CF4F14D" w14:textId="77777777" w:rsidR="00B41C2A" w:rsidRPr="004D46D7" w:rsidRDefault="00B41C2A"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4BD9E054" w14:textId="77777777" w:rsidR="00B41C2A" w:rsidRPr="004D46D7" w:rsidRDefault="00B41C2A"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 điểm)</w:t>
      </w:r>
    </w:p>
    <w:p w14:paraId="007FC9B1"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e-DE"/>
        </w:rPr>
        <w:t>Câu 1</w:t>
      </w:r>
      <w:r w:rsidRPr="004D46D7">
        <w:rPr>
          <w:color w:val="auto"/>
          <w:sz w:val="24"/>
          <w:szCs w:val="24"/>
          <w:lang w:val="de-DE"/>
        </w:rPr>
        <w:t xml:space="preserve">: </w:t>
      </w:r>
      <w:r w:rsidRPr="004D46D7">
        <w:rPr>
          <w:iCs/>
          <w:color w:val="auto"/>
          <w:sz w:val="24"/>
          <w:szCs w:val="24"/>
          <w:lang w:val="pt-BR"/>
        </w:rPr>
        <w:t>Một khối khí có thể tích giảm và nhiệt độ tăng thì áp suất của khối khí sẽ</w:t>
      </w:r>
    </w:p>
    <w:p w14:paraId="4169303E"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 xml:space="preserve">A. </w:t>
      </w:r>
      <w:r w:rsidRPr="004D46D7">
        <w:rPr>
          <w:iCs/>
          <w:color w:val="auto"/>
          <w:sz w:val="24"/>
          <w:szCs w:val="24"/>
          <w:lang w:val="pt-BR"/>
        </w:rPr>
        <w:t xml:space="preserve">không đổi. </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giảm </w:t>
      </w:r>
      <w:r w:rsidRPr="004D46D7">
        <w:rPr>
          <w:iCs/>
          <w:color w:val="auto"/>
          <w:sz w:val="24"/>
          <w:szCs w:val="24"/>
          <w:lang w:val="pt-BR"/>
        </w:rPr>
        <w:tab/>
      </w:r>
    </w:p>
    <w:p w14:paraId="7B6C830D"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C.</w:t>
      </w:r>
      <w:r w:rsidRPr="004D46D7">
        <w:rPr>
          <w:iCs/>
          <w:color w:val="auto"/>
          <w:sz w:val="24"/>
          <w:szCs w:val="24"/>
          <w:lang w:val="pt-BR"/>
        </w:rPr>
        <w:t xml:space="preserve"> tăng </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giảm tới giá trị nhỏ nhất rồi tăng.</w:t>
      </w:r>
    </w:p>
    <w:p w14:paraId="0CEC8ECC"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rPr>
        <w:t xml:space="preserve">Câu 2: </w:t>
      </w:r>
      <w:r w:rsidRPr="004D46D7">
        <w:rPr>
          <w:rFonts w:eastAsiaTheme="minorHAnsi"/>
          <w:color w:val="auto"/>
          <w:sz w:val="24"/>
          <w:szCs w:val="24"/>
          <w:lang w:val="sv-SE"/>
        </w:rPr>
        <w:t xml:space="preserve">Đại lượng nào sau đây </w:t>
      </w:r>
      <w:r w:rsidRPr="004D46D7">
        <w:rPr>
          <w:rFonts w:eastAsiaTheme="minorHAnsi"/>
          <w:b/>
          <w:color w:val="auto"/>
          <w:sz w:val="24"/>
          <w:szCs w:val="24"/>
          <w:lang w:val="sv-SE"/>
        </w:rPr>
        <w:t xml:space="preserve">không </w:t>
      </w:r>
      <w:r w:rsidRPr="004D46D7">
        <w:rPr>
          <w:rFonts w:eastAsiaTheme="minorHAnsi"/>
          <w:color w:val="auto"/>
          <w:sz w:val="24"/>
          <w:szCs w:val="24"/>
          <w:lang w:val="sv-SE"/>
        </w:rPr>
        <w:t>phải là thông số trạng thái của lượng khí?</w:t>
      </w:r>
    </w:p>
    <w:p w14:paraId="6A2EF25C" w14:textId="77777777" w:rsidR="00B41C2A" w:rsidRPr="004D46D7" w:rsidRDefault="00B41C2A" w:rsidP="0026749B">
      <w:pPr>
        <w:tabs>
          <w:tab w:val="left" w:pos="426"/>
          <w:tab w:val="left" w:pos="2835"/>
        </w:tabs>
        <w:jc w:val="both"/>
        <w:rPr>
          <w:color w:val="auto"/>
          <w:sz w:val="24"/>
          <w:szCs w:val="24"/>
          <w:lang w:val="sv-SE"/>
        </w:rPr>
      </w:pPr>
      <w:r w:rsidRPr="004D46D7">
        <w:rPr>
          <w:b/>
          <w:color w:val="auto"/>
          <w:sz w:val="24"/>
          <w:szCs w:val="24"/>
          <w:lang w:val="sv-SE"/>
        </w:rPr>
        <w:tab/>
        <w:t xml:space="preserve">A. </w:t>
      </w:r>
      <w:r w:rsidRPr="004D46D7">
        <w:rPr>
          <w:color w:val="auto"/>
          <w:sz w:val="24"/>
          <w:szCs w:val="24"/>
          <w:lang w:val="sv-SE"/>
        </w:rPr>
        <w:t xml:space="preserve">thể tích.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 xml:space="preserve">áp suất.                  </w:t>
      </w:r>
      <w:r w:rsidRPr="004D46D7">
        <w:rPr>
          <w:color w:val="auto"/>
          <w:sz w:val="24"/>
          <w:szCs w:val="24"/>
          <w:lang w:val="sv-SE"/>
        </w:rPr>
        <w:tab/>
      </w:r>
      <w:r w:rsidRPr="004D46D7">
        <w:rPr>
          <w:b/>
          <w:color w:val="auto"/>
          <w:sz w:val="24"/>
          <w:szCs w:val="24"/>
          <w:lang w:val="sv-SE"/>
        </w:rPr>
        <w:t xml:space="preserve">C. </w:t>
      </w:r>
      <w:r w:rsidRPr="004D46D7">
        <w:rPr>
          <w:color w:val="auto"/>
          <w:sz w:val="24"/>
          <w:szCs w:val="24"/>
          <w:lang w:val="sv-SE"/>
        </w:rPr>
        <w:t xml:space="preserve">khối lượng.               </w:t>
      </w:r>
      <w:r w:rsidRPr="004D46D7">
        <w:rPr>
          <w:color w:val="auto"/>
          <w:sz w:val="24"/>
          <w:szCs w:val="24"/>
          <w:lang w:val="sv-SE"/>
        </w:rPr>
        <w:tab/>
      </w:r>
      <w:r w:rsidRPr="004D46D7">
        <w:rPr>
          <w:b/>
          <w:color w:val="auto"/>
          <w:sz w:val="24"/>
          <w:szCs w:val="24"/>
          <w:u w:color="00B050"/>
          <w:lang w:val="sv-SE"/>
        </w:rPr>
        <w:t>D</w:t>
      </w:r>
      <w:r w:rsidRPr="004D46D7">
        <w:rPr>
          <w:b/>
          <w:color w:val="auto"/>
          <w:sz w:val="24"/>
          <w:szCs w:val="24"/>
          <w:lang w:val="sv-SE"/>
        </w:rPr>
        <w:t xml:space="preserve">. </w:t>
      </w:r>
      <w:r w:rsidRPr="004D46D7">
        <w:rPr>
          <w:color w:val="auto"/>
          <w:sz w:val="24"/>
          <w:szCs w:val="24"/>
          <w:lang w:val="sv-SE"/>
        </w:rPr>
        <w:t>nhiệt độ</w:t>
      </w:r>
    </w:p>
    <w:p w14:paraId="2614B3DA"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lang w:val="de-DE"/>
        </w:rPr>
        <w:t>Câu 3:</w:t>
      </w:r>
      <w:r w:rsidRPr="004D46D7">
        <w:rPr>
          <w:rFonts w:eastAsiaTheme="minorHAnsi"/>
          <w:color w:val="auto"/>
          <w:sz w:val="24"/>
          <w:szCs w:val="24"/>
          <w:lang w:val="de-DE"/>
        </w:rPr>
        <w:t xml:space="preserve"> </w:t>
      </w:r>
      <w:r w:rsidRPr="004D46D7">
        <w:rPr>
          <w:rFonts w:eastAsiaTheme="minorHAnsi"/>
          <w:color w:val="auto"/>
          <w:sz w:val="24"/>
          <w:szCs w:val="24"/>
          <w:lang w:val="sv-SE"/>
        </w:rPr>
        <w:t>Biểu thức nào dưới đây là phương trình trạng thái của khí lý tưởng?</w:t>
      </w:r>
    </w:p>
    <w:p w14:paraId="0344726A" w14:textId="77777777" w:rsidR="00B41C2A" w:rsidRPr="004D46D7" w:rsidRDefault="00B41C2A" w:rsidP="0026749B">
      <w:pPr>
        <w:tabs>
          <w:tab w:val="left" w:pos="426"/>
          <w:tab w:val="left" w:pos="3261"/>
        </w:tabs>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 xml:space="preserve">.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 xml:space="preserve">   </w:t>
      </w:r>
      <w:r w:rsidRPr="004D46D7">
        <w:rPr>
          <w:color w:val="auto"/>
          <w:sz w:val="24"/>
          <w:szCs w:val="24"/>
          <w:lang w:val="sv-SE"/>
        </w:rPr>
        <w:tab/>
      </w:r>
      <w:r w:rsidRPr="004D46D7">
        <w:rPr>
          <w:b/>
          <w:color w:val="auto"/>
          <w:sz w:val="24"/>
          <w:szCs w:val="24"/>
          <w:lang w:val="sv-SE"/>
        </w:rPr>
        <w:t xml:space="preserve">B.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 xml:space="preserve">              </w:t>
      </w:r>
      <w:r w:rsidRPr="004D46D7">
        <w:rPr>
          <w:b/>
          <w:color w:val="auto"/>
          <w:sz w:val="24"/>
          <w:szCs w:val="24"/>
          <w:lang w:val="sv-SE"/>
        </w:rPr>
        <w:t xml:space="preserve">C.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/T</w:t>
      </w:r>
      <w:r w:rsidRPr="004D46D7">
        <w:rPr>
          <w:color w:val="auto"/>
          <w:sz w:val="24"/>
          <w:szCs w:val="24"/>
          <w:vertAlign w:val="subscript"/>
          <w:lang w:val="sv-SE"/>
        </w:rPr>
        <w:t>1</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/T</w:t>
      </w:r>
      <w:r w:rsidRPr="004D46D7">
        <w:rPr>
          <w:color w:val="auto"/>
          <w:sz w:val="24"/>
          <w:szCs w:val="24"/>
          <w:vertAlign w:val="subscript"/>
          <w:lang w:val="sv-SE"/>
        </w:rPr>
        <w:t>2</w:t>
      </w:r>
      <w:r w:rsidRPr="004D46D7">
        <w:rPr>
          <w:color w:val="auto"/>
          <w:sz w:val="24"/>
          <w:szCs w:val="24"/>
          <w:lang w:val="sv-SE"/>
        </w:rPr>
        <w:t xml:space="preserve">           </w:t>
      </w:r>
      <w:r w:rsidRPr="004D46D7">
        <w:rPr>
          <w:b/>
          <w:color w:val="auto"/>
          <w:sz w:val="24"/>
          <w:szCs w:val="24"/>
          <w:lang w:val="sv-SE"/>
        </w:rPr>
        <w:t xml:space="preserve">D. </w:t>
      </w:r>
      <w:r w:rsidRPr="004D46D7">
        <w:rPr>
          <w:color w:val="auto"/>
          <w:sz w:val="24"/>
          <w:szCs w:val="24"/>
          <w:lang w:val="sv-SE"/>
        </w:rPr>
        <w:t>P</w:t>
      </w:r>
      <w:r w:rsidRPr="004D46D7">
        <w:rPr>
          <w:color w:val="auto"/>
          <w:sz w:val="24"/>
          <w:szCs w:val="24"/>
          <w:vertAlign w:val="subscript"/>
          <w:lang w:val="sv-SE"/>
        </w:rPr>
        <w:t>1</w:t>
      </w:r>
      <w:r w:rsidRPr="004D46D7">
        <w:rPr>
          <w:color w:val="auto"/>
          <w:sz w:val="24"/>
          <w:szCs w:val="24"/>
          <w:lang w:val="sv-SE"/>
        </w:rPr>
        <w:t>V</w:t>
      </w:r>
      <w:r w:rsidRPr="004D46D7">
        <w:rPr>
          <w:color w:val="auto"/>
          <w:sz w:val="24"/>
          <w:szCs w:val="24"/>
          <w:vertAlign w:val="subscript"/>
          <w:lang w:val="sv-SE"/>
        </w:rPr>
        <w:t>1</w:t>
      </w:r>
      <w:r w:rsidRPr="004D46D7">
        <w:rPr>
          <w:color w:val="auto"/>
          <w:sz w:val="24"/>
          <w:szCs w:val="24"/>
          <w:lang w:val="sv-SE"/>
        </w:rPr>
        <w:t xml:space="preserve"> =P</w:t>
      </w:r>
      <w:r w:rsidRPr="004D46D7">
        <w:rPr>
          <w:color w:val="auto"/>
          <w:sz w:val="24"/>
          <w:szCs w:val="24"/>
          <w:vertAlign w:val="subscript"/>
          <w:lang w:val="sv-SE"/>
        </w:rPr>
        <w:t>2</w:t>
      </w:r>
      <w:r w:rsidRPr="004D46D7">
        <w:rPr>
          <w:color w:val="auto"/>
          <w:sz w:val="24"/>
          <w:szCs w:val="24"/>
          <w:lang w:val="sv-SE"/>
        </w:rPr>
        <w:t>V</w:t>
      </w:r>
      <w:r w:rsidRPr="004D46D7">
        <w:rPr>
          <w:color w:val="auto"/>
          <w:sz w:val="24"/>
          <w:szCs w:val="24"/>
          <w:vertAlign w:val="subscript"/>
          <w:lang w:val="sv-SE"/>
        </w:rPr>
        <w:t>2</w:t>
      </w:r>
      <w:r w:rsidRPr="004D46D7">
        <w:rPr>
          <w:color w:val="auto"/>
          <w:sz w:val="24"/>
          <w:szCs w:val="24"/>
          <w:lang w:val="sv-SE"/>
        </w:rPr>
        <w:t xml:space="preserve"> </w:t>
      </w:r>
    </w:p>
    <w:p w14:paraId="73E5F32B"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Câu 4:</w:t>
      </w:r>
      <w:r w:rsidRPr="004D46D7">
        <w:rPr>
          <w:color w:val="auto"/>
          <w:sz w:val="24"/>
          <w:szCs w:val="24"/>
          <w:lang w:val="de-DE"/>
        </w:rPr>
        <w:t xml:space="preserve"> Nếu thể tích của một lượng khí giảm đi 10%, áp suất tăng 20% và nhiệt độ tăng thêm 16 </w:t>
      </w:r>
      <w:r w:rsidRPr="004D46D7">
        <w:rPr>
          <w:color w:val="auto"/>
          <w:sz w:val="24"/>
          <w:szCs w:val="24"/>
          <w:vertAlign w:val="superscript"/>
          <w:lang w:val="de-DE"/>
        </w:rPr>
        <w:t>o</w:t>
      </w:r>
      <w:r w:rsidRPr="004D46D7">
        <w:rPr>
          <w:color w:val="auto"/>
          <w:sz w:val="24"/>
          <w:szCs w:val="24"/>
          <w:lang w:val="de-DE"/>
        </w:rPr>
        <w:t>C so với ban đầu. Nhiệt độ ban đầu của khối khí đó bằng</w:t>
      </w:r>
    </w:p>
    <w:p w14:paraId="57AEAE56"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ab/>
        <w:t>A.</w:t>
      </w:r>
      <w:r w:rsidRPr="004D46D7">
        <w:rPr>
          <w:color w:val="auto"/>
          <w:sz w:val="24"/>
          <w:szCs w:val="24"/>
          <w:lang w:val="de-DE"/>
        </w:rPr>
        <w:t xml:space="preserve"> 225 K.</w:t>
      </w:r>
      <w:r w:rsidRPr="004D46D7">
        <w:rPr>
          <w:color w:val="auto"/>
          <w:sz w:val="24"/>
          <w:szCs w:val="24"/>
          <w:lang w:val="de-DE"/>
        </w:rPr>
        <w:tab/>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B.</w:t>
      </w:r>
      <w:r w:rsidRPr="004D46D7">
        <w:rPr>
          <w:color w:val="auto"/>
          <w:sz w:val="24"/>
          <w:szCs w:val="24"/>
          <w:lang w:val="de-DE"/>
        </w:rPr>
        <w:t xml:space="preserve"> 200 K.</w:t>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C.</w:t>
      </w:r>
      <w:r w:rsidRPr="004D46D7">
        <w:rPr>
          <w:color w:val="auto"/>
          <w:sz w:val="24"/>
          <w:szCs w:val="24"/>
          <w:lang w:val="de-DE"/>
        </w:rPr>
        <w:t xml:space="preserve"> 150 K.</w:t>
      </w:r>
      <w:r w:rsidRPr="004D46D7">
        <w:rPr>
          <w:color w:val="auto"/>
          <w:sz w:val="24"/>
          <w:szCs w:val="24"/>
          <w:lang w:val="de-DE"/>
        </w:rPr>
        <w:tab/>
      </w:r>
      <w:r w:rsidRPr="004D46D7">
        <w:rPr>
          <w:color w:val="auto"/>
          <w:sz w:val="24"/>
          <w:szCs w:val="24"/>
          <w:lang w:val="de-DE"/>
        </w:rPr>
        <w:tab/>
      </w:r>
      <w:r w:rsidRPr="004D46D7">
        <w:rPr>
          <w:b/>
          <w:bCs/>
          <w:color w:val="auto"/>
          <w:sz w:val="24"/>
          <w:szCs w:val="24"/>
          <w:lang w:val="de-DE"/>
        </w:rPr>
        <w:t>D.</w:t>
      </w:r>
      <w:r w:rsidRPr="004D46D7">
        <w:rPr>
          <w:color w:val="auto"/>
          <w:sz w:val="24"/>
          <w:szCs w:val="24"/>
          <w:lang w:val="de-DE"/>
        </w:rPr>
        <w:t xml:space="preserve"> 190 K.</w:t>
      </w:r>
    </w:p>
    <w:p w14:paraId="6362F16E" w14:textId="77777777" w:rsidR="00B41C2A" w:rsidRPr="004D46D7" w:rsidRDefault="00B41C2A" w:rsidP="0026749B">
      <w:pPr>
        <w:contextualSpacing/>
        <w:jc w:val="both"/>
        <w:rPr>
          <w:rFonts w:eastAsiaTheme="minorHAnsi"/>
          <w:color w:val="auto"/>
          <w:sz w:val="24"/>
          <w:szCs w:val="24"/>
          <w:lang w:val="fr-FR"/>
        </w:rPr>
      </w:pPr>
      <w:r w:rsidRPr="004D46D7">
        <w:rPr>
          <w:rFonts w:eastAsiaTheme="minorHAnsi"/>
          <w:b/>
          <w:bCs/>
          <w:iCs/>
          <w:color w:val="auto"/>
          <w:sz w:val="24"/>
          <w:szCs w:val="24"/>
          <w:lang w:val="sv-SE"/>
        </w:rPr>
        <w:t>Câu 5:</w:t>
      </w:r>
      <w:r w:rsidRPr="004D46D7">
        <w:rPr>
          <w:rFonts w:eastAsiaTheme="minorHAnsi"/>
          <w:iCs/>
          <w:color w:val="auto"/>
          <w:sz w:val="24"/>
          <w:szCs w:val="24"/>
          <w:lang w:val="sv-SE"/>
        </w:rPr>
        <w:t xml:space="preserve"> </w:t>
      </w:r>
      <w:r w:rsidRPr="004D46D7">
        <w:rPr>
          <w:rFonts w:eastAsiaTheme="minorHAnsi"/>
          <w:color w:val="auto"/>
          <w:sz w:val="24"/>
          <w:szCs w:val="24"/>
          <w:lang w:val="fr-FR"/>
        </w:rPr>
        <w:t>Nén 10 lít khí ở nhiệt độ 27 °C để thể tích của nó giảm chỉ còn 4 lít, quá trình nén nhanh nên nhiệt độ tăng đến 60°C. Áp suất khí đã tăng bao nhiêu lần?</w:t>
      </w:r>
    </w:p>
    <w:p w14:paraId="65D50125" w14:textId="77777777" w:rsidR="00B41C2A" w:rsidRPr="004D46D7" w:rsidRDefault="00B41C2A" w:rsidP="0026749B">
      <w:pPr>
        <w:tabs>
          <w:tab w:val="left" w:pos="426"/>
          <w:tab w:val="left" w:pos="2835"/>
          <w:tab w:val="left" w:pos="5103"/>
        </w:tabs>
        <w:jc w:val="both"/>
        <w:rPr>
          <w:color w:val="auto"/>
          <w:sz w:val="24"/>
          <w:szCs w:val="24"/>
          <w:lang w:val="fr-FR"/>
        </w:rPr>
      </w:pPr>
      <w:r w:rsidRPr="004D46D7">
        <w:rPr>
          <w:b/>
          <w:color w:val="auto"/>
          <w:sz w:val="24"/>
          <w:szCs w:val="24"/>
          <w:u w:color="00B050"/>
          <w:lang w:val="fr-FR"/>
        </w:rPr>
        <w:tab/>
        <w:t>A</w:t>
      </w:r>
      <w:r w:rsidRPr="004D46D7">
        <w:rPr>
          <w:b/>
          <w:color w:val="auto"/>
          <w:sz w:val="24"/>
          <w:szCs w:val="24"/>
          <w:lang w:val="fr-FR"/>
        </w:rPr>
        <w:t>.</w:t>
      </w:r>
      <w:r w:rsidRPr="004D46D7">
        <w:rPr>
          <w:color w:val="auto"/>
          <w:sz w:val="24"/>
          <w:szCs w:val="24"/>
          <w:lang w:val="fr-FR"/>
        </w:rPr>
        <w:t xml:space="preserve"> 3,25.                    </w:t>
      </w:r>
      <w:r w:rsidRPr="004D46D7">
        <w:rPr>
          <w:color w:val="auto"/>
          <w:sz w:val="24"/>
          <w:szCs w:val="24"/>
          <w:lang w:val="fr-FR"/>
        </w:rPr>
        <w:tab/>
      </w:r>
      <w:r w:rsidRPr="004D46D7">
        <w:rPr>
          <w:b/>
          <w:color w:val="auto"/>
          <w:sz w:val="24"/>
          <w:szCs w:val="24"/>
          <w:lang w:val="fr-FR"/>
        </w:rPr>
        <w:t>B.</w:t>
      </w:r>
      <w:r w:rsidRPr="004D46D7">
        <w:rPr>
          <w:color w:val="auto"/>
          <w:sz w:val="24"/>
          <w:szCs w:val="24"/>
          <w:lang w:val="fr-FR"/>
        </w:rPr>
        <w:t xml:space="preserve"> 0,8.                </w:t>
      </w:r>
      <w:r w:rsidRPr="004D46D7">
        <w:rPr>
          <w:color w:val="auto"/>
          <w:sz w:val="24"/>
          <w:szCs w:val="24"/>
          <w:lang w:val="fr-FR"/>
        </w:rPr>
        <w:tab/>
      </w:r>
      <w:r w:rsidRPr="004D46D7">
        <w:rPr>
          <w:b/>
          <w:color w:val="auto"/>
          <w:sz w:val="24"/>
          <w:szCs w:val="24"/>
          <w:lang w:val="fr-FR"/>
        </w:rPr>
        <w:t>C.</w:t>
      </w:r>
      <w:r w:rsidRPr="004D46D7">
        <w:rPr>
          <w:color w:val="auto"/>
          <w:sz w:val="24"/>
          <w:szCs w:val="24"/>
          <w:lang w:val="fr-FR"/>
        </w:rPr>
        <w:t xml:space="preserve"> 2,78.                     </w:t>
      </w:r>
      <w:r w:rsidRPr="004D46D7">
        <w:rPr>
          <w:color w:val="auto"/>
          <w:sz w:val="24"/>
          <w:szCs w:val="24"/>
          <w:lang w:val="fr-FR"/>
        </w:rPr>
        <w:tab/>
      </w:r>
      <w:r w:rsidRPr="004D46D7">
        <w:rPr>
          <w:b/>
          <w:color w:val="auto"/>
          <w:sz w:val="24"/>
          <w:szCs w:val="24"/>
          <w:lang w:val="fr-FR"/>
        </w:rPr>
        <w:t>D.</w:t>
      </w:r>
      <w:r w:rsidRPr="004D46D7">
        <w:rPr>
          <w:color w:val="auto"/>
          <w:sz w:val="24"/>
          <w:szCs w:val="24"/>
          <w:lang w:val="fr-FR"/>
        </w:rPr>
        <w:t xml:space="preserve"> 1,75.</w:t>
      </w:r>
    </w:p>
    <w:p w14:paraId="3799CFC5" w14:textId="77777777" w:rsidR="00B41C2A" w:rsidRPr="004D46D7" w:rsidRDefault="00B41C2A" w:rsidP="0026749B">
      <w:pPr>
        <w:contextualSpacing/>
        <w:jc w:val="both"/>
        <w:rPr>
          <w:rFonts w:eastAsiaTheme="minorHAnsi"/>
          <w:b/>
          <w:color w:val="auto"/>
          <w:sz w:val="24"/>
          <w:szCs w:val="24"/>
          <w:vertAlign w:val="superscript"/>
          <w:lang w:val="de-DE"/>
        </w:rPr>
      </w:pPr>
      <w:r w:rsidRPr="004D46D7">
        <w:rPr>
          <w:rFonts w:eastAsiaTheme="minorHAnsi"/>
          <w:b/>
          <w:bCs/>
          <w:iCs/>
          <w:color w:val="auto"/>
          <w:sz w:val="24"/>
          <w:szCs w:val="24"/>
          <w:lang w:val="da-DK"/>
        </w:rPr>
        <w:t>Câu 7:</w:t>
      </w:r>
      <w:r w:rsidRPr="004D46D7">
        <w:rPr>
          <w:rFonts w:eastAsiaTheme="minorHAnsi"/>
          <w:iCs/>
          <w:color w:val="auto"/>
          <w:sz w:val="24"/>
          <w:szCs w:val="24"/>
          <w:lang w:val="da-DK"/>
        </w:rPr>
        <w:t xml:space="preserve"> </w:t>
      </w:r>
      <w:r w:rsidRPr="004D46D7">
        <w:rPr>
          <w:rFonts w:eastAsiaTheme="minorHAnsi"/>
          <w:color w:val="auto"/>
          <w:sz w:val="24"/>
          <w:szCs w:val="24"/>
          <w:lang w:val="de-DE"/>
        </w:rPr>
        <w:t xml:space="preserve">Trong một khu hội chợ, người ta bơm một quả bóng có thể tích 200 lít ở nhiệt độ 27 °C trên mặt đất. Sau đó bóng được thả bay lên đến độ cao mà ở đó áp suất khí quyển chỉ còn 0,8 lần áp suất khí quyển ở mặt đất và có nhiệt độ 17 °C. Bỏ qua áp suất phụ gây ra bởi vỏ bóng, thể tích của quả bóng ở độ cao đó bằng </w:t>
      </w:r>
    </w:p>
    <w:p w14:paraId="22C47E8D" w14:textId="77777777" w:rsidR="00B41C2A" w:rsidRPr="004D46D7" w:rsidRDefault="00B41C2A" w:rsidP="0026749B">
      <w:pPr>
        <w:tabs>
          <w:tab w:val="left" w:pos="426"/>
          <w:tab w:val="left" w:pos="2835"/>
          <w:tab w:val="left" w:pos="5103"/>
        </w:tabs>
        <w:jc w:val="both"/>
        <w:rPr>
          <w:color w:val="auto"/>
          <w:sz w:val="24"/>
          <w:szCs w:val="24"/>
          <w:lang w:val="sv-SE"/>
        </w:rPr>
      </w:pPr>
      <w:r w:rsidRPr="004D46D7">
        <w:rPr>
          <w:b/>
          <w:bCs/>
          <w:color w:val="auto"/>
          <w:sz w:val="24"/>
          <w:szCs w:val="24"/>
          <w:u w:color="00B050"/>
          <w:lang w:val="de-DE"/>
        </w:rPr>
        <w:tab/>
        <w:t>A</w:t>
      </w:r>
      <w:r w:rsidRPr="004D46D7">
        <w:rPr>
          <w:b/>
          <w:bCs/>
          <w:color w:val="auto"/>
          <w:sz w:val="24"/>
          <w:szCs w:val="24"/>
          <w:lang w:val="de-DE"/>
        </w:rPr>
        <w:t xml:space="preserve">. </w:t>
      </w:r>
      <w:r w:rsidRPr="004D46D7">
        <w:rPr>
          <w:color w:val="auto"/>
          <w:sz w:val="24"/>
          <w:szCs w:val="24"/>
          <w:lang w:val="sv-SE"/>
        </w:rPr>
        <w:t>300 lít.</w:t>
      </w:r>
      <w:r w:rsidRPr="004D46D7">
        <w:rPr>
          <w:color w:val="auto"/>
          <w:sz w:val="24"/>
          <w:szCs w:val="24"/>
          <w:lang w:val="sv-SE"/>
        </w:rPr>
        <w:tab/>
      </w:r>
      <w:r w:rsidRPr="004D46D7">
        <w:rPr>
          <w:b/>
          <w:bCs/>
          <w:color w:val="auto"/>
          <w:sz w:val="24"/>
          <w:szCs w:val="24"/>
          <w:lang w:val="de-DE"/>
        </w:rPr>
        <w:t xml:space="preserve">B. </w:t>
      </w:r>
      <w:r w:rsidRPr="004D46D7">
        <w:rPr>
          <w:color w:val="auto"/>
          <w:sz w:val="24"/>
          <w:szCs w:val="24"/>
          <w:lang w:val="sv-SE"/>
        </w:rPr>
        <w:t>452 lít.</w:t>
      </w:r>
      <w:r w:rsidRPr="004D46D7">
        <w:rPr>
          <w:color w:val="auto"/>
          <w:sz w:val="24"/>
          <w:szCs w:val="24"/>
          <w:lang w:val="sv-SE"/>
        </w:rPr>
        <w:tab/>
      </w:r>
      <w:r w:rsidRPr="004D46D7">
        <w:rPr>
          <w:b/>
          <w:bCs/>
          <w:color w:val="auto"/>
          <w:sz w:val="24"/>
          <w:szCs w:val="24"/>
          <w:lang w:val="de-DE"/>
        </w:rPr>
        <w:t xml:space="preserve">C. </w:t>
      </w:r>
      <w:r w:rsidRPr="004D46D7">
        <w:rPr>
          <w:color w:val="auto"/>
          <w:sz w:val="24"/>
          <w:szCs w:val="24"/>
          <w:lang w:val="sv-SE"/>
        </w:rPr>
        <w:t>241,67 lít.</w:t>
      </w:r>
      <w:r w:rsidRPr="004D46D7">
        <w:rPr>
          <w:color w:val="auto"/>
          <w:sz w:val="24"/>
          <w:szCs w:val="24"/>
          <w:lang w:val="sv-SE"/>
        </w:rPr>
        <w:tab/>
      </w:r>
      <w:r w:rsidRPr="004D46D7">
        <w:rPr>
          <w:color w:val="auto"/>
          <w:sz w:val="24"/>
          <w:szCs w:val="24"/>
          <w:lang w:val="sv-SE"/>
        </w:rPr>
        <w:tab/>
      </w:r>
      <w:r w:rsidRPr="004D46D7">
        <w:rPr>
          <w:b/>
          <w:bCs/>
          <w:color w:val="auto"/>
          <w:sz w:val="24"/>
          <w:szCs w:val="24"/>
          <w:lang w:val="de-DE"/>
        </w:rPr>
        <w:t xml:space="preserve">D. </w:t>
      </w:r>
      <w:r w:rsidRPr="004D46D7">
        <w:rPr>
          <w:color w:val="auto"/>
          <w:sz w:val="24"/>
          <w:szCs w:val="24"/>
          <w:lang w:val="sv-SE"/>
        </w:rPr>
        <w:t>325 lít.</w:t>
      </w:r>
    </w:p>
    <w:p w14:paraId="6737B3B9" w14:textId="77777777" w:rsidR="00B41C2A" w:rsidRPr="004D46D7" w:rsidRDefault="00B41C2A"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6:</w:t>
      </w:r>
      <w:r w:rsidRPr="004D46D7">
        <w:rPr>
          <w:rFonts w:eastAsiaTheme="minorHAnsi"/>
          <w:iCs/>
          <w:color w:val="auto"/>
          <w:sz w:val="24"/>
          <w:szCs w:val="24"/>
          <w:lang w:val="sv-SE"/>
        </w:rPr>
        <w:t xml:space="preserve"> </w:t>
      </w:r>
      <w:r w:rsidRPr="004D46D7">
        <w:rPr>
          <w:rFonts w:eastAsiaTheme="minorHAnsi"/>
          <w:color w:val="auto"/>
          <w:sz w:val="24"/>
          <w:szCs w:val="24"/>
          <w:lang w:val="sv-SE"/>
        </w:rPr>
        <w:t xml:space="preserve">Trước khi nén, hỗn hợp khí trong xi lanh của một động cơ có áp suất 0,8 at, nhiệt độ 50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w:t>
      </w:r>
      <w:r w:rsidRPr="004D46D7">
        <w:rPr>
          <w:rFonts w:eastAsiaTheme="minorHAnsi"/>
          <w:b/>
          <w:color w:val="auto"/>
          <w:sz w:val="24"/>
          <w:szCs w:val="24"/>
          <w:lang w:val="sv-SE"/>
        </w:rPr>
        <w:t xml:space="preserve"> </w:t>
      </w:r>
      <w:r w:rsidRPr="004D46D7">
        <w:rPr>
          <w:rFonts w:eastAsiaTheme="minorHAnsi"/>
          <w:color w:val="auto"/>
          <w:sz w:val="24"/>
          <w:szCs w:val="24"/>
          <w:lang w:val="sv-SE"/>
        </w:rPr>
        <w:t>Sau khi nén, thể tích giảm 80%, áp suất bằng 8 at. Nhiệt độ khí sau khi nén bằng</w:t>
      </w:r>
    </w:p>
    <w:p w14:paraId="5EF6AB81" w14:textId="77777777" w:rsidR="00B41C2A" w:rsidRPr="004D46D7" w:rsidRDefault="00B41C2A" w:rsidP="0026749B">
      <w:pPr>
        <w:tabs>
          <w:tab w:val="left" w:pos="426"/>
          <w:tab w:val="left" w:pos="2835"/>
          <w:tab w:val="left" w:pos="5103"/>
        </w:tabs>
        <w:jc w:val="both"/>
        <w:rPr>
          <w:color w:val="auto"/>
          <w:sz w:val="24"/>
          <w:szCs w:val="24"/>
          <w:lang w:val="sv-SE"/>
        </w:rPr>
      </w:pPr>
      <w:r w:rsidRPr="004D46D7">
        <w:rPr>
          <w:b/>
          <w:bCs/>
          <w:color w:val="auto"/>
          <w:sz w:val="24"/>
          <w:szCs w:val="24"/>
          <w:u w:color="00B050"/>
          <w:lang w:val="de-DE"/>
        </w:rPr>
        <w:tab/>
        <w:t>A</w:t>
      </w:r>
      <w:r w:rsidRPr="004D46D7">
        <w:rPr>
          <w:b/>
          <w:bCs/>
          <w:color w:val="auto"/>
          <w:sz w:val="24"/>
          <w:szCs w:val="24"/>
          <w:lang w:val="de-DE"/>
        </w:rPr>
        <w:t xml:space="preserve">. </w:t>
      </w:r>
      <w:r w:rsidRPr="004D46D7">
        <w:rPr>
          <w:color w:val="auto"/>
          <w:sz w:val="24"/>
          <w:szCs w:val="24"/>
          <w:lang w:val="sv-SE"/>
        </w:rPr>
        <w:t xml:space="preserve">225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t xml:space="preserve">B. </w:t>
      </w:r>
      <w:r w:rsidRPr="004D46D7">
        <w:rPr>
          <w:color w:val="auto"/>
          <w:sz w:val="24"/>
          <w:szCs w:val="24"/>
          <w:lang w:val="sv-SE"/>
        </w:rPr>
        <w:t xml:space="preserve">405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t xml:space="preserve">C. </w:t>
      </w:r>
      <w:r w:rsidRPr="004D46D7">
        <w:rPr>
          <w:color w:val="auto"/>
          <w:sz w:val="24"/>
          <w:szCs w:val="24"/>
          <w:lang w:val="sv-SE"/>
        </w:rPr>
        <w:t xml:space="preserve">373 </w:t>
      </w:r>
      <w:r w:rsidRPr="004D46D7">
        <w:rPr>
          <w:color w:val="auto"/>
          <w:sz w:val="24"/>
          <w:szCs w:val="24"/>
          <w:vertAlign w:val="superscript"/>
          <w:lang w:val="sv-SE"/>
        </w:rPr>
        <w:t>o</w:t>
      </w:r>
      <w:r w:rsidRPr="004D46D7">
        <w:rPr>
          <w:color w:val="auto"/>
          <w:sz w:val="24"/>
          <w:szCs w:val="24"/>
          <w:lang w:val="sv-SE"/>
        </w:rPr>
        <w:t>C.</w:t>
      </w:r>
      <w:r w:rsidRPr="004D46D7">
        <w:rPr>
          <w:b/>
          <w:bCs/>
          <w:color w:val="auto"/>
          <w:sz w:val="24"/>
          <w:szCs w:val="24"/>
          <w:lang w:val="sv-SE"/>
        </w:rPr>
        <w:tab/>
      </w:r>
      <w:r w:rsidRPr="004D46D7">
        <w:rPr>
          <w:b/>
          <w:bCs/>
          <w:color w:val="auto"/>
          <w:sz w:val="24"/>
          <w:szCs w:val="24"/>
          <w:lang w:val="sv-SE"/>
        </w:rPr>
        <w:tab/>
        <w:t xml:space="preserve">D. </w:t>
      </w:r>
      <w:r w:rsidRPr="004D46D7">
        <w:rPr>
          <w:color w:val="auto"/>
          <w:sz w:val="24"/>
          <w:szCs w:val="24"/>
          <w:lang w:val="sv-SE"/>
        </w:rPr>
        <w:t xml:space="preserve">295 </w:t>
      </w:r>
      <w:r w:rsidRPr="004D46D7">
        <w:rPr>
          <w:color w:val="auto"/>
          <w:sz w:val="24"/>
          <w:szCs w:val="24"/>
          <w:vertAlign w:val="superscript"/>
          <w:lang w:val="sv-SE"/>
        </w:rPr>
        <w:t>o</w:t>
      </w:r>
      <w:r w:rsidRPr="004D46D7">
        <w:rPr>
          <w:color w:val="auto"/>
          <w:sz w:val="24"/>
          <w:szCs w:val="24"/>
          <w:lang w:val="sv-SE"/>
        </w:rPr>
        <w:t>C.</w:t>
      </w:r>
    </w:p>
    <w:p w14:paraId="381E51E6"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a-DK"/>
        </w:rPr>
        <w:t>Câu 8:</w:t>
      </w:r>
      <w:r w:rsidRPr="004D46D7">
        <w:rPr>
          <w:color w:val="auto"/>
          <w:sz w:val="24"/>
          <w:szCs w:val="24"/>
          <w:lang w:val="da-DK"/>
        </w:rPr>
        <w:t xml:space="preserve"> </w:t>
      </w:r>
      <w:r w:rsidRPr="004D46D7">
        <w:rPr>
          <w:iCs/>
          <w:color w:val="auto"/>
          <w:sz w:val="24"/>
          <w:szCs w:val="24"/>
          <w:lang w:val="pt-BR"/>
        </w:rPr>
        <w:t>Một xilanh của một động cơ có thể tích 1 dm</w:t>
      </w:r>
      <w:r w:rsidRPr="004D46D7">
        <w:rPr>
          <w:iCs/>
          <w:color w:val="auto"/>
          <w:sz w:val="24"/>
          <w:szCs w:val="24"/>
          <w:vertAlign w:val="superscript"/>
          <w:lang w:val="pt-BR"/>
        </w:rPr>
        <w:t>3</w:t>
      </w:r>
      <w:r w:rsidRPr="004D46D7">
        <w:rPr>
          <w:iCs/>
          <w:color w:val="auto"/>
          <w:sz w:val="24"/>
          <w:szCs w:val="24"/>
          <w:lang w:val="pt-BR"/>
        </w:rPr>
        <w:t xml:space="preserve"> chứa hỗn hợp khí ở nhiệt độ 47 </w:t>
      </w:r>
      <w:r w:rsidRPr="004D46D7">
        <w:rPr>
          <w:iCs/>
          <w:color w:val="auto"/>
          <w:sz w:val="24"/>
          <w:szCs w:val="24"/>
          <w:vertAlign w:val="superscript"/>
          <w:lang w:val="pt-BR"/>
        </w:rPr>
        <w:t>0</w:t>
      </w:r>
      <w:r w:rsidRPr="004D46D7">
        <w:rPr>
          <w:iCs/>
          <w:color w:val="auto"/>
          <w:sz w:val="24"/>
          <w:szCs w:val="24"/>
          <w:lang w:val="pt-BR"/>
        </w:rPr>
        <w:t>C và áp suất 1 atm. Khi động cơ hoạt động, pittong nén xuống làm cho thể tích của hỗn hợp khí trong xilanh chỉ còn 0,2 dm</w:t>
      </w:r>
      <w:r w:rsidRPr="004D46D7">
        <w:rPr>
          <w:iCs/>
          <w:color w:val="auto"/>
          <w:sz w:val="24"/>
          <w:szCs w:val="24"/>
          <w:vertAlign w:val="superscript"/>
          <w:lang w:val="pt-BR"/>
        </w:rPr>
        <w:t>3</w:t>
      </w:r>
      <w:r w:rsidRPr="004D46D7">
        <w:rPr>
          <w:iCs/>
          <w:color w:val="auto"/>
          <w:sz w:val="24"/>
          <w:szCs w:val="24"/>
          <w:lang w:val="pt-BR"/>
        </w:rPr>
        <w:t xml:space="preserve"> và áp suất trong xilanh tăng lên tới 15 atm. Hãy tính nhiệt độ của hỗn hợp khí trong xilanh khi động cơ hoạt động.</w:t>
      </w:r>
    </w:p>
    <w:p w14:paraId="7E38BCD1"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567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B.</w:t>
      </w:r>
      <w:r w:rsidRPr="004D46D7">
        <w:rPr>
          <w:iCs/>
          <w:color w:val="auto"/>
          <w:sz w:val="24"/>
          <w:szCs w:val="24"/>
          <w:lang w:val="pt-BR"/>
        </w:rPr>
        <w:t xml:space="preserve"> 435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 xml:space="preserve">C. </w:t>
      </w:r>
      <w:r w:rsidRPr="004D46D7">
        <w:rPr>
          <w:iCs/>
          <w:color w:val="auto"/>
          <w:sz w:val="24"/>
          <w:szCs w:val="24"/>
          <w:lang w:val="pt-BR"/>
        </w:rPr>
        <w:t xml:space="preserve">800 </w:t>
      </w:r>
      <w:r w:rsidRPr="004D46D7">
        <w:rPr>
          <w:iCs/>
          <w:color w:val="auto"/>
          <w:sz w:val="24"/>
          <w:szCs w:val="24"/>
          <w:vertAlign w:val="superscript"/>
          <w:lang w:val="pt-BR"/>
        </w:rPr>
        <w:t>0</w:t>
      </w:r>
      <w:r w:rsidRPr="004D46D7">
        <w:rPr>
          <w:iCs/>
          <w:color w:val="auto"/>
          <w:sz w:val="24"/>
          <w:szCs w:val="24"/>
          <w:lang w:val="pt-BR"/>
        </w:rPr>
        <w:t>C.</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687 </w:t>
      </w:r>
      <w:r w:rsidRPr="004D46D7">
        <w:rPr>
          <w:iCs/>
          <w:color w:val="auto"/>
          <w:sz w:val="24"/>
          <w:szCs w:val="24"/>
          <w:vertAlign w:val="superscript"/>
          <w:lang w:val="pt-BR"/>
        </w:rPr>
        <w:t>0</w:t>
      </w:r>
      <w:r w:rsidRPr="004D46D7">
        <w:rPr>
          <w:iCs/>
          <w:color w:val="auto"/>
          <w:sz w:val="24"/>
          <w:szCs w:val="24"/>
          <w:lang w:val="pt-BR"/>
        </w:rPr>
        <w:t>C.</w:t>
      </w:r>
    </w:p>
    <w:p w14:paraId="61B09D14" w14:textId="77777777" w:rsidR="00B41C2A" w:rsidRPr="004D46D7" w:rsidRDefault="00B41C2A" w:rsidP="0026749B">
      <w:pPr>
        <w:spacing w:line="276" w:lineRule="auto"/>
        <w:jc w:val="both"/>
        <w:rPr>
          <w:rFonts w:eastAsia="Calibri"/>
          <w:b/>
          <w:color w:val="auto"/>
          <w:sz w:val="24"/>
          <w:szCs w:val="24"/>
          <w:lang w:val="nl-NL"/>
        </w:rPr>
      </w:pPr>
      <w:r w:rsidRPr="004D46D7">
        <w:rPr>
          <w:rFonts w:eastAsia="Calibri"/>
          <w:b/>
          <w:bCs/>
          <w:iCs/>
          <w:color w:val="auto"/>
          <w:sz w:val="24"/>
          <w:szCs w:val="24"/>
          <w:lang w:val="sv-SE"/>
        </w:rPr>
        <w:t>Câu 9</w:t>
      </w:r>
      <w:r w:rsidRPr="004D46D7">
        <w:rPr>
          <w:rFonts w:eastAsia="Calibri"/>
          <w:iCs/>
          <w:color w:val="auto"/>
          <w:sz w:val="24"/>
          <w:szCs w:val="24"/>
          <w:lang w:val="sv-SE"/>
        </w:rPr>
        <w:t xml:space="preserve">: </w:t>
      </w:r>
      <w:r w:rsidRPr="004D46D7">
        <w:rPr>
          <w:rFonts w:eastAsia="Calibri"/>
          <w:color w:val="auto"/>
          <w:sz w:val="24"/>
          <w:szCs w:val="24"/>
          <w:lang w:val="nl-NL"/>
        </w:rPr>
        <w:t>Ở thời kì nén của một động cơ đốt trong 4 kì, nhiệt độ của hỗn hợp khí tăng từ 47</w:t>
      </w:r>
      <w:r w:rsidRPr="004D46D7">
        <w:rPr>
          <w:rFonts w:eastAsia="Calibri"/>
          <w:color w:val="auto"/>
          <w:sz w:val="24"/>
          <w:szCs w:val="24"/>
          <w:vertAlign w:val="superscript"/>
          <w:lang w:val="nl-NL"/>
        </w:rPr>
        <w:t>0</w:t>
      </w:r>
      <w:r w:rsidRPr="004D46D7">
        <w:rPr>
          <w:rFonts w:eastAsia="Calibri"/>
          <w:color w:val="auto"/>
          <w:sz w:val="24"/>
          <w:szCs w:val="24"/>
          <w:lang w:val="nl-NL"/>
        </w:rPr>
        <w:t>C đến 367</w:t>
      </w:r>
      <w:r w:rsidRPr="004D46D7">
        <w:rPr>
          <w:rFonts w:eastAsia="Calibri"/>
          <w:color w:val="auto"/>
          <w:sz w:val="24"/>
          <w:szCs w:val="24"/>
          <w:vertAlign w:val="superscript"/>
          <w:lang w:val="nl-NL"/>
        </w:rPr>
        <w:t>0</w:t>
      </w:r>
      <w:r w:rsidRPr="004D46D7">
        <w:rPr>
          <w:rFonts w:eastAsia="Calibri"/>
          <w:color w:val="auto"/>
          <w:sz w:val="24"/>
          <w:szCs w:val="24"/>
          <w:lang w:val="nl-NL"/>
        </w:rPr>
        <w:t>C, còn thể tích của khí giảm từ 1,8 lít đến 0,3 lít. Áp suất của khí lúc bắt đầu nén là 100kPa. Coi hỗn hợp khí như chất khí thuần nhất, áp suất cuối thời kì nén là</w:t>
      </w:r>
    </w:p>
    <w:p w14:paraId="4F86EB8C" w14:textId="77777777" w:rsidR="00B41C2A" w:rsidRPr="004D46D7" w:rsidRDefault="00B41C2A" w:rsidP="0026749B">
      <w:pPr>
        <w:tabs>
          <w:tab w:val="left" w:pos="283"/>
          <w:tab w:val="left" w:pos="2835"/>
          <w:tab w:val="left" w:pos="5386"/>
          <w:tab w:val="left" w:pos="7937"/>
        </w:tabs>
        <w:spacing w:line="276" w:lineRule="auto"/>
        <w:jc w:val="both"/>
        <w:rPr>
          <w:rFonts w:eastAsia="Calibri"/>
          <w:color w:val="auto"/>
          <w:sz w:val="24"/>
          <w:szCs w:val="24"/>
          <w:lang w:val="nl-NL"/>
        </w:rPr>
      </w:pPr>
      <w:r w:rsidRPr="004D46D7">
        <w:rPr>
          <w:rFonts w:eastAsia="Calibri"/>
          <w:b/>
          <w:color w:val="auto"/>
          <w:sz w:val="24"/>
          <w:szCs w:val="24"/>
          <w:lang w:val="nl-NL"/>
        </w:rPr>
        <w:t xml:space="preserve">A. </w:t>
      </w:r>
      <w:r w:rsidRPr="004D46D7">
        <w:rPr>
          <w:rFonts w:eastAsia="Calibri"/>
          <w:color w:val="auto"/>
          <w:sz w:val="24"/>
          <w:szCs w:val="24"/>
          <w:lang w:val="nl-NL"/>
        </w:rPr>
        <w:t>0,7.10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B. </w:t>
      </w:r>
      <w:r w:rsidRPr="004D46D7">
        <w:rPr>
          <w:rFonts w:eastAsia="Calibri"/>
          <w:color w:val="auto"/>
          <w:sz w:val="24"/>
          <w:szCs w:val="24"/>
          <w:lang w:val="nl-NL"/>
        </w:rPr>
        <w:t>2,5.10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C. </w:t>
      </w:r>
      <w:r w:rsidRPr="004D46D7">
        <w:rPr>
          <w:rFonts w:eastAsia="Calibri"/>
          <w:color w:val="auto"/>
          <w:sz w:val="24"/>
          <w:szCs w:val="24"/>
          <w:lang w:val="nl-NL"/>
        </w:rPr>
        <w:t>1,2.10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r w:rsidRPr="004D46D7">
        <w:rPr>
          <w:rFonts w:eastAsia="Calibri"/>
          <w:b/>
          <w:color w:val="auto"/>
          <w:sz w:val="24"/>
          <w:szCs w:val="24"/>
          <w:lang w:val="nl-NL"/>
        </w:rPr>
        <w:tab/>
        <w:t xml:space="preserve">D. </w:t>
      </w:r>
      <w:r w:rsidRPr="004D46D7">
        <w:rPr>
          <w:rFonts w:eastAsia="Calibri"/>
          <w:color w:val="auto"/>
          <w:sz w:val="24"/>
          <w:szCs w:val="24"/>
          <w:lang w:val="nl-NL"/>
        </w:rPr>
        <w:t>1,74.10</w:t>
      </w:r>
      <w:r w:rsidRPr="004D46D7">
        <w:rPr>
          <w:rFonts w:eastAsia="Calibri"/>
          <w:color w:val="auto"/>
          <w:sz w:val="24"/>
          <w:szCs w:val="24"/>
          <w:vertAlign w:val="superscript"/>
          <w:lang w:val="nl-NL"/>
        </w:rPr>
        <w:t xml:space="preserve">6 </w:t>
      </w:r>
      <w:r w:rsidRPr="004D46D7">
        <w:rPr>
          <w:rFonts w:eastAsia="Calibri"/>
          <w:color w:val="auto"/>
          <w:sz w:val="24"/>
          <w:szCs w:val="24"/>
          <w:lang w:val="nl-NL"/>
        </w:rPr>
        <w:t>Pa.</w:t>
      </w:r>
    </w:p>
    <w:p w14:paraId="06072730"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color w:val="auto"/>
          <w:sz w:val="24"/>
          <w:szCs w:val="24"/>
          <w:lang w:val="de-DE"/>
        </w:rPr>
        <w:t>Câu 10:</w:t>
      </w:r>
      <w:r w:rsidRPr="004D46D7">
        <w:rPr>
          <w:color w:val="auto"/>
          <w:sz w:val="24"/>
          <w:szCs w:val="24"/>
          <w:lang w:val="de-DE"/>
        </w:rPr>
        <w:t xml:space="preserve"> </w:t>
      </w:r>
      <w:r w:rsidRPr="004D46D7">
        <w:rPr>
          <w:iCs/>
          <w:color w:val="auto"/>
          <w:sz w:val="24"/>
          <w:szCs w:val="24"/>
          <w:lang w:val="pt-BR"/>
        </w:rPr>
        <w:t>Trong phòng thí nghiệm người ta điều chế được 0,4 lít khí H</w:t>
      </w:r>
      <w:r w:rsidRPr="004D46D7">
        <w:rPr>
          <w:iCs/>
          <w:color w:val="auto"/>
          <w:sz w:val="24"/>
          <w:szCs w:val="24"/>
          <w:vertAlign w:val="subscript"/>
          <w:lang w:val="pt-BR"/>
        </w:rPr>
        <w:t>2</w:t>
      </w:r>
      <w:r w:rsidRPr="004D46D7">
        <w:rPr>
          <w:iCs/>
          <w:color w:val="auto"/>
          <w:sz w:val="24"/>
          <w:szCs w:val="24"/>
          <w:lang w:val="pt-BR"/>
        </w:rPr>
        <w:t xml:space="preserve"> ở nhiệt độ 27 </w:t>
      </w:r>
      <w:r w:rsidRPr="004D46D7">
        <w:rPr>
          <w:iCs/>
          <w:color w:val="auto"/>
          <w:sz w:val="24"/>
          <w:szCs w:val="24"/>
          <w:vertAlign w:val="superscript"/>
          <w:lang w:val="pt-BR"/>
        </w:rPr>
        <w:t>0</w:t>
      </w:r>
      <w:r w:rsidRPr="004D46D7">
        <w:rPr>
          <w:iCs/>
          <w:color w:val="auto"/>
          <w:sz w:val="24"/>
          <w:szCs w:val="24"/>
          <w:lang w:val="pt-BR"/>
        </w:rPr>
        <w:t xml:space="preserve">C và áp suất 1 atm. Hỏi thể tích của lượng khí trên ở áp suất 0,5 atm và nhiệt độ 17 </w:t>
      </w:r>
      <w:r w:rsidRPr="004D46D7">
        <w:rPr>
          <w:iCs/>
          <w:color w:val="auto"/>
          <w:sz w:val="24"/>
          <w:szCs w:val="24"/>
          <w:vertAlign w:val="superscript"/>
          <w:lang w:val="pt-BR"/>
        </w:rPr>
        <w:t>0</w:t>
      </w:r>
      <w:r w:rsidRPr="004D46D7">
        <w:rPr>
          <w:iCs/>
          <w:color w:val="auto"/>
          <w:sz w:val="24"/>
          <w:szCs w:val="24"/>
          <w:lang w:val="pt-BR"/>
        </w:rPr>
        <w:t>C bằng bao nhiêu?</w:t>
      </w:r>
    </w:p>
    <w:p w14:paraId="5B77214C"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pt-BR"/>
        </w:rPr>
        <w:tab/>
        <w:t>A.</w:t>
      </w:r>
      <w:r w:rsidRPr="004D46D7">
        <w:rPr>
          <w:iCs/>
          <w:color w:val="auto"/>
          <w:sz w:val="24"/>
          <w:szCs w:val="24"/>
          <w:lang w:val="pt-BR"/>
        </w:rPr>
        <w:t xml:space="preserve"> 1,24 lít.</w:t>
      </w:r>
      <w:r w:rsidRPr="004D46D7">
        <w:rPr>
          <w:iCs/>
          <w:color w:val="auto"/>
          <w:sz w:val="24"/>
          <w:szCs w:val="24"/>
          <w:lang w:val="pt-BR"/>
        </w:rPr>
        <w:tab/>
      </w:r>
      <w:r w:rsidRPr="004D46D7">
        <w:rPr>
          <w:iCs/>
          <w:color w:val="auto"/>
          <w:sz w:val="24"/>
          <w:szCs w:val="24"/>
          <w:lang w:val="pt-BR"/>
        </w:rPr>
        <w:tab/>
        <w:t xml:space="preserve">          </w:t>
      </w:r>
      <w:r w:rsidRPr="004D46D7">
        <w:rPr>
          <w:b/>
          <w:bCs/>
          <w:iCs/>
          <w:color w:val="auto"/>
          <w:sz w:val="24"/>
          <w:szCs w:val="24"/>
          <w:lang w:val="pt-BR"/>
        </w:rPr>
        <w:t>B</w:t>
      </w:r>
      <w:r w:rsidRPr="004D46D7">
        <w:rPr>
          <w:iCs/>
          <w:color w:val="auto"/>
          <w:sz w:val="24"/>
          <w:szCs w:val="24"/>
          <w:lang w:val="pt-BR"/>
        </w:rPr>
        <w:t>. 0,94 lít.</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C</w:t>
      </w:r>
      <w:r w:rsidRPr="004D46D7">
        <w:rPr>
          <w:iCs/>
          <w:color w:val="auto"/>
          <w:sz w:val="24"/>
          <w:szCs w:val="24"/>
          <w:lang w:val="pt-BR"/>
        </w:rPr>
        <w:t>. 0,77 lít.</w:t>
      </w:r>
      <w:r w:rsidRPr="004D46D7">
        <w:rPr>
          <w:iCs/>
          <w:color w:val="auto"/>
          <w:sz w:val="24"/>
          <w:szCs w:val="24"/>
          <w:lang w:val="pt-BR"/>
        </w:rPr>
        <w:tab/>
      </w:r>
      <w:r w:rsidRPr="004D46D7">
        <w:rPr>
          <w:iCs/>
          <w:color w:val="auto"/>
          <w:sz w:val="24"/>
          <w:szCs w:val="24"/>
          <w:lang w:val="pt-BR"/>
        </w:rPr>
        <w:tab/>
      </w:r>
      <w:r w:rsidRPr="004D46D7">
        <w:rPr>
          <w:b/>
          <w:bCs/>
          <w:iCs/>
          <w:color w:val="auto"/>
          <w:sz w:val="24"/>
          <w:szCs w:val="24"/>
          <w:lang w:val="pt-BR"/>
        </w:rPr>
        <w:t>D.</w:t>
      </w:r>
      <w:r w:rsidRPr="004D46D7">
        <w:rPr>
          <w:iCs/>
          <w:color w:val="auto"/>
          <w:sz w:val="24"/>
          <w:szCs w:val="24"/>
          <w:lang w:val="pt-BR"/>
        </w:rPr>
        <w:t xml:space="preserve"> 3,24 lít.</w:t>
      </w:r>
    </w:p>
    <w:p w14:paraId="044537AE" w14:textId="77777777" w:rsidR="00B41C2A" w:rsidRPr="004D46D7" w:rsidRDefault="00B41C2A" w:rsidP="0026749B">
      <w:pPr>
        <w:spacing w:line="276" w:lineRule="auto"/>
        <w:contextualSpacing/>
        <w:jc w:val="both"/>
        <w:rPr>
          <w:rFonts w:eastAsiaTheme="minorHAnsi"/>
          <w:b/>
          <w:color w:val="auto"/>
          <w:sz w:val="24"/>
          <w:szCs w:val="24"/>
          <w:lang w:val="nl-NL"/>
        </w:rPr>
      </w:pPr>
      <w:r w:rsidRPr="004D46D7">
        <w:rPr>
          <w:rFonts w:eastAsiaTheme="minorHAnsi"/>
          <w:b/>
          <w:bCs/>
          <w:color w:val="auto"/>
          <w:sz w:val="24"/>
          <w:szCs w:val="24"/>
          <w:lang w:val="sv-SE"/>
        </w:rPr>
        <w:t>Câu 11:</w:t>
      </w:r>
      <w:r w:rsidRPr="004D46D7">
        <w:rPr>
          <w:rFonts w:eastAsiaTheme="minorHAnsi"/>
          <w:color w:val="auto"/>
          <w:sz w:val="24"/>
          <w:szCs w:val="24"/>
          <w:lang w:val="sv-SE"/>
        </w:rPr>
        <w:t xml:space="preserve"> </w:t>
      </w:r>
      <w:r w:rsidRPr="004D46D7">
        <w:rPr>
          <w:rFonts w:eastAsiaTheme="minorHAnsi"/>
          <w:color w:val="auto"/>
          <w:sz w:val="24"/>
          <w:szCs w:val="24"/>
          <w:lang w:val="nl-NL"/>
        </w:rPr>
        <w:t>Một lượng khí có thể tích 200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ở nhiệt độ 16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 xml:space="preserve">C và áp suất 740 mmHg. Thể tích của lượng khí này ở điều kiện chuẩn là </w:t>
      </w:r>
    </w:p>
    <w:p w14:paraId="6E75C43B"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A.</w:t>
      </w:r>
      <w:r w:rsidRPr="004D46D7">
        <w:rPr>
          <w:color w:val="auto"/>
          <w:sz w:val="24"/>
          <w:szCs w:val="24"/>
          <w:lang w:val="nl-NL"/>
        </w:rPr>
        <w:t xml:space="preserve"> 184 cm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B.</w:t>
      </w:r>
      <w:r w:rsidRPr="004D46D7">
        <w:rPr>
          <w:color w:val="auto"/>
          <w:sz w:val="24"/>
          <w:szCs w:val="24"/>
          <w:lang w:val="nl-NL"/>
        </w:rPr>
        <w:t xml:space="preserve"> 0,83 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C.</w:t>
      </w:r>
      <w:r w:rsidRPr="004D46D7">
        <w:rPr>
          <w:color w:val="auto"/>
          <w:sz w:val="24"/>
          <w:szCs w:val="24"/>
          <w:lang w:val="nl-NL"/>
        </w:rPr>
        <w:t xml:space="preserve"> 1,84 cm</w:t>
      </w:r>
      <w:r w:rsidRPr="004D46D7">
        <w:rPr>
          <w:color w:val="auto"/>
          <w:sz w:val="24"/>
          <w:szCs w:val="24"/>
          <w:vertAlign w:val="superscript"/>
          <w:lang w:val="nl-NL"/>
        </w:rPr>
        <w:t>3</w:t>
      </w:r>
      <w:r w:rsidRPr="004D46D7">
        <w:rPr>
          <w:color w:val="auto"/>
          <w:sz w:val="24"/>
          <w:szCs w:val="24"/>
          <w:lang w:val="nl-NL"/>
        </w:rPr>
        <w:t xml:space="preserve">.   </w:t>
      </w:r>
      <w:r w:rsidRPr="004D46D7">
        <w:rPr>
          <w:color w:val="auto"/>
          <w:sz w:val="24"/>
          <w:szCs w:val="24"/>
          <w:lang w:val="nl-NL"/>
        </w:rPr>
        <w:tab/>
      </w:r>
      <w:r w:rsidRPr="004D46D7">
        <w:rPr>
          <w:b/>
          <w:color w:val="auto"/>
          <w:sz w:val="24"/>
          <w:szCs w:val="24"/>
          <w:lang w:val="nl-NL"/>
        </w:rPr>
        <w:t xml:space="preserve">D. </w:t>
      </w:r>
      <w:r w:rsidRPr="004D46D7">
        <w:rPr>
          <w:color w:val="auto"/>
          <w:sz w:val="24"/>
          <w:szCs w:val="24"/>
          <w:lang w:val="nl-NL"/>
        </w:rPr>
        <w:t>0,35 m</w:t>
      </w:r>
      <w:r w:rsidRPr="004D46D7">
        <w:rPr>
          <w:color w:val="auto"/>
          <w:sz w:val="24"/>
          <w:szCs w:val="24"/>
          <w:vertAlign w:val="superscript"/>
          <w:lang w:val="nl-NL"/>
        </w:rPr>
        <w:t>3</w:t>
      </w:r>
      <w:r w:rsidRPr="004D46D7">
        <w:rPr>
          <w:color w:val="auto"/>
          <w:sz w:val="24"/>
          <w:szCs w:val="24"/>
          <w:lang w:val="nl-NL"/>
        </w:rPr>
        <w:t>.</w:t>
      </w:r>
    </w:p>
    <w:p w14:paraId="36F60A37" w14:textId="77777777" w:rsidR="00B41C2A" w:rsidRPr="004D46D7" w:rsidRDefault="00B41C2A" w:rsidP="0026749B">
      <w:pPr>
        <w:contextualSpacing/>
        <w:jc w:val="both"/>
        <w:rPr>
          <w:rFonts w:eastAsia="VNI-Times"/>
          <w:color w:val="auto"/>
          <w:sz w:val="24"/>
          <w:szCs w:val="24"/>
          <w:lang w:val="sv-SE"/>
        </w:rPr>
      </w:pPr>
      <w:r w:rsidRPr="004D46D7">
        <w:rPr>
          <w:rFonts w:eastAsiaTheme="minorHAnsi"/>
          <w:b/>
          <w:bCs/>
          <w:iCs/>
          <w:color w:val="auto"/>
          <w:sz w:val="24"/>
          <w:szCs w:val="24"/>
          <w:lang w:val="sv-SE"/>
        </w:rPr>
        <w:t>Câu 12:</w:t>
      </w:r>
      <w:r w:rsidRPr="004D46D7">
        <w:rPr>
          <w:rFonts w:eastAsiaTheme="minorHAnsi"/>
          <w:iCs/>
          <w:color w:val="auto"/>
          <w:sz w:val="24"/>
          <w:szCs w:val="24"/>
          <w:lang w:val="sv-SE"/>
        </w:rPr>
        <w:t xml:space="preserve"> </w:t>
      </w:r>
      <w:r w:rsidRPr="004D46D7">
        <w:rPr>
          <w:rFonts w:eastAsiaTheme="minorHAnsi"/>
          <w:color w:val="auto"/>
          <w:sz w:val="24"/>
          <w:szCs w:val="24"/>
          <w:lang w:val="sv-SE"/>
        </w:rPr>
        <w:t>Một lượng khí đựng trong một xilanh có pittông chuyển động được.</w:t>
      </w:r>
      <w:r w:rsidRPr="004D46D7">
        <w:rPr>
          <w:rFonts w:eastAsiaTheme="minorHAnsi"/>
          <w:b/>
          <w:color w:val="auto"/>
          <w:sz w:val="24"/>
          <w:szCs w:val="24"/>
          <w:lang w:val="sv-SE"/>
        </w:rPr>
        <w:t xml:space="preserve"> </w:t>
      </w:r>
      <w:r w:rsidRPr="004D46D7">
        <w:rPr>
          <w:rFonts w:eastAsiaTheme="minorHAnsi"/>
          <w:color w:val="auto"/>
          <w:sz w:val="24"/>
          <w:szCs w:val="24"/>
          <w:lang w:val="sv-SE"/>
        </w:rPr>
        <w:t>Các thông số trạng thái của lượng khí này là: 2 at, 15 lít, 300 K. Khi pittông nén khí, áp suất của khí tăng lên tới 3,5 at, thể tích giảm còn 12 lít. Nhiệt độ của khí nén bằng</w:t>
      </w:r>
    </w:p>
    <w:p w14:paraId="17F2A059" w14:textId="77777777" w:rsidR="00B41C2A" w:rsidRPr="004D46D7" w:rsidRDefault="00B41C2A" w:rsidP="0026749B">
      <w:pPr>
        <w:tabs>
          <w:tab w:val="left" w:pos="284"/>
          <w:tab w:val="left" w:pos="2835"/>
          <w:tab w:val="left" w:pos="5387"/>
        </w:tabs>
        <w:jc w:val="both"/>
        <w:rPr>
          <w:color w:val="auto"/>
          <w:sz w:val="24"/>
          <w:szCs w:val="24"/>
          <w:lang w:val="fr-FR"/>
        </w:rPr>
      </w:pPr>
      <w:r w:rsidRPr="004D46D7">
        <w:rPr>
          <w:b/>
          <w:color w:val="auto"/>
          <w:sz w:val="24"/>
          <w:szCs w:val="24"/>
          <w:lang w:val="sv-SE"/>
        </w:rPr>
        <w:tab/>
        <w:t xml:space="preserve">A. </w:t>
      </w:r>
      <w:r w:rsidRPr="004D46D7">
        <w:rPr>
          <w:color w:val="auto"/>
          <w:sz w:val="24"/>
          <w:szCs w:val="24"/>
          <w:lang w:val="sv-SE"/>
        </w:rPr>
        <w:t>173 K.</w:t>
      </w:r>
      <w:r w:rsidRPr="004D46D7">
        <w:rPr>
          <w:color w:val="auto"/>
          <w:sz w:val="24"/>
          <w:szCs w:val="24"/>
          <w:lang w:val="sv-SE"/>
        </w:rPr>
        <w:tab/>
      </w:r>
      <w:r w:rsidRPr="004D46D7">
        <w:rPr>
          <w:b/>
          <w:color w:val="auto"/>
          <w:sz w:val="24"/>
          <w:szCs w:val="24"/>
          <w:u w:color="00B050"/>
          <w:lang w:val="sv-SE"/>
        </w:rPr>
        <w:t>B</w:t>
      </w:r>
      <w:r w:rsidRPr="004D46D7">
        <w:rPr>
          <w:b/>
          <w:color w:val="auto"/>
          <w:sz w:val="24"/>
          <w:szCs w:val="24"/>
          <w:lang w:val="sv-SE"/>
        </w:rPr>
        <w:t xml:space="preserve">. </w:t>
      </w:r>
      <w:r w:rsidRPr="004D46D7">
        <w:rPr>
          <w:color w:val="auto"/>
          <w:sz w:val="24"/>
          <w:szCs w:val="24"/>
          <w:lang w:val="sv-SE"/>
        </w:rPr>
        <w:t>325 K.</w:t>
      </w:r>
      <w:r w:rsidRPr="004D46D7">
        <w:rPr>
          <w:color w:val="auto"/>
          <w:sz w:val="24"/>
          <w:szCs w:val="24"/>
          <w:lang w:val="sv-SE"/>
        </w:rPr>
        <w:tab/>
      </w:r>
      <w:r w:rsidRPr="004D46D7">
        <w:rPr>
          <w:b/>
          <w:color w:val="auto"/>
          <w:sz w:val="24"/>
          <w:szCs w:val="24"/>
          <w:lang w:val="fr-FR"/>
        </w:rPr>
        <w:t xml:space="preserve">C. </w:t>
      </w:r>
      <w:r w:rsidRPr="004D46D7">
        <w:rPr>
          <w:color w:val="auto"/>
          <w:sz w:val="24"/>
          <w:szCs w:val="24"/>
          <w:lang w:val="fr-FR"/>
        </w:rPr>
        <w:t>420 K.</w:t>
      </w:r>
      <w:r w:rsidRPr="004D46D7">
        <w:rPr>
          <w:color w:val="auto"/>
          <w:sz w:val="24"/>
          <w:szCs w:val="24"/>
          <w:lang w:val="fr-FR"/>
        </w:rPr>
        <w:tab/>
      </w:r>
      <w:r w:rsidRPr="004D46D7">
        <w:rPr>
          <w:color w:val="auto"/>
          <w:sz w:val="24"/>
          <w:szCs w:val="24"/>
          <w:lang w:val="fr-FR"/>
        </w:rPr>
        <w:tab/>
      </w:r>
      <w:r w:rsidRPr="004D46D7">
        <w:rPr>
          <w:color w:val="auto"/>
          <w:sz w:val="24"/>
          <w:szCs w:val="24"/>
          <w:lang w:val="fr-FR"/>
        </w:rPr>
        <w:tab/>
      </w:r>
      <w:r w:rsidRPr="004D46D7">
        <w:rPr>
          <w:b/>
          <w:color w:val="auto"/>
          <w:sz w:val="24"/>
          <w:szCs w:val="24"/>
          <w:lang w:val="fr-FR"/>
        </w:rPr>
        <w:t xml:space="preserve">D. </w:t>
      </w:r>
      <w:r w:rsidRPr="004D46D7">
        <w:rPr>
          <w:color w:val="auto"/>
          <w:sz w:val="24"/>
          <w:szCs w:val="24"/>
          <w:lang w:val="fr-FR"/>
        </w:rPr>
        <w:t>433 K.</w:t>
      </w:r>
    </w:p>
    <w:p w14:paraId="51FE2AEE" w14:textId="77777777" w:rsidR="00B41C2A" w:rsidRPr="004D46D7" w:rsidRDefault="00B41C2A" w:rsidP="0026749B">
      <w:pPr>
        <w:spacing w:line="276" w:lineRule="auto"/>
        <w:contextualSpacing/>
        <w:jc w:val="both"/>
        <w:rPr>
          <w:rFonts w:eastAsiaTheme="minorHAnsi"/>
          <w:b/>
          <w:color w:val="auto"/>
          <w:sz w:val="24"/>
          <w:szCs w:val="24"/>
          <w:lang w:val="nl-NL"/>
        </w:rPr>
      </w:pPr>
      <w:r w:rsidRPr="004D46D7">
        <w:rPr>
          <w:rFonts w:eastAsiaTheme="minorHAnsi"/>
          <w:b/>
          <w:bCs/>
          <w:iCs/>
          <w:color w:val="auto"/>
          <w:sz w:val="24"/>
          <w:szCs w:val="24"/>
          <w:lang w:val="sv-SE"/>
        </w:rPr>
        <w:t>Câu 13:</w:t>
      </w:r>
      <w:r w:rsidRPr="004D46D7">
        <w:rPr>
          <w:rFonts w:eastAsiaTheme="minorHAnsi"/>
          <w:iCs/>
          <w:color w:val="auto"/>
          <w:sz w:val="24"/>
          <w:szCs w:val="24"/>
          <w:lang w:val="sv-SE"/>
        </w:rPr>
        <w:t xml:space="preserve"> </w:t>
      </w:r>
      <w:r w:rsidRPr="004D46D7">
        <w:rPr>
          <w:rFonts w:eastAsiaTheme="minorHAnsi"/>
          <w:color w:val="auto"/>
          <w:sz w:val="24"/>
          <w:szCs w:val="24"/>
          <w:lang w:val="nl-NL"/>
        </w:rPr>
        <w:t xml:space="preserve">Trong một động cơ điêzen, khối khí có nhiệt độ ban đầu là 32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 xml:space="preserve">C được nén để thể tích giảm bằng </w:t>
      </w:r>
      <w:r w:rsidRPr="004D46D7">
        <w:rPr>
          <w:rFonts w:eastAsiaTheme="minorHAnsi"/>
          <w:color w:val="auto"/>
          <w:position w:val="-26"/>
          <w:sz w:val="24"/>
          <w:szCs w:val="24"/>
        </w:rPr>
        <w:object w:dxaOrig="340" w:dyaOrig="680" w14:anchorId="5A3DB1CA">
          <v:shape id="_x0000_i1028" type="#_x0000_t75" alt="" style="width:14.35pt;height:36.35pt" o:ole="">
            <v:imagedata r:id="rId19" o:title=""/>
          </v:shape>
          <o:OLEObject Type="Embed" ProgID="Equation.DSMT4" ShapeID="_x0000_i1028" DrawAspect="Content" ObjectID="_1789927740" r:id="rId20"/>
        </w:object>
      </w:r>
      <w:r w:rsidRPr="004D46D7">
        <w:rPr>
          <w:rFonts w:eastAsiaTheme="minorHAnsi"/>
          <w:color w:val="auto"/>
          <w:sz w:val="24"/>
          <w:szCs w:val="24"/>
          <w:lang w:val="nl-NL"/>
        </w:rPr>
        <w:t xml:space="preserve"> thể tích ban đầu và áp suất tăng 48,5 lần áp suất ban đầu. Nhiệt độ khối khí sau khi nén có giá trị là</w:t>
      </w:r>
    </w:p>
    <w:p w14:paraId="1EC1D9EF"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 xml:space="preserve">A. </w:t>
      </w:r>
      <w:r w:rsidRPr="004D46D7">
        <w:rPr>
          <w:color w:val="auto"/>
          <w:sz w:val="24"/>
          <w:szCs w:val="24"/>
          <w:lang w:val="nl-NL"/>
        </w:rPr>
        <w:t xml:space="preserve">100 </w:t>
      </w:r>
      <w:r w:rsidRPr="004D46D7">
        <w:rPr>
          <w:color w:val="auto"/>
          <w:sz w:val="24"/>
          <w:szCs w:val="24"/>
          <w:vertAlign w:val="superscript"/>
          <w:lang w:val="nl-NL"/>
        </w:rPr>
        <w:t>0</w:t>
      </w:r>
      <w:r w:rsidRPr="004D46D7">
        <w:rPr>
          <w:color w:val="auto"/>
          <w:sz w:val="24"/>
          <w:szCs w:val="24"/>
          <w:lang w:val="nl-NL"/>
        </w:rPr>
        <w:t>C.</w:t>
      </w:r>
      <w:r w:rsidRPr="004D46D7">
        <w:rPr>
          <w:b/>
          <w:color w:val="auto"/>
          <w:sz w:val="24"/>
          <w:szCs w:val="24"/>
          <w:lang w:val="nl-NL"/>
        </w:rPr>
        <w:tab/>
        <w:t xml:space="preserve">B. </w:t>
      </w:r>
      <w:r w:rsidRPr="004D46D7">
        <w:rPr>
          <w:color w:val="auto"/>
          <w:sz w:val="24"/>
          <w:szCs w:val="24"/>
          <w:lang w:val="nl-NL"/>
        </w:rPr>
        <w:t xml:space="preserve">975 </w:t>
      </w:r>
      <w:r w:rsidRPr="004D46D7">
        <w:rPr>
          <w:color w:val="auto"/>
          <w:sz w:val="24"/>
          <w:szCs w:val="24"/>
          <w:vertAlign w:val="superscript"/>
          <w:lang w:val="nl-NL"/>
        </w:rPr>
        <w:t>0</w:t>
      </w:r>
      <w:r w:rsidRPr="004D46D7">
        <w:rPr>
          <w:color w:val="auto"/>
          <w:sz w:val="24"/>
          <w:szCs w:val="24"/>
          <w:lang w:val="nl-NL"/>
        </w:rPr>
        <w:t>C.</w:t>
      </w:r>
      <w:r w:rsidRPr="004D46D7">
        <w:rPr>
          <w:b/>
          <w:color w:val="auto"/>
          <w:sz w:val="24"/>
          <w:szCs w:val="24"/>
          <w:lang w:val="nl-NL"/>
        </w:rPr>
        <w:tab/>
        <w:t xml:space="preserve">C. </w:t>
      </w:r>
      <w:r w:rsidRPr="004D46D7">
        <w:rPr>
          <w:color w:val="auto"/>
          <w:sz w:val="24"/>
          <w:szCs w:val="24"/>
          <w:lang w:val="nl-NL"/>
        </w:rPr>
        <w:t xml:space="preserve">652 </w:t>
      </w:r>
      <w:r w:rsidRPr="004D46D7">
        <w:rPr>
          <w:color w:val="auto"/>
          <w:sz w:val="24"/>
          <w:szCs w:val="24"/>
          <w:vertAlign w:val="superscript"/>
          <w:lang w:val="nl-NL"/>
        </w:rPr>
        <w:t>0</w:t>
      </w:r>
      <w:r w:rsidRPr="004D46D7">
        <w:rPr>
          <w:color w:val="auto"/>
          <w:sz w:val="24"/>
          <w:szCs w:val="24"/>
          <w:lang w:val="nl-NL"/>
        </w:rPr>
        <w:t xml:space="preserve">C. </w:t>
      </w:r>
      <w:r w:rsidRPr="004D46D7">
        <w:rPr>
          <w:color w:val="auto"/>
          <w:sz w:val="24"/>
          <w:szCs w:val="24"/>
          <w:lang w:val="nl-NL"/>
        </w:rPr>
        <w:tab/>
      </w:r>
      <w:r w:rsidRPr="004D46D7">
        <w:rPr>
          <w:b/>
          <w:color w:val="auto"/>
          <w:sz w:val="24"/>
          <w:szCs w:val="24"/>
          <w:lang w:val="nl-NL"/>
        </w:rPr>
        <w:t xml:space="preserve">D. </w:t>
      </w:r>
      <w:r w:rsidRPr="004D46D7">
        <w:rPr>
          <w:color w:val="auto"/>
          <w:sz w:val="24"/>
          <w:szCs w:val="24"/>
          <w:lang w:val="nl-NL"/>
        </w:rPr>
        <w:t xml:space="preserve">493 </w:t>
      </w:r>
      <w:r w:rsidRPr="004D46D7">
        <w:rPr>
          <w:color w:val="auto"/>
          <w:sz w:val="24"/>
          <w:szCs w:val="24"/>
          <w:vertAlign w:val="superscript"/>
          <w:lang w:val="nl-NL"/>
        </w:rPr>
        <w:t>0</w:t>
      </w:r>
      <w:r w:rsidRPr="004D46D7">
        <w:rPr>
          <w:color w:val="auto"/>
          <w:sz w:val="24"/>
          <w:szCs w:val="24"/>
          <w:lang w:val="nl-NL"/>
        </w:rPr>
        <w:t>C.</w:t>
      </w:r>
    </w:p>
    <w:p w14:paraId="0DD267C4" w14:textId="77777777" w:rsidR="00B41C2A" w:rsidRPr="004D46D7" w:rsidRDefault="00B41C2A" w:rsidP="0026749B">
      <w:pPr>
        <w:tabs>
          <w:tab w:val="left" w:pos="283"/>
          <w:tab w:val="left" w:pos="2835"/>
          <w:tab w:val="left" w:pos="5386"/>
          <w:tab w:val="left" w:pos="7937"/>
        </w:tabs>
        <w:spacing w:line="276" w:lineRule="auto"/>
        <w:jc w:val="both"/>
        <w:rPr>
          <w:color w:val="auto"/>
          <w:sz w:val="24"/>
          <w:szCs w:val="24"/>
          <w:lang w:val="nl-NL"/>
        </w:rPr>
      </w:pPr>
    </w:p>
    <w:p w14:paraId="5BE377AF"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lastRenderedPageBreak/>
        <w:t>Câu 14 :</w:t>
      </w:r>
      <w:r w:rsidRPr="004D46D7">
        <w:rPr>
          <w:color w:val="auto"/>
          <w:sz w:val="24"/>
          <w:szCs w:val="24"/>
          <w:lang w:val="de-DE"/>
        </w:rPr>
        <w:t xml:space="preserve"> Hai bình cầu cùng dung tích chứa cùng một chất khí nối với nhau bằng một ống nằm ngang. Một giọt thủy ngân nằm đúng giữa ống ngang. Nhiệt độ trong các bình tương ứng là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1</m:t>
            </m:r>
          </m:sub>
        </m:sSub>
      </m:oMath>
      <w:r w:rsidRPr="004D46D7">
        <w:rPr>
          <w:color w:val="auto"/>
          <w:sz w:val="24"/>
          <w:szCs w:val="24"/>
          <w:lang w:val="de-DE"/>
        </w:rPr>
        <w:t xml:space="preserve">​ và </w:t>
      </w:r>
      <m:oMath>
        <m:sSub>
          <m:sSubPr>
            <m:ctrlPr>
              <w:rPr>
                <w:rFonts w:ascii="Cambria Math" w:hAnsi="Cambria Math"/>
                <w:iCs/>
                <w:color w:val="auto"/>
                <w:sz w:val="24"/>
                <w:szCs w:val="24"/>
              </w:rPr>
            </m:ctrlPr>
          </m:sSubPr>
          <m:e>
            <m:r>
              <m:rPr>
                <m:sty m:val="p"/>
              </m:rPr>
              <w:rPr>
                <w:rFonts w:ascii="Cambria Math" w:hAnsi="Cambria Math"/>
                <w:color w:val="auto"/>
                <w:sz w:val="24"/>
                <w:szCs w:val="24"/>
                <w:lang w:val="de-DE"/>
              </w:rPr>
              <m:t>T</m:t>
            </m:r>
          </m:e>
          <m:sub>
            <m:r>
              <m:rPr>
                <m:sty m:val="p"/>
              </m:rPr>
              <w:rPr>
                <w:rFonts w:ascii="Cambria Math" w:hAnsi="Cambria Math"/>
                <w:color w:val="auto"/>
                <w:sz w:val="24"/>
                <w:szCs w:val="24"/>
                <w:lang w:val="de-DE"/>
              </w:rPr>
              <m:t>2</m:t>
            </m:r>
          </m:sub>
        </m:sSub>
      </m:oMath>
      <w:r w:rsidRPr="004D46D7">
        <w:rPr>
          <w:color w:val="auto"/>
          <w:sz w:val="24"/>
          <w:szCs w:val="24"/>
          <w:lang w:val="de-DE"/>
        </w:rPr>
        <w:t>. Tăng gấp đôi nhiệt độ tuyệt đối của khí trong mỗi bình thì giọt thủy ngân sẽ như thế nào?</w:t>
      </w:r>
    </w:p>
    <w:p w14:paraId="4073583B" w14:textId="77777777" w:rsidR="00B41C2A" w:rsidRPr="004D46D7" w:rsidRDefault="00B41C2A" w:rsidP="0026749B">
      <w:pPr>
        <w:tabs>
          <w:tab w:val="left" w:pos="360"/>
        </w:tabs>
        <w:spacing w:line="276" w:lineRule="auto"/>
        <w:jc w:val="both"/>
        <w:rPr>
          <w:b/>
          <w:bCs/>
          <w:color w:val="auto"/>
          <w:sz w:val="24"/>
          <w:szCs w:val="24"/>
          <w:lang w:val="de-DE"/>
        </w:rPr>
      </w:pPr>
    </w:p>
    <w:p w14:paraId="240C993D" w14:textId="77777777" w:rsidR="00B41C2A" w:rsidRPr="004D46D7" w:rsidRDefault="00B41C2A" w:rsidP="0026749B">
      <w:pPr>
        <w:tabs>
          <w:tab w:val="left" w:pos="360"/>
        </w:tabs>
        <w:spacing w:line="276" w:lineRule="auto"/>
        <w:jc w:val="both"/>
        <w:rPr>
          <w:b/>
          <w:bCs/>
          <w:color w:val="auto"/>
          <w:sz w:val="24"/>
          <w:szCs w:val="24"/>
          <w:lang w:val="de-DE"/>
        </w:rPr>
      </w:pPr>
      <w:r w:rsidRPr="004D46D7">
        <w:rPr>
          <w:b/>
          <w:bCs/>
          <w:noProof/>
          <w:color w:val="auto"/>
          <w:sz w:val="24"/>
          <w:szCs w:val="24"/>
        </w:rPr>
        <w:drawing>
          <wp:anchor distT="0" distB="0" distL="114300" distR="114300" simplePos="0" relativeHeight="251664384" behindDoc="0" locked="0" layoutInCell="1" allowOverlap="1" wp14:anchorId="0BDA7451" wp14:editId="56AD0A69">
            <wp:simplePos x="0" y="0"/>
            <wp:positionH relativeFrom="column">
              <wp:posOffset>454196</wp:posOffset>
            </wp:positionH>
            <wp:positionV relativeFrom="paragraph">
              <wp:posOffset>7397</wp:posOffset>
            </wp:positionV>
            <wp:extent cx="2533650" cy="552450"/>
            <wp:effectExtent l="0" t="0" r="0" b="0"/>
            <wp:wrapSquare wrapText="bothSides"/>
            <wp:docPr id="4725383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53831" name="Hình ảnh 3" descr="n130 fb + zalo Thu Minh"/>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3650" cy="552450"/>
                    </a:xfrm>
                    <a:prstGeom prst="rect">
                      <a:avLst/>
                    </a:prstGeom>
                    <a:noFill/>
                  </pic:spPr>
                </pic:pic>
              </a:graphicData>
            </a:graphic>
          </wp:anchor>
        </w:drawing>
      </w:r>
    </w:p>
    <w:p w14:paraId="125F8FC8" w14:textId="77777777" w:rsidR="00B41C2A" w:rsidRPr="004D46D7" w:rsidRDefault="00B41C2A" w:rsidP="0026749B">
      <w:pPr>
        <w:tabs>
          <w:tab w:val="left" w:pos="360"/>
        </w:tabs>
        <w:spacing w:line="276" w:lineRule="auto"/>
        <w:jc w:val="both"/>
        <w:rPr>
          <w:b/>
          <w:bCs/>
          <w:color w:val="auto"/>
          <w:sz w:val="24"/>
          <w:szCs w:val="24"/>
          <w:lang w:val="de-DE"/>
        </w:rPr>
      </w:pPr>
    </w:p>
    <w:p w14:paraId="771B9E3B" w14:textId="77777777" w:rsidR="00B41C2A" w:rsidRPr="004D46D7" w:rsidRDefault="00B41C2A" w:rsidP="0026749B">
      <w:pPr>
        <w:tabs>
          <w:tab w:val="left" w:pos="360"/>
        </w:tabs>
        <w:spacing w:line="276" w:lineRule="auto"/>
        <w:jc w:val="both"/>
        <w:rPr>
          <w:b/>
          <w:bCs/>
          <w:color w:val="auto"/>
          <w:sz w:val="24"/>
          <w:szCs w:val="24"/>
          <w:lang w:val="de-DE"/>
        </w:rPr>
      </w:pPr>
    </w:p>
    <w:p w14:paraId="79922E92" w14:textId="77777777" w:rsidR="00B41C2A" w:rsidRPr="004D46D7" w:rsidRDefault="00B41C2A" w:rsidP="0026749B">
      <w:pPr>
        <w:tabs>
          <w:tab w:val="left" w:pos="360"/>
        </w:tabs>
        <w:spacing w:line="276" w:lineRule="auto"/>
        <w:jc w:val="both"/>
        <w:rPr>
          <w:b/>
          <w:bCs/>
          <w:color w:val="auto"/>
          <w:sz w:val="24"/>
          <w:szCs w:val="24"/>
          <w:lang w:val="de-DE"/>
        </w:rPr>
      </w:pPr>
    </w:p>
    <w:p w14:paraId="7811A207"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lang w:val="de-DE"/>
        </w:rPr>
        <w:tab/>
        <w:t>A.</w:t>
      </w:r>
      <w:r w:rsidRPr="004D46D7">
        <w:rPr>
          <w:color w:val="auto"/>
          <w:sz w:val="24"/>
          <w:szCs w:val="24"/>
          <w:lang w:val="de-DE"/>
        </w:rPr>
        <w:t xml:space="preserve"> </w:t>
      </w:r>
      <w:r w:rsidRPr="004D46D7">
        <w:rPr>
          <w:color w:val="auto"/>
          <w:sz w:val="24"/>
          <w:szCs w:val="24"/>
        </w:rPr>
        <w:t>Chuyển động sang trái.</w:t>
      </w:r>
    </w:p>
    <w:p w14:paraId="5781E4A5"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rPr>
        <w:tab/>
        <w:t>B.</w:t>
      </w:r>
      <w:r w:rsidRPr="004D46D7">
        <w:rPr>
          <w:color w:val="auto"/>
          <w:sz w:val="24"/>
          <w:szCs w:val="24"/>
        </w:rPr>
        <w:t xml:space="preserve"> Chuyển động sang phải.</w:t>
      </w:r>
    </w:p>
    <w:p w14:paraId="2D2D82C2" w14:textId="77777777" w:rsidR="00B41C2A" w:rsidRPr="004D46D7" w:rsidRDefault="00B41C2A" w:rsidP="0026749B">
      <w:pPr>
        <w:tabs>
          <w:tab w:val="left" w:pos="360"/>
        </w:tabs>
        <w:spacing w:line="276" w:lineRule="auto"/>
        <w:jc w:val="both"/>
        <w:rPr>
          <w:color w:val="auto"/>
          <w:sz w:val="24"/>
          <w:szCs w:val="24"/>
          <w:lang w:val="de-DE"/>
        </w:rPr>
      </w:pPr>
      <w:r w:rsidRPr="004D46D7">
        <w:rPr>
          <w:b/>
          <w:bCs/>
          <w:color w:val="auto"/>
          <w:sz w:val="24"/>
          <w:szCs w:val="24"/>
          <w:lang w:val="de-DE"/>
        </w:rPr>
        <w:t>C.</w:t>
      </w:r>
      <w:r w:rsidRPr="004D46D7">
        <w:rPr>
          <w:color w:val="auto"/>
          <w:sz w:val="24"/>
          <w:szCs w:val="24"/>
          <w:lang w:val="de-DE"/>
        </w:rPr>
        <w:t xml:space="preserve"> Nằm yên không chuyển động.</w:t>
      </w:r>
    </w:p>
    <w:p w14:paraId="45FE06C5" w14:textId="77777777" w:rsidR="00B41C2A" w:rsidRPr="004D46D7" w:rsidRDefault="00B41C2A" w:rsidP="0026749B">
      <w:pPr>
        <w:tabs>
          <w:tab w:val="left" w:pos="360"/>
        </w:tabs>
        <w:spacing w:line="276" w:lineRule="auto"/>
        <w:jc w:val="both"/>
        <w:rPr>
          <w:color w:val="auto"/>
          <w:sz w:val="24"/>
          <w:szCs w:val="24"/>
        </w:rPr>
      </w:pPr>
      <w:r w:rsidRPr="004D46D7">
        <w:rPr>
          <w:b/>
          <w:bCs/>
          <w:color w:val="auto"/>
          <w:sz w:val="24"/>
          <w:szCs w:val="24"/>
        </w:rPr>
        <w:tab/>
        <w:t>D.</w:t>
      </w:r>
      <w:r w:rsidRPr="004D46D7">
        <w:rPr>
          <w:color w:val="auto"/>
          <w:sz w:val="24"/>
          <w:szCs w:val="24"/>
        </w:rPr>
        <w:t xml:space="preserve"> Chuyển động sang phía có nhiệt độ lớn hơn.</w:t>
      </w:r>
    </w:p>
    <w:p w14:paraId="3D56998B" w14:textId="77777777" w:rsidR="00B41C2A" w:rsidRPr="004D46D7" w:rsidRDefault="00B41C2A" w:rsidP="0026749B">
      <w:pPr>
        <w:tabs>
          <w:tab w:val="left" w:pos="360"/>
        </w:tabs>
        <w:spacing w:line="276" w:lineRule="auto"/>
        <w:jc w:val="both"/>
        <w:rPr>
          <w:iCs/>
          <w:color w:val="auto"/>
          <w:sz w:val="24"/>
          <w:szCs w:val="24"/>
          <w:lang w:val="pt-BR"/>
        </w:rPr>
      </w:pPr>
      <w:r w:rsidRPr="004D46D7">
        <w:rPr>
          <w:b/>
          <w:bCs/>
          <w:iCs/>
          <w:color w:val="auto"/>
          <w:sz w:val="24"/>
          <w:szCs w:val="24"/>
          <w:lang w:val="sv-SE"/>
        </w:rPr>
        <w:t>Câu 15:</w:t>
      </w:r>
      <w:r w:rsidRPr="004D46D7">
        <w:rPr>
          <w:iCs/>
          <w:color w:val="auto"/>
          <w:sz w:val="24"/>
          <w:szCs w:val="24"/>
          <w:lang w:val="sv-SE"/>
        </w:rPr>
        <w:t xml:space="preserve"> </w:t>
      </w:r>
      <w:r w:rsidRPr="004D46D7">
        <w:rPr>
          <w:iCs/>
          <w:color w:val="auto"/>
          <w:sz w:val="24"/>
          <w:szCs w:val="24"/>
          <w:lang w:val="pt-BR"/>
        </w:rPr>
        <w:t xml:space="preserve">Tính khối lượng riêng của một khối khí ở 100 </w:t>
      </w:r>
      <w:r w:rsidRPr="004D46D7">
        <w:rPr>
          <w:iCs/>
          <w:color w:val="auto"/>
          <w:sz w:val="24"/>
          <w:szCs w:val="24"/>
          <w:vertAlign w:val="superscript"/>
          <w:lang w:val="pt-BR"/>
        </w:rPr>
        <w:t>0</w:t>
      </w:r>
      <w:r w:rsidRPr="004D46D7">
        <w:rPr>
          <w:iCs/>
          <w:color w:val="auto"/>
          <w:sz w:val="24"/>
          <w:szCs w:val="24"/>
          <w:lang w:val="pt-BR"/>
        </w:rPr>
        <w:t>C, áp suất 2.10</w:t>
      </w:r>
      <w:r w:rsidRPr="004D46D7">
        <w:rPr>
          <w:iCs/>
          <w:color w:val="auto"/>
          <w:sz w:val="24"/>
          <w:szCs w:val="24"/>
          <w:vertAlign w:val="superscript"/>
          <w:lang w:val="pt-BR"/>
        </w:rPr>
        <w:t>5</w:t>
      </w:r>
      <w:r w:rsidRPr="004D46D7">
        <w:rPr>
          <w:iCs/>
          <w:color w:val="auto"/>
          <w:sz w:val="24"/>
          <w:szCs w:val="24"/>
          <w:lang w:val="pt-BR"/>
        </w:rPr>
        <w:t xml:space="preserve">Pa. Biết khối lượng riêng của không khí ở 0 </w:t>
      </w:r>
      <w:r w:rsidRPr="004D46D7">
        <w:rPr>
          <w:iCs/>
          <w:color w:val="auto"/>
          <w:sz w:val="24"/>
          <w:szCs w:val="24"/>
          <w:vertAlign w:val="superscript"/>
          <w:lang w:val="pt-BR"/>
        </w:rPr>
        <w:t>0</w:t>
      </w:r>
      <w:r w:rsidRPr="004D46D7">
        <w:rPr>
          <w:iCs/>
          <w:color w:val="auto"/>
          <w:sz w:val="24"/>
          <w:szCs w:val="24"/>
          <w:lang w:val="pt-BR"/>
        </w:rPr>
        <w:t>C, áp suất 10</w:t>
      </w:r>
      <w:r w:rsidRPr="004D46D7">
        <w:rPr>
          <w:iCs/>
          <w:color w:val="auto"/>
          <w:sz w:val="24"/>
          <w:szCs w:val="24"/>
          <w:vertAlign w:val="superscript"/>
          <w:lang w:val="pt-BR"/>
        </w:rPr>
        <w:t xml:space="preserve">5 </w:t>
      </w:r>
      <w:r w:rsidRPr="004D46D7">
        <w:rPr>
          <w:iCs/>
          <w:color w:val="auto"/>
          <w:sz w:val="24"/>
          <w:szCs w:val="24"/>
          <w:lang w:val="pt-BR"/>
        </w:rPr>
        <w:t>Pa bằng 1,29 kg/m</w:t>
      </w:r>
      <w:r w:rsidRPr="004D46D7">
        <w:rPr>
          <w:iCs/>
          <w:color w:val="auto"/>
          <w:sz w:val="24"/>
          <w:szCs w:val="24"/>
          <w:vertAlign w:val="superscript"/>
          <w:lang w:val="pt-BR"/>
        </w:rPr>
        <w:t>3</w:t>
      </w:r>
      <w:r w:rsidRPr="004D46D7">
        <w:rPr>
          <w:iCs/>
          <w:color w:val="auto"/>
          <w:sz w:val="24"/>
          <w:szCs w:val="24"/>
          <w:lang w:val="pt-BR"/>
        </w:rPr>
        <w:t>.</w:t>
      </w:r>
    </w:p>
    <w:p w14:paraId="3E4D4B81" w14:textId="77777777" w:rsidR="00B41C2A" w:rsidRPr="004D46D7" w:rsidRDefault="00B41C2A" w:rsidP="0026749B">
      <w:pPr>
        <w:tabs>
          <w:tab w:val="left" w:pos="360"/>
        </w:tabs>
        <w:spacing w:line="276" w:lineRule="auto"/>
        <w:jc w:val="both"/>
        <w:rPr>
          <w:iCs/>
          <w:color w:val="auto"/>
          <w:sz w:val="24"/>
          <w:szCs w:val="24"/>
          <w:lang w:val="nl-NL"/>
        </w:rPr>
      </w:pPr>
      <w:r w:rsidRPr="004D46D7">
        <w:rPr>
          <w:b/>
          <w:bCs/>
          <w:iCs/>
          <w:color w:val="auto"/>
          <w:sz w:val="24"/>
          <w:szCs w:val="24"/>
          <w:lang w:val="nl-NL"/>
        </w:rPr>
        <w:tab/>
        <w:t>A.</w:t>
      </w:r>
      <w:r w:rsidRPr="004D46D7">
        <w:rPr>
          <w:iCs/>
          <w:color w:val="auto"/>
          <w:sz w:val="24"/>
          <w:szCs w:val="24"/>
          <w:lang w:val="nl-NL"/>
        </w:rPr>
        <w:t xml:space="preserve"> 0,79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iCs/>
          <w:color w:val="auto"/>
          <w:sz w:val="24"/>
          <w:szCs w:val="24"/>
          <w:lang w:val="nl-NL"/>
        </w:rPr>
        <w:tab/>
      </w:r>
      <w:r w:rsidRPr="004D46D7">
        <w:rPr>
          <w:b/>
          <w:bCs/>
          <w:iCs/>
          <w:color w:val="auto"/>
          <w:sz w:val="24"/>
          <w:szCs w:val="24"/>
          <w:lang w:val="nl-NL"/>
        </w:rPr>
        <w:t>B</w:t>
      </w:r>
      <w:r w:rsidRPr="004D46D7">
        <w:rPr>
          <w:iCs/>
          <w:color w:val="auto"/>
          <w:sz w:val="24"/>
          <w:szCs w:val="24"/>
          <w:lang w:val="nl-NL"/>
        </w:rPr>
        <w:t>. 0,35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iCs/>
          <w:color w:val="auto"/>
          <w:sz w:val="24"/>
          <w:szCs w:val="24"/>
          <w:lang w:val="nl-NL"/>
        </w:rPr>
        <w:tab/>
      </w:r>
      <w:r w:rsidRPr="004D46D7">
        <w:rPr>
          <w:b/>
          <w:bCs/>
          <w:iCs/>
          <w:color w:val="auto"/>
          <w:sz w:val="24"/>
          <w:szCs w:val="24"/>
          <w:lang w:val="nl-NL"/>
        </w:rPr>
        <w:t>C.</w:t>
      </w:r>
      <w:r w:rsidRPr="004D46D7">
        <w:rPr>
          <w:iCs/>
          <w:color w:val="auto"/>
          <w:sz w:val="24"/>
          <w:szCs w:val="24"/>
          <w:lang w:val="nl-NL"/>
        </w:rPr>
        <w:t xml:space="preserve">  1,89 kg/m</w:t>
      </w:r>
      <w:r w:rsidRPr="004D46D7">
        <w:rPr>
          <w:iCs/>
          <w:color w:val="auto"/>
          <w:sz w:val="24"/>
          <w:szCs w:val="24"/>
          <w:vertAlign w:val="superscript"/>
          <w:lang w:val="nl-NL"/>
        </w:rPr>
        <w:t>3</w:t>
      </w:r>
      <w:r w:rsidRPr="004D46D7">
        <w:rPr>
          <w:iCs/>
          <w:color w:val="auto"/>
          <w:sz w:val="24"/>
          <w:szCs w:val="24"/>
          <w:lang w:val="nl-NL"/>
        </w:rPr>
        <w:t>.</w:t>
      </w:r>
      <w:r w:rsidRPr="004D46D7">
        <w:rPr>
          <w:iCs/>
          <w:color w:val="auto"/>
          <w:sz w:val="24"/>
          <w:szCs w:val="24"/>
          <w:lang w:val="nl-NL"/>
        </w:rPr>
        <w:tab/>
      </w:r>
      <w:r w:rsidRPr="004D46D7">
        <w:rPr>
          <w:b/>
          <w:bCs/>
          <w:iCs/>
          <w:color w:val="auto"/>
          <w:sz w:val="24"/>
          <w:szCs w:val="24"/>
          <w:lang w:val="nl-NL"/>
        </w:rPr>
        <w:t>D</w:t>
      </w:r>
      <w:r w:rsidRPr="004D46D7">
        <w:rPr>
          <w:iCs/>
          <w:color w:val="auto"/>
          <w:sz w:val="24"/>
          <w:szCs w:val="24"/>
          <w:lang w:val="nl-NL"/>
        </w:rPr>
        <w:t>. 2,79 kg/m</w:t>
      </w:r>
      <w:r w:rsidRPr="004D46D7">
        <w:rPr>
          <w:iCs/>
          <w:color w:val="auto"/>
          <w:sz w:val="24"/>
          <w:szCs w:val="24"/>
          <w:vertAlign w:val="superscript"/>
          <w:lang w:val="nl-NL"/>
        </w:rPr>
        <w:t>3</w:t>
      </w:r>
      <w:r w:rsidRPr="004D46D7">
        <w:rPr>
          <w:iCs/>
          <w:color w:val="auto"/>
          <w:sz w:val="24"/>
          <w:szCs w:val="24"/>
          <w:lang w:val="nl-NL"/>
        </w:rPr>
        <w:t>.</w:t>
      </w:r>
    </w:p>
    <w:p w14:paraId="36565DD2" w14:textId="77777777" w:rsidR="00B41C2A" w:rsidRPr="004D46D7" w:rsidRDefault="00B41C2A" w:rsidP="0026749B">
      <w:pPr>
        <w:spacing w:line="276" w:lineRule="auto"/>
        <w:jc w:val="both"/>
        <w:rPr>
          <w:color w:val="auto"/>
          <w:sz w:val="24"/>
          <w:szCs w:val="24"/>
          <w:lang w:val="nl-NL"/>
        </w:rPr>
      </w:pPr>
      <w:r w:rsidRPr="004D46D7">
        <w:rPr>
          <w:b/>
          <w:bCs/>
          <w:iCs/>
          <w:color w:val="auto"/>
          <w:sz w:val="24"/>
          <w:szCs w:val="24"/>
          <w:lang w:val="sv-SE"/>
        </w:rPr>
        <w:t>Câu 16:</w:t>
      </w:r>
      <w:r w:rsidRPr="004D46D7">
        <w:rPr>
          <w:iCs/>
          <w:color w:val="auto"/>
          <w:sz w:val="24"/>
          <w:szCs w:val="24"/>
          <w:lang w:val="sv-SE"/>
        </w:rPr>
        <w:t xml:space="preserve">  </w:t>
      </w:r>
      <w:r w:rsidRPr="004D46D7">
        <w:rPr>
          <w:color w:val="auto"/>
          <w:sz w:val="24"/>
          <w:szCs w:val="24"/>
          <w:lang w:val="nl-NL"/>
        </w:rPr>
        <w:t xml:space="preserve">Pit tông của một máy nén, sau mỗi lần nén đưa được 4 lít khí ở nhiệt độ 27 </w:t>
      </w:r>
      <w:r w:rsidRPr="004D46D7">
        <w:rPr>
          <w:color w:val="auto"/>
          <w:sz w:val="24"/>
          <w:szCs w:val="24"/>
          <w:vertAlign w:val="superscript"/>
          <w:lang w:val="nl-NL"/>
        </w:rPr>
        <w:t>0</w:t>
      </w:r>
      <w:r w:rsidRPr="004D46D7">
        <w:rPr>
          <w:color w:val="auto"/>
          <w:sz w:val="24"/>
          <w:szCs w:val="24"/>
          <w:lang w:val="nl-NL"/>
        </w:rPr>
        <w:t>C và áp suất 1 atm vào bình chứa khi ở thể tích 2 m</w:t>
      </w:r>
      <w:r w:rsidRPr="004D46D7">
        <w:rPr>
          <w:color w:val="auto"/>
          <w:sz w:val="24"/>
          <w:szCs w:val="24"/>
          <w:vertAlign w:val="superscript"/>
          <w:lang w:val="nl-NL"/>
        </w:rPr>
        <w:t>3</w:t>
      </w:r>
      <w:r w:rsidRPr="004D46D7">
        <w:rPr>
          <w:color w:val="auto"/>
          <w:sz w:val="24"/>
          <w:szCs w:val="24"/>
          <w:lang w:val="nl-NL"/>
        </w:rPr>
        <w:t xml:space="preserve">. Tính áp suất của khí trong bình khi pit tông đã thực hiện 1000 lần nén. Biết nhiệt độ trong bình sau khi nén bằng 42 </w:t>
      </w:r>
      <w:r w:rsidRPr="004D46D7">
        <w:rPr>
          <w:color w:val="auto"/>
          <w:sz w:val="24"/>
          <w:szCs w:val="24"/>
          <w:vertAlign w:val="superscript"/>
          <w:lang w:val="nl-NL"/>
        </w:rPr>
        <w:t>0</w:t>
      </w:r>
      <w:r w:rsidRPr="004D46D7">
        <w:rPr>
          <w:color w:val="auto"/>
          <w:sz w:val="24"/>
          <w:szCs w:val="24"/>
          <w:lang w:val="nl-NL"/>
        </w:rPr>
        <w:t>C.</w:t>
      </w:r>
    </w:p>
    <w:p w14:paraId="2A59FF7B" w14:textId="77777777" w:rsidR="00B41C2A" w:rsidRPr="004D46D7" w:rsidRDefault="00B41C2A" w:rsidP="0026749B">
      <w:pPr>
        <w:spacing w:line="276" w:lineRule="auto"/>
        <w:jc w:val="both"/>
        <w:rPr>
          <w:color w:val="auto"/>
          <w:sz w:val="24"/>
          <w:szCs w:val="24"/>
          <w:lang w:val="nl-NL"/>
        </w:rPr>
      </w:pPr>
      <w:r w:rsidRPr="004D46D7">
        <w:rPr>
          <w:b/>
          <w:bCs/>
          <w:color w:val="auto"/>
          <w:sz w:val="24"/>
          <w:szCs w:val="24"/>
          <w:lang w:val="nl-NL"/>
        </w:rPr>
        <w:t>A.</w:t>
      </w:r>
      <w:r w:rsidRPr="004D46D7">
        <w:rPr>
          <w:color w:val="auto"/>
          <w:sz w:val="24"/>
          <w:szCs w:val="24"/>
          <w:lang w:val="nl-NL"/>
        </w:rPr>
        <w:t xml:space="preserve"> 0,24 atm</w:t>
      </w:r>
      <w:r w:rsidRPr="004D46D7">
        <w:rPr>
          <w:color w:val="auto"/>
          <w:sz w:val="24"/>
          <w:szCs w:val="24"/>
          <w:lang w:val="nl-NL"/>
        </w:rPr>
        <w:tab/>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3,7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1,7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2,1 atm</w:t>
      </w:r>
    </w:p>
    <w:p w14:paraId="59AAE261" w14:textId="77777777" w:rsidR="00B41C2A" w:rsidRPr="004D46D7" w:rsidRDefault="00B41C2A" w:rsidP="0026749B">
      <w:pPr>
        <w:contextualSpacing/>
        <w:jc w:val="both"/>
        <w:rPr>
          <w:rFonts w:eastAsiaTheme="minorHAnsi"/>
          <w:color w:val="auto"/>
          <w:sz w:val="24"/>
          <w:szCs w:val="24"/>
          <w:lang w:val="sv-SE"/>
        </w:rPr>
      </w:pPr>
      <w:r w:rsidRPr="004D46D7">
        <w:rPr>
          <w:rFonts w:eastAsiaTheme="minorHAnsi"/>
          <w:b/>
          <w:bCs/>
          <w:color w:val="auto"/>
          <w:sz w:val="24"/>
          <w:szCs w:val="24"/>
          <w:lang w:val="sv-SE"/>
        </w:rPr>
        <w:t>Câu 17:</w:t>
      </w:r>
      <w:r w:rsidRPr="004D46D7">
        <w:rPr>
          <w:rFonts w:eastAsiaTheme="minorHAnsi"/>
          <w:color w:val="auto"/>
          <w:sz w:val="24"/>
          <w:szCs w:val="24"/>
          <w:lang w:val="sv-SE"/>
        </w:rPr>
        <w:t xml:space="preserve"> Một bình chứa một chất khí được nén ở nhiệt độ 27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 xml:space="preserve">C và áp suất 40 atm. Nếu nhiệt độ trong bình giảm xuống 12 </w:t>
      </w:r>
      <w:r w:rsidRPr="004D46D7">
        <w:rPr>
          <w:rFonts w:eastAsiaTheme="minorHAnsi"/>
          <w:color w:val="auto"/>
          <w:sz w:val="24"/>
          <w:szCs w:val="24"/>
          <w:vertAlign w:val="superscript"/>
          <w:lang w:val="sv-SE"/>
        </w:rPr>
        <w:t>o</w:t>
      </w:r>
      <w:r w:rsidRPr="004D46D7">
        <w:rPr>
          <w:rFonts w:eastAsiaTheme="minorHAnsi"/>
          <w:color w:val="auto"/>
          <w:sz w:val="24"/>
          <w:szCs w:val="24"/>
          <w:lang w:val="sv-SE"/>
        </w:rPr>
        <w:t>C và một nửa lượng khí thoát ra khỏi bình thì áp suất khí sẽ bằng</w:t>
      </w:r>
    </w:p>
    <w:p w14:paraId="0BBB9522" w14:textId="77777777" w:rsidR="00B41C2A" w:rsidRPr="004D46D7" w:rsidRDefault="00B41C2A" w:rsidP="0026749B">
      <w:pPr>
        <w:spacing w:line="276" w:lineRule="auto"/>
        <w:jc w:val="both"/>
        <w:rPr>
          <w:color w:val="auto"/>
          <w:sz w:val="24"/>
          <w:szCs w:val="24"/>
          <w:lang w:val="nl-NL"/>
        </w:rPr>
      </w:pPr>
      <w:r w:rsidRPr="004D46D7">
        <w:rPr>
          <w:b/>
          <w:bCs/>
          <w:color w:val="auto"/>
          <w:sz w:val="24"/>
          <w:szCs w:val="24"/>
          <w:lang w:val="nl-NL"/>
        </w:rPr>
        <w:t>A.</w:t>
      </w:r>
      <w:r w:rsidRPr="004D46D7">
        <w:rPr>
          <w:color w:val="auto"/>
          <w:sz w:val="24"/>
          <w:szCs w:val="24"/>
          <w:lang w:val="nl-NL"/>
        </w:rPr>
        <w:t xml:space="preserve"> 30,2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B.</w:t>
      </w:r>
      <w:r w:rsidRPr="004D46D7">
        <w:rPr>
          <w:color w:val="auto"/>
          <w:sz w:val="24"/>
          <w:szCs w:val="24"/>
          <w:lang w:val="nl-NL"/>
        </w:rPr>
        <w:t xml:space="preserve"> 27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C.</w:t>
      </w:r>
      <w:r w:rsidRPr="004D46D7">
        <w:rPr>
          <w:color w:val="auto"/>
          <w:sz w:val="24"/>
          <w:szCs w:val="24"/>
          <w:lang w:val="nl-NL"/>
        </w:rPr>
        <w:t xml:space="preserve"> 19 atm</w:t>
      </w:r>
      <w:r w:rsidRPr="004D46D7">
        <w:rPr>
          <w:color w:val="auto"/>
          <w:sz w:val="24"/>
          <w:szCs w:val="24"/>
          <w:lang w:val="nl-NL"/>
        </w:rPr>
        <w:tab/>
      </w:r>
      <w:r w:rsidRPr="004D46D7">
        <w:rPr>
          <w:color w:val="auto"/>
          <w:sz w:val="24"/>
          <w:szCs w:val="24"/>
          <w:lang w:val="nl-NL"/>
        </w:rPr>
        <w:tab/>
      </w:r>
      <w:r w:rsidRPr="004D46D7">
        <w:rPr>
          <w:b/>
          <w:bCs/>
          <w:color w:val="auto"/>
          <w:sz w:val="24"/>
          <w:szCs w:val="24"/>
          <w:lang w:val="nl-NL"/>
        </w:rPr>
        <w:t>D.</w:t>
      </w:r>
      <w:r w:rsidRPr="004D46D7">
        <w:rPr>
          <w:color w:val="auto"/>
          <w:sz w:val="24"/>
          <w:szCs w:val="24"/>
          <w:lang w:val="nl-NL"/>
        </w:rPr>
        <w:t xml:space="preserve"> 14,7 atm</w:t>
      </w:r>
    </w:p>
    <w:p w14:paraId="3654F06D" w14:textId="77777777" w:rsidR="00B41C2A" w:rsidRPr="004D46D7" w:rsidRDefault="00B41C2A" w:rsidP="0026749B">
      <w:pPr>
        <w:jc w:val="both"/>
        <w:rPr>
          <w:color w:val="auto"/>
          <w:sz w:val="24"/>
          <w:szCs w:val="24"/>
          <w:lang w:val="sv-SE"/>
        </w:rPr>
      </w:pPr>
      <w:r w:rsidRPr="004D46D7">
        <w:rPr>
          <w:b/>
          <w:bCs/>
          <w:color w:val="auto"/>
          <w:sz w:val="24"/>
          <w:szCs w:val="24"/>
          <w:lang w:val="sv-SE"/>
        </w:rPr>
        <w:t>Câu 18:</w:t>
      </w:r>
      <w:r w:rsidRPr="004D46D7">
        <w:rPr>
          <w:color w:val="auto"/>
          <w:sz w:val="24"/>
          <w:szCs w:val="24"/>
          <w:lang w:val="sv-SE"/>
        </w:rPr>
        <w:t xml:space="preserve"> Một ống nghiệm tiết diện đều có chiều dài 76 cm, đặt thẳng đứng chứa một khối khí đến nửa ống, phía trên của ống là một cột thủy ngân. Nhiệt độ lúc đầu của khối khí là 0 °C, áp suất khí quyển là 76 cmHg. Để một nửa cột thủy ngân trào ra ngoài thì phải đun nóng khối khí lên đến nhiệt độ bằng</w:t>
      </w:r>
    </w:p>
    <w:p w14:paraId="73984C7A" w14:textId="77777777" w:rsidR="00B41C2A" w:rsidRPr="004D46D7" w:rsidRDefault="00B41C2A" w:rsidP="0026749B">
      <w:pPr>
        <w:jc w:val="both"/>
        <w:rPr>
          <w:color w:val="auto"/>
          <w:sz w:val="24"/>
          <w:szCs w:val="24"/>
          <w:lang w:val="sv-SE"/>
        </w:rPr>
      </w:pPr>
    </w:p>
    <w:p w14:paraId="34BADE14" w14:textId="77777777" w:rsidR="00B41C2A" w:rsidRPr="004D46D7" w:rsidRDefault="00B41C2A" w:rsidP="0026749B">
      <w:pPr>
        <w:jc w:val="both"/>
        <w:rPr>
          <w:color w:val="auto"/>
          <w:sz w:val="24"/>
          <w:szCs w:val="24"/>
          <w:lang w:val="sv-SE"/>
        </w:rPr>
      </w:pPr>
    </w:p>
    <w:p w14:paraId="7FE6858B" w14:textId="77777777" w:rsidR="00B41C2A" w:rsidRPr="004D46D7" w:rsidRDefault="00B41C2A" w:rsidP="0026749B">
      <w:pPr>
        <w:jc w:val="both"/>
        <w:rPr>
          <w:color w:val="auto"/>
          <w:sz w:val="24"/>
          <w:szCs w:val="24"/>
          <w:lang w:val="sv-SE"/>
        </w:rPr>
      </w:pPr>
      <w:r w:rsidRPr="004D46D7">
        <w:rPr>
          <w:noProof/>
          <w:color w:val="auto"/>
          <w:sz w:val="24"/>
          <w:szCs w:val="24"/>
        </w:rPr>
        <w:drawing>
          <wp:anchor distT="0" distB="0" distL="114300" distR="114300" simplePos="0" relativeHeight="251666432" behindDoc="0" locked="0" layoutInCell="1" allowOverlap="1" wp14:anchorId="477546D2" wp14:editId="792AB69C">
            <wp:simplePos x="0" y="0"/>
            <wp:positionH relativeFrom="column">
              <wp:posOffset>1960519</wp:posOffset>
            </wp:positionH>
            <wp:positionV relativeFrom="paragraph">
              <wp:posOffset>9662</wp:posOffset>
            </wp:positionV>
            <wp:extent cx="633095" cy="1169670"/>
            <wp:effectExtent l="0" t="0" r="0" b="0"/>
            <wp:wrapSquare wrapText="bothSides"/>
            <wp:docPr id="77807756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077565" name="Hình ảnh 1" descr="n130 fb + zalo Thu Minh"/>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3095" cy="1169670"/>
                    </a:xfrm>
                    <a:prstGeom prst="rect">
                      <a:avLst/>
                    </a:prstGeom>
                  </pic:spPr>
                </pic:pic>
              </a:graphicData>
            </a:graphic>
            <wp14:sizeRelH relativeFrom="margin">
              <wp14:pctWidth>0</wp14:pctWidth>
            </wp14:sizeRelH>
            <wp14:sizeRelV relativeFrom="margin">
              <wp14:pctHeight>0</wp14:pctHeight>
            </wp14:sizeRelV>
          </wp:anchor>
        </w:drawing>
      </w:r>
    </w:p>
    <w:p w14:paraId="499E355C" w14:textId="77777777" w:rsidR="00B41C2A" w:rsidRPr="004D46D7" w:rsidRDefault="00B41C2A" w:rsidP="0026749B">
      <w:pPr>
        <w:jc w:val="both"/>
        <w:rPr>
          <w:color w:val="auto"/>
          <w:sz w:val="24"/>
          <w:szCs w:val="24"/>
          <w:lang w:val="sv-SE"/>
        </w:rPr>
      </w:pPr>
    </w:p>
    <w:p w14:paraId="5571DAAB" w14:textId="77777777" w:rsidR="00B41C2A" w:rsidRPr="004D46D7" w:rsidRDefault="00B41C2A" w:rsidP="0026749B">
      <w:pPr>
        <w:jc w:val="both"/>
        <w:rPr>
          <w:color w:val="auto"/>
          <w:sz w:val="24"/>
          <w:szCs w:val="24"/>
          <w:lang w:val="sv-SE"/>
        </w:rPr>
      </w:pPr>
    </w:p>
    <w:p w14:paraId="0BDEC092" w14:textId="77777777" w:rsidR="00B41C2A" w:rsidRPr="004D46D7" w:rsidRDefault="00B41C2A" w:rsidP="0026749B">
      <w:pPr>
        <w:jc w:val="both"/>
        <w:rPr>
          <w:color w:val="auto"/>
          <w:sz w:val="24"/>
          <w:szCs w:val="24"/>
          <w:lang w:val="sv-SE"/>
        </w:rPr>
      </w:pPr>
    </w:p>
    <w:p w14:paraId="7B8E4A79" w14:textId="77777777" w:rsidR="00B41C2A" w:rsidRPr="004D46D7" w:rsidRDefault="00B41C2A" w:rsidP="0026749B">
      <w:pPr>
        <w:jc w:val="both"/>
        <w:rPr>
          <w:color w:val="auto"/>
          <w:sz w:val="24"/>
          <w:szCs w:val="24"/>
          <w:lang w:val="sv-SE"/>
        </w:rPr>
      </w:pPr>
    </w:p>
    <w:p w14:paraId="1CCBEEF5" w14:textId="77777777" w:rsidR="00B41C2A" w:rsidRPr="004D46D7" w:rsidRDefault="00B41C2A" w:rsidP="0026749B">
      <w:pPr>
        <w:jc w:val="both"/>
        <w:rPr>
          <w:color w:val="auto"/>
          <w:sz w:val="24"/>
          <w:szCs w:val="24"/>
          <w:lang w:val="sv-SE"/>
        </w:rPr>
      </w:pPr>
    </w:p>
    <w:p w14:paraId="569AEF2A" w14:textId="77777777" w:rsidR="00B41C2A" w:rsidRPr="004D46D7" w:rsidRDefault="00B41C2A" w:rsidP="0026749B">
      <w:pPr>
        <w:tabs>
          <w:tab w:val="left" w:pos="284"/>
          <w:tab w:val="left" w:pos="2694"/>
          <w:tab w:val="left" w:pos="5529"/>
        </w:tabs>
        <w:jc w:val="both"/>
        <w:rPr>
          <w:b/>
          <w:color w:val="auto"/>
          <w:sz w:val="24"/>
          <w:szCs w:val="24"/>
          <w:lang w:val="sv-SE"/>
        </w:rPr>
      </w:pPr>
      <w:r w:rsidRPr="004D46D7">
        <w:rPr>
          <w:b/>
          <w:color w:val="auto"/>
          <w:sz w:val="24"/>
          <w:szCs w:val="24"/>
          <w:lang w:val="sv-SE"/>
        </w:rPr>
        <w:tab/>
      </w:r>
    </w:p>
    <w:p w14:paraId="10D60703" w14:textId="77777777" w:rsidR="00B41C2A" w:rsidRPr="004D46D7" w:rsidRDefault="00B41C2A" w:rsidP="0026749B">
      <w:pPr>
        <w:tabs>
          <w:tab w:val="left" w:pos="284"/>
          <w:tab w:val="left" w:pos="2694"/>
          <w:tab w:val="left" w:pos="5529"/>
        </w:tabs>
        <w:jc w:val="both"/>
        <w:rPr>
          <w:b/>
          <w:color w:val="auto"/>
          <w:sz w:val="24"/>
          <w:szCs w:val="24"/>
          <w:lang w:val="sv-SE"/>
        </w:rPr>
      </w:pPr>
    </w:p>
    <w:p w14:paraId="7DD7AF04" w14:textId="77777777" w:rsidR="00B41C2A" w:rsidRPr="004D46D7" w:rsidRDefault="00B41C2A" w:rsidP="0026749B">
      <w:pPr>
        <w:tabs>
          <w:tab w:val="left" w:pos="284"/>
          <w:tab w:val="left" w:pos="2694"/>
          <w:tab w:val="left" w:pos="5529"/>
        </w:tabs>
        <w:jc w:val="both"/>
        <w:rPr>
          <w:color w:val="auto"/>
          <w:sz w:val="24"/>
          <w:szCs w:val="24"/>
          <w:lang w:val="sv-SE"/>
        </w:rPr>
      </w:pPr>
      <w:r w:rsidRPr="004D46D7">
        <w:rPr>
          <w:b/>
          <w:color w:val="auto"/>
          <w:sz w:val="24"/>
          <w:szCs w:val="24"/>
          <w:lang w:val="sv-SE"/>
        </w:rPr>
        <w:t>A.</w:t>
      </w:r>
      <w:r w:rsidRPr="004D46D7">
        <w:rPr>
          <w:color w:val="auto"/>
          <w:sz w:val="24"/>
          <w:szCs w:val="24"/>
          <w:lang w:val="sv-SE"/>
        </w:rPr>
        <w:t xml:space="preserve"> 492,8°C.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132,7°C.</w:t>
      </w:r>
      <w:r w:rsidRPr="004D46D7">
        <w:rPr>
          <w:color w:val="auto"/>
          <w:sz w:val="24"/>
          <w:szCs w:val="24"/>
          <w:lang w:val="sv-SE"/>
        </w:rPr>
        <w:tab/>
      </w:r>
      <w:r w:rsidRPr="004D46D7">
        <w:rPr>
          <w:b/>
          <w:color w:val="auto"/>
          <w:sz w:val="24"/>
          <w:szCs w:val="24"/>
          <w:u w:color="00B050"/>
          <w:lang w:val="sv-SE"/>
        </w:rPr>
        <w:t>C</w:t>
      </w:r>
      <w:r w:rsidRPr="004D46D7">
        <w:rPr>
          <w:b/>
          <w:color w:val="auto"/>
          <w:sz w:val="24"/>
          <w:szCs w:val="24"/>
          <w:lang w:val="sv-SE"/>
        </w:rPr>
        <w:t>.</w:t>
      </w:r>
      <w:r w:rsidRPr="004D46D7">
        <w:rPr>
          <w:color w:val="auto"/>
          <w:sz w:val="24"/>
          <w:szCs w:val="24"/>
          <w:lang w:val="sv-SE"/>
        </w:rPr>
        <w:t xml:space="preserve"> 614,25°C.      </w:t>
      </w:r>
      <w:r w:rsidRPr="004D46D7">
        <w:rPr>
          <w:color w:val="auto"/>
          <w:sz w:val="24"/>
          <w:szCs w:val="24"/>
          <w:lang w:val="sv-SE"/>
        </w:rPr>
        <w:tab/>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125°C.</w:t>
      </w:r>
    </w:p>
    <w:p w14:paraId="56621DBE" w14:textId="77777777" w:rsidR="00B41C2A" w:rsidRPr="004D46D7" w:rsidRDefault="00B41C2A" w:rsidP="0026749B">
      <w:pPr>
        <w:contextualSpacing/>
        <w:jc w:val="both"/>
        <w:rPr>
          <w:rFonts w:eastAsiaTheme="minorHAnsi"/>
          <w:i/>
          <w:iCs/>
          <w:color w:val="C00000"/>
          <w:sz w:val="24"/>
          <w:szCs w:val="24"/>
          <w:lang w:val="sv-SE"/>
        </w:rPr>
      </w:pPr>
    </w:p>
    <w:p w14:paraId="0D1BF471" w14:textId="77777777" w:rsidR="00BC7897" w:rsidRPr="004D46D7" w:rsidRDefault="00BC7897" w:rsidP="0026749B">
      <w:pPr>
        <w:spacing w:line="276" w:lineRule="auto"/>
        <w:rPr>
          <w:i/>
          <w:iCs/>
          <w:color w:val="C00000"/>
          <w:sz w:val="24"/>
          <w:szCs w:val="24"/>
        </w:rPr>
      </w:pPr>
    </w:p>
    <w:p w14:paraId="047D548B" w14:textId="77777777" w:rsidR="002A32EA" w:rsidRPr="004D46D7" w:rsidRDefault="002A32EA" w:rsidP="0026749B">
      <w:pPr>
        <w:spacing w:after="160" w:line="259" w:lineRule="auto"/>
        <w:rPr>
          <w:b/>
          <w:bCs/>
          <w:i/>
          <w:iCs/>
          <w:color w:val="C00000"/>
          <w:sz w:val="24"/>
          <w:szCs w:val="24"/>
        </w:rPr>
      </w:pPr>
      <w:r w:rsidRPr="004D46D7">
        <w:rPr>
          <w:b/>
          <w:bCs/>
          <w:i/>
          <w:iCs/>
          <w:color w:val="C00000"/>
          <w:sz w:val="24"/>
          <w:szCs w:val="24"/>
        </w:rPr>
        <w:br w:type="page"/>
      </w:r>
    </w:p>
    <w:p w14:paraId="57210288" w14:textId="77777777" w:rsidR="002A32EA" w:rsidRPr="004D46D7" w:rsidRDefault="002A32EA" w:rsidP="0026749B">
      <w:pPr>
        <w:spacing w:line="276" w:lineRule="auto"/>
        <w:jc w:val="both"/>
        <w:rPr>
          <w:b/>
          <w:bCs/>
          <w:color w:val="C00000"/>
          <w:sz w:val="24"/>
          <w:szCs w:val="24"/>
        </w:rPr>
      </w:pPr>
      <w:bookmarkStart w:id="1" w:name="_Hlk166261350"/>
      <w:r w:rsidRPr="004D46D7">
        <w:rPr>
          <w:b/>
          <w:bCs/>
          <w:color w:val="C00000"/>
          <w:sz w:val="24"/>
          <w:szCs w:val="24"/>
        </w:rPr>
        <w:lastRenderedPageBreak/>
        <w:t>2. Câu trắc nghiệm đúng sai ( 4 điểm )</w:t>
      </w:r>
    </w:p>
    <w:bookmarkEnd w:id="1"/>
    <w:p w14:paraId="286AF16D" w14:textId="77777777" w:rsidR="002A32EA" w:rsidRPr="004D46D7" w:rsidRDefault="002A32EA" w:rsidP="0026749B">
      <w:pPr>
        <w:spacing w:line="276" w:lineRule="auto"/>
        <w:jc w:val="both"/>
        <w:rPr>
          <w:color w:val="auto"/>
          <w:sz w:val="24"/>
          <w:szCs w:val="24"/>
        </w:rPr>
      </w:pPr>
    </w:p>
    <w:p w14:paraId="29BCAA28" w14:textId="77777777" w:rsidR="002A32EA" w:rsidRPr="004D46D7" w:rsidRDefault="002A32EA" w:rsidP="0026749B">
      <w:pPr>
        <w:spacing w:line="276" w:lineRule="auto"/>
        <w:jc w:val="center"/>
        <w:rPr>
          <w:rFonts w:eastAsia="Calibri"/>
          <w:bCs/>
          <w:i/>
          <w:iCs/>
          <w:color w:val="auto"/>
          <w:sz w:val="24"/>
          <w:szCs w:val="24"/>
          <w:lang w:val="fr-FR"/>
          <w14:ligatures w14:val="standardContextual"/>
        </w:rPr>
      </w:pPr>
      <w:r w:rsidRPr="004D46D7">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45D885EA" w14:textId="77777777" w:rsidR="002A32EA" w:rsidRPr="004D46D7" w:rsidRDefault="002A32EA" w:rsidP="0026749B">
      <w:pPr>
        <w:spacing w:line="276" w:lineRule="auto"/>
        <w:rPr>
          <w:i/>
          <w:iCs/>
          <w:color w:val="auto"/>
          <w:sz w:val="24"/>
          <w:szCs w:val="24"/>
        </w:rPr>
      </w:pPr>
      <w:r w:rsidRPr="004D46D7">
        <w:rPr>
          <w:i/>
          <w:iCs/>
          <w:color w:val="auto"/>
          <w:sz w:val="24"/>
          <w:szCs w:val="24"/>
        </w:rPr>
        <w:t>Điểm tối đa của 01 câu hỏi là 1 điểm.</w:t>
      </w:r>
    </w:p>
    <w:p w14:paraId="1E96437E"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05A7F851"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17EDF01A"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1E20E386" w14:textId="77777777" w:rsidR="002A32EA" w:rsidRPr="004D46D7" w:rsidRDefault="002A32EA"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6EC5497E" w14:textId="77777777" w:rsidR="002A32EA" w:rsidRPr="004D46D7" w:rsidRDefault="002A32EA" w:rsidP="0026749B">
      <w:pPr>
        <w:tabs>
          <w:tab w:val="left" w:pos="720"/>
        </w:tabs>
        <w:spacing w:line="276" w:lineRule="auto"/>
        <w:jc w:val="both"/>
        <w:rPr>
          <w:b/>
          <w:bCs/>
          <w:color w:val="auto"/>
          <w:sz w:val="24"/>
          <w:szCs w:val="24"/>
          <w:lang w:val="sv-SE"/>
        </w:rPr>
      </w:pPr>
    </w:p>
    <w:p w14:paraId="21A1615C" w14:textId="77777777" w:rsidR="002A32EA" w:rsidRPr="004D46D7" w:rsidRDefault="002A32EA" w:rsidP="0026749B">
      <w:pPr>
        <w:tabs>
          <w:tab w:val="left" w:pos="720"/>
        </w:tabs>
        <w:spacing w:line="276" w:lineRule="auto"/>
        <w:jc w:val="both"/>
        <w:rPr>
          <w:b/>
          <w:bCs/>
          <w:color w:val="auto"/>
          <w:sz w:val="24"/>
          <w:szCs w:val="24"/>
          <w:lang w:val="sv-SE"/>
        </w:rPr>
      </w:pPr>
      <w:r w:rsidRPr="004D46D7">
        <w:rPr>
          <w:b/>
          <w:bCs/>
          <w:color w:val="auto"/>
          <w:sz w:val="24"/>
          <w:szCs w:val="24"/>
          <w:lang w:val="sv-SE"/>
        </w:rPr>
        <w:t xml:space="preserve">Câu 1: </w:t>
      </w:r>
      <w:r w:rsidRPr="004D46D7">
        <w:rPr>
          <w:color w:val="auto"/>
          <w:sz w:val="24"/>
          <w:szCs w:val="24"/>
          <w:lang w:val="fr-FR"/>
        </w:rPr>
        <w:t>Một lượng khí xác định có thể tích V = 100 cm</w:t>
      </w:r>
      <w:r w:rsidRPr="004D46D7">
        <w:rPr>
          <w:color w:val="auto"/>
          <w:sz w:val="24"/>
          <w:szCs w:val="24"/>
          <w:vertAlign w:val="superscript"/>
          <w:lang w:val="fr-FR"/>
        </w:rPr>
        <w:t>3</w:t>
      </w:r>
      <w:r w:rsidRPr="004D46D7">
        <w:rPr>
          <w:color w:val="auto"/>
          <w:sz w:val="24"/>
          <w:szCs w:val="24"/>
          <w:lang w:val="fr-FR"/>
        </w:rPr>
        <w:t xml:space="preserve">, nhiệt độ 27 </w:t>
      </w:r>
      <w:r w:rsidRPr="004D46D7">
        <w:rPr>
          <w:color w:val="auto"/>
          <w:sz w:val="24"/>
          <w:szCs w:val="24"/>
          <w:vertAlign w:val="superscript"/>
          <w:lang w:val="fr-FR"/>
        </w:rPr>
        <w:t>o</w:t>
      </w:r>
      <w:r w:rsidRPr="004D46D7">
        <w:rPr>
          <w:color w:val="auto"/>
          <w:sz w:val="24"/>
          <w:szCs w:val="24"/>
          <w:lang w:val="fr-FR"/>
        </w:rPr>
        <w:t>C và áp suất 10</w:t>
      </w:r>
      <w:r w:rsidRPr="004D46D7">
        <w:rPr>
          <w:color w:val="auto"/>
          <w:sz w:val="24"/>
          <w:szCs w:val="24"/>
          <w:vertAlign w:val="superscript"/>
          <w:lang w:val="fr-FR"/>
        </w:rPr>
        <w:t xml:space="preserve">5 </w:t>
      </w:r>
      <w:r w:rsidRPr="004D46D7">
        <w:rPr>
          <w:color w:val="auto"/>
          <w:sz w:val="24"/>
          <w:szCs w:val="24"/>
          <w:lang w:val="fr-FR"/>
        </w:rPr>
        <w:t xml:space="preserve">Pa. Biết ở điều kiện tiêu chuẩn (0 </w:t>
      </w:r>
      <w:r w:rsidRPr="004D46D7">
        <w:rPr>
          <w:color w:val="auto"/>
          <w:sz w:val="24"/>
          <w:szCs w:val="24"/>
          <w:vertAlign w:val="superscript"/>
          <w:lang w:val="fr-FR"/>
        </w:rPr>
        <w:t>o</w:t>
      </w:r>
      <w:r w:rsidRPr="004D46D7">
        <w:rPr>
          <w:color w:val="auto"/>
          <w:sz w:val="24"/>
          <w:szCs w:val="24"/>
          <w:lang w:val="fr-FR"/>
        </w:rPr>
        <w:t>C ; 1,013. 10</w:t>
      </w:r>
      <w:r w:rsidRPr="004D46D7">
        <w:rPr>
          <w:color w:val="auto"/>
          <w:sz w:val="24"/>
          <w:szCs w:val="24"/>
          <w:vertAlign w:val="superscript"/>
          <w:lang w:val="fr-FR"/>
        </w:rPr>
        <w:t xml:space="preserve">5 </w:t>
      </w:r>
      <w:r w:rsidRPr="004D46D7">
        <w:rPr>
          <w:color w:val="auto"/>
          <w:sz w:val="24"/>
          <w:szCs w:val="24"/>
          <w:lang w:val="fr-FR"/>
        </w:rPr>
        <w:t>Pa), 1 mol khí có thể tích bằng 22,4 lít.</w:t>
      </w:r>
    </w:p>
    <w:p w14:paraId="4720C031"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fr-FR"/>
        </w:rPr>
      </w:pPr>
      <w:r w:rsidRPr="004D46D7">
        <w:rPr>
          <w:rFonts w:ascii="Times New Roman" w:hAnsi="Times New Roman" w:cs="Times New Roman"/>
          <w:b/>
          <w:bCs/>
          <w:sz w:val="24"/>
          <w:szCs w:val="24"/>
          <w:lang w:val="sv-SE"/>
        </w:rPr>
        <w:t>a.</w:t>
      </w:r>
      <w:r w:rsidRPr="004D46D7">
        <w:rPr>
          <w:rFonts w:ascii="Times New Roman" w:hAnsi="Times New Roman" w:cs="Times New Roman"/>
          <w:sz w:val="24"/>
          <w:szCs w:val="24"/>
          <w:lang w:val="sv-SE"/>
        </w:rPr>
        <w:t xml:space="preserve"> Đưa khối khí về điều kiện tiêu chuẩn thì thể tích của nó bằng 92,7 cm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4E79F35D" w14:textId="77777777" w:rsidR="002A32EA" w:rsidRPr="004D46D7" w:rsidRDefault="002A32EA" w:rsidP="0026749B">
      <w:pPr>
        <w:pStyle w:val="ListParagraph"/>
        <w:spacing w:line="276" w:lineRule="auto"/>
        <w:ind w:left="0"/>
        <w:jc w:val="both"/>
        <w:rPr>
          <w:rFonts w:ascii="Times New Roman" w:hAnsi="Times New Roman" w:cs="Times New Roman"/>
          <w:sz w:val="24"/>
          <w:szCs w:val="24"/>
          <w:lang w:val="fr-FR"/>
        </w:rPr>
      </w:pPr>
      <w:r w:rsidRPr="004D46D7">
        <w:rPr>
          <w:rFonts w:ascii="Times New Roman" w:hAnsi="Times New Roman" w:cs="Times New Roman"/>
          <w:b/>
          <w:bCs/>
          <w:sz w:val="24"/>
          <w:szCs w:val="24"/>
        </w:rPr>
        <w:t>b.</w:t>
      </w:r>
      <w:r w:rsidRPr="004D46D7">
        <w:rPr>
          <w:rFonts w:ascii="Times New Roman" w:hAnsi="Times New Roman" w:cs="Times New Roman"/>
          <w:sz w:val="24"/>
          <w:szCs w:val="24"/>
        </w:rPr>
        <w:t xml:space="preserve"> </w:t>
      </w:r>
      <w:r w:rsidRPr="004D46D7">
        <w:rPr>
          <w:rFonts w:ascii="Times New Roman" w:hAnsi="Times New Roman" w:cs="Times New Roman"/>
          <w:sz w:val="24"/>
          <w:szCs w:val="24"/>
          <w:lang w:val="sv-SE"/>
        </w:rPr>
        <w:t xml:space="preserve">Nếu kết quả được làm tròn đến chữ số thứ ba sau dấu phẩy thập phân thì số mol của khối khí bằng 0,014 mol. </w:t>
      </w:r>
    </w:p>
    <w:p w14:paraId="377A0F47"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Từ trạng thái ban đầu, nén khí để thể tích giảm đi 20 cm</w:t>
      </w:r>
      <w:r w:rsidRPr="004D46D7">
        <w:rPr>
          <w:rFonts w:ascii="Times New Roman" w:hAnsi="Times New Roman" w:cs="Times New Roman"/>
          <w:sz w:val="24"/>
          <w:szCs w:val="24"/>
          <w:vertAlign w:val="superscript"/>
        </w:rPr>
        <w:t>3</w:t>
      </w:r>
      <w:r w:rsidRPr="004D46D7">
        <w:rPr>
          <w:rFonts w:ascii="Times New Roman" w:hAnsi="Times New Roman" w:cs="Times New Roman"/>
          <w:sz w:val="24"/>
          <w:szCs w:val="24"/>
        </w:rPr>
        <w:t xml:space="preserve">, nhiệt độ khí tăng lên đến 39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C</w:t>
      </w:r>
      <w:r w:rsidRPr="004D46D7">
        <w:rPr>
          <w:rFonts w:ascii="Times New Roman" w:hAnsi="Times New Roman" w:cs="Times New Roman"/>
          <w:sz w:val="24"/>
          <w:szCs w:val="24"/>
          <w:vertAlign w:val="superscript"/>
        </w:rPr>
        <w:t xml:space="preserve"> </w:t>
      </w:r>
      <w:r w:rsidRPr="004D46D7">
        <w:rPr>
          <w:rFonts w:ascii="Times New Roman" w:hAnsi="Times New Roman" w:cs="Times New Roman"/>
          <w:sz w:val="24"/>
          <w:szCs w:val="24"/>
        </w:rPr>
        <w:t>thì áp suất khí lúc này bằng 1,3.10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60A8DE1F" w14:textId="77777777" w:rsidR="002A32EA" w:rsidRPr="004D46D7" w:rsidRDefault="002A32EA" w:rsidP="0026749B">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Nếu </w:t>
      </w:r>
      <w:r w:rsidRPr="004D46D7">
        <w:rPr>
          <w:rFonts w:ascii="Times New Roman" w:hAnsi="Times New Roman" w:cs="Times New Roman"/>
          <w:sz w:val="24"/>
          <w:szCs w:val="24"/>
          <w:lang w:val="nl-NL"/>
        </w:rPr>
        <w:t xml:space="preserve">thể tích giảm bằng </w:t>
      </w:r>
      <w:r w:rsidRPr="004D46D7">
        <w:rPr>
          <w:rFonts w:ascii="Times New Roman" w:hAnsi="Times New Roman" w:cs="Times New Roman"/>
          <w:position w:val="-26"/>
          <w:sz w:val="24"/>
          <w:szCs w:val="24"/>
          <w:lang w:val="nl-NL"/>
        </w:rPr>
        <w:object w:dxaOrig="220" w:dyaOrig="680" w14:anchorId="76AC7415">
          <v:shape id="_x0000_i1029" type="#_x0000_t75" alt="" style="width:14.35pt;height:36.35pt" o:ole="">
            <v:imagedata r:id="rId23" o:title=""/>
          </v:shape>
          <o:OLEObject Type="Embed" ProgID="Equation.DSMT4" ShapeID="_x0000_i1029" DrawAspect="Content" ObjectID="_1789927741" r:id="rId24"/>
        </w:object>
      </w:r>
      <w:r w:rsidRPr="004D46D7">
        <w:rPr>
          <w:rFonts w:ascii="Times New Roman" w:hAnsi="Times New Roman" w:cs="Times New Roman"/>
          <w:sz w:val="24"/>
          <w:szCs w:val="24"/>
          <w:lang w:val="nl-NL"/>
        </w:rPr>
        <w:t xml:space="preserve"> thể tích ban đầu và áp suất tăng 20% so với áp suất ban đầu thì nhiệt độ của khối khí sau khi nén bằng </w:t>
      </w:r>
      <w:r w:rsidRPr="004D46D7">
        <w:rPr>
          <w:rFonts w:ascii="Times New Roman" w:hAnsi="Times New Roman" w:cs="Times New Roman"/>
          <w:position w:val="-12"/>
        </w:rPr>
        <w:object w:dxaOrig="920" w:dyaOrig="400" w14:anchorId="50EE3BBE">
          <v:shape id="_x0000_i1030" type="#_x0000_t75" style="width:46pt;height:20pt" o:ole="">
            <v:imagedata r:id="rId25" o:title=""/>
          </v:shape>
          <o:OLEObject Type="Embed" ProgID="Equation.DSMT4" ShapeID="_x0000_i1030" DrawAspect="Content" ObjectID="_1789927742" r:id="rId26"/>
        </w:object>
      </w:r>
      <w:r w:rsidRPr="004D46D7">
        <w:rPr>
          <w:rFonts w:ascii="Times New Roman" w:hAnsi="Times New Roman" w:cs="Times New Roman"/>
          <w:sz w:val="24"/>
          <w:szCs w:val="24"/>
          <w:lang w:val="nl-NL"/>
        </w:rPr>
        <w:t xml:space="preserve">.   </w:t>
      </w:r>
    </w:p>
    <w:p w14:paraId="495E4877" w14:textId="77777777" w:rsidR="002A32EA" w:rsidRPr="004D46D7" w:rsidRDefault="002A32EA" w:rsidP="0026749B">
      <w:pPr>
        <w:tabs>
          <w:tab w:val="left" w:pos="720"/>
        </w:tabs>
        <w:spacing w:line="276" w:lineRule="auto"/>
        <w:jc w:val="both"/>
        <w:rPr>
          <w:color w:val="auto"/>
          <w:sz w:val="24"/>
          <w:szCs w:val="24"/>
          <w:lang w:val="da-DK"/>
        </w:rPr>
      </w:pPr>
      <w:r w:rsidRPr="004D46D7">
        <w:rPr>
          <w:b/>
          <w:bCs/>
          <w:color w:val="auto"/>
          <w:sz w:val="24"/>
          <w:szCs w:val="24"/>
          <w:lang w:val="da-DK"/>
        </w:rPr>
        <w:t xml:space="preserve">Câu 2: </w:t>
      </w:r>
      <w:r w:rsidRPr="004D46D7">
        <w:rPr>
          <w:color w:val="auto"/>
          <w:sz w:val="24"/>
          <w:szCs w:val="24"/>
          <w:lang w:val="da-DK"/>
        </w:rPr>
        <w:t>Một xilanh hình trụ có chiều cao 55 cm, tiết diện 40 cm</w:t>
      </w:r>
      <w:r w:rsidRPr="004D46D7">
        <w:rPr>
          <w:color w:val="auto"/>
          <w:sz w:val="24"/>
          <w:szCs w:val="24"/>
          <w:vertAlign w:val="superscript"/>
          <w:lang w:val="da-DK"/>
        </w:rPr>
        <w:t>2</w:t>
      </w:r>
      <w:r w:rsidRPr="004D46D7">
        <w:rPr>
          <w:color w:val="auto"/>
          <w:sz w:val="24"/>
          <w:szCs w:val="24"/>
          <w:lang w:val="da-DK"/>
        </w:rPr>
        <w:t xml:space="preserve">, đặt thẳng đứng. Trong xi lanh có một pittong cách nhiệt cao 4,5 cm, có khối lượng 800 g. Pittong chia xi lanh thành hai phần, mỗi phần chứa cùng một lượng khí giống nhau. Khi nhiệt độ của khí trong hai phần xi lanh cùng bằng 27 </w:t>
      </w:r>
      <w:r w:rsidRPr="004D46D7">
        <w:rPr>
          <w:color w:val="auto"/>
          <w:sz w:val="24"/>
          <w:szCs w:val="24"/>
          <w:vertAlign w:val="superscript"/>
          <w:lang w:val="da-DK"/>
        </w:rPr>
        <w:t>o</w:t>
      </w:r>
      <w:r w:rsidRPr="004D46D7">
        <w:rPr>
          <w:color w:val="auto"/>
          <w:sz w:val="24"/>
          <w:szCs w:val="24"/>
          <w:lang w:val="da-DK"/>
        </w:rPr>
        <w:t>C thì đáy pittong cách đáy xi lanh 25 cm. Lấy g = 10 m/s</w:t>
      </w:r>
      <w:r w:rsidRPr="004D46D7">
        <w:rPr>
          <w:color w:val="auto"/>
          <w:sz w:val="24"/>
          <w:szCs w:val="24"/>
          <w:vertAlign w:val="superscript"/>
          <w:lang w:val="da-DK"/>
        </w:rPr>
        <w:t>2</w:t>
      </w:r>
      <w:r w:rsidRPr="004D46D7">
        <w:rPr>
          <w:color w:val="auto"/>
          <w:sz w:val="24"/>
          <w:szCs w:val="24"/>
          <w:lang w:val="da-DK"/>
        </w:rPr>
        <w:t>.</w:t>
      </w:r>
    </w:p>
    <w:p w14:paraId="410EEB13" w14:textId="77777777" w:rsidR="002A32EA" w:rsidRPr="004D46D7" w:rsidRDefault="002A32EA" w:rsidP="0026749B">
      <w:pPr>
        <w:rPr>
          <w:b/>
          <w:bCs/>
          <w:i/>
          <w:iCs/>
          <w:color w:val="C00000"/>
          <w:sz w:val="24"/>
          <w:szCs w:val="24"/>
        </w:rPr>
      </w:pPr>
      <w:r w:rsidRPr="004D46D7">
        <w:rPr>
          <w:noProof/>
          <w:color w:val="auto"/>
          <w:sz w:val="24"/>
          <w:szCs w:val="24"/>
        </w:rPr>
        <w:drawing>
          <wp:inline distT="0" distB="0" distL="0" distR="0" wp14:anchorId="5E76DA70" wp14:editId="10A6E28B">
            <wp:extent cx="1851082" cy="1995055"/>
            <wp:effectExtent l="0" t="0" r="0" b="5715"/>
            <wp:docPr id="1765517513"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17513" name="Hình ảnh 1" descr="n130 fb + zalo Thu Minh"/>
                    <pic:cNvPicPr/>
                  </pic:nvPicPr>
                  <pic:blipFill>
                    <a:blip r:embed="rId27">
                      <a:duotone>
                        <a:schemeClr val="accent2">
                          <a:shade val="45000"/>
                          <a:satMod val="135000"/>
                        </a:schemeClr>
                        <a:prstClr val="white"/>
                      </a:duotone>
                    </a:blip>
                    <a:stretch>
                      <a:fillRect/>
                    </a:stretch>
                  </pic:blipFill>
                  <pic:spPr>
                    <a:xfrm>
                      <a:off x="0" y="0"/>
                      <a:ext cx="1863476" cy="2008413"/>
                    </a:xfrm>
                    <a:prstGeom prst="rect">
                      <a:avLst/>
                    </a:prstGeom>
                  </pic:spPr>
                </pic:pic>
              </a:graphicData>
            </a:graphic>
          </wp:inline>
        </w:drawing>
      </w:r>
    </w:p>
    <w:p w14:paraId="745D1CAE"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Áp suất của pittong gây ra cho khí trong xi lanh bằng 1,5.10</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Pa.  </w:t>
      </w:r>
    </w:p>
    <w:p w14:paraId="332224D1"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Ban đầu, áp suất của phần khí phía trên bằng 2.10</w:t>
      </w:r>
      <w:r w:rsidRPr="004D46D7">
        <w:rPr>
          <w:rFonts w:ascii="Times New Roman" w:hAnsi="Times New Roman" w:cs="Times New Roman"/>
          <w:sz w:val="24"/>
          <w:szCs w:val="24"/>
          <w:vertAlign w:val="superscript"/>
        </w:rPr>
        <w:t>4</w:t>
      </w:r>
      <w:r w:rsidRPr="004D46D7">
        <w:rPr>
          <w:rFonts w:ascii="Times New Roman" w:hAnsi="Times New Roman" w:cs="Times New Roman"/>
          <w:sz w:val="24"/>
          <w:szCs w:val="24"/>
        </w:rPr>
        <w:t xml:space="preserve"> Pa.  </w:t>
      </w:r>
    </w:p>
    <w:p w14:paraId="3FEB2517" w14:textId="77777777" w:rsidR="002A32EA" w:rsidRPr="004D46D7" w:rsidRDefault="002A32EA" w:rsidP="0026749B">
      <w:pPr>
        <w:rPr>
          <w:i/>
          <w:iCs/>
          <w:color w:val="C00000"/>
          <w:sz w:val="24"/>
          <w:szCs w:val="24"/>
          <w:lang w:val="sv-SE"/>
        </w:rPr>
      </w:pPr>
      <w:r w:rsidRPr="004D46D7">
        <w:rPr>
          <w:b/>
          <w:bCs/>
          <w:color w:val="auto"/>
          <w:sz w:val="24"/>
          <w:szCs w:val="24"/>
        </w:rPr>
        <w:t xml:space="preserve">c. </w:t>
      </w:r>
      <w:r w:rsidRPr="004D46D7">
        <w:rPr>
          <w:color w:val="auto"/>
          <w:sz w:val="24"/>
          <w:szCs w:val="24"/>
        </w:rPr>
        <w:t xml:space="preserve">Phải hơ nóng phần khí phía dưới tới nhiệt độ 35 </w:t>
      </w:r>
      <w:r w:rsidRPr="004D46D7">
        <w:rPr>
          <w:color w:val="auto"/>
          <w:sz w:val="24"/>
          <w:szCs w:val="24"/>
          <w:vertAlign w:val="superscript"/>
        </w:rPr>
        <w:t>o</w:t>
      </w:r>
      <w:r w:rsidRPr="004D46D7">
        <w:rPr>
          <w:color w:val="auto"/>
          <w:sz w:val="24"/>
          <w:szCs w:val="24"/>
        </w:rPr>
        <w:t xml:space="preserve">C thì chiều cao hai phần chứa khí bằng nhau. Coi nhiệt độ phần trên không đổi.  </w:t>
      </w:r>
    </w:p>
    <w:p w14:paraId="3AFAC1EA"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Nếu hơ nóng phần khí phía dưới tới nhiệt độ 50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 xml:space="preserve">C thì pittong dịch chuyển lên trên 5 cm.  </w:t>
      </w:r>
    </w:p>
    <w:p w14:paraId="40EE10B0" w14:textId="77777777" w:rsidR="002A32EA" w:rsidRPr="004D46D7" w:rsidRDefault="002A32EA" w:rsidP="0026749B">
      <w:pPr>
        <w:tabs>
          <w:tab w:val="left" w:pos="720"/>
        </w:tabs>
        <w:spacing w:line="276" w:lineRule="auto"/>
        <w:jc w:val="both"/>
        <w:rPr>
          <w:b/>
          <w:bCs/>
          <w:color w:val="auto"/>
          <w:sz w:val="24"/>
          <w:szCs w:val="24"/>
          <w:lang w:val="da-DK"/>
        </w:rPr>
      </w:pPr>
      <w:r w:rsidRPr="004D46D7">
        <w:rPr>
          <w:b/>
          <w:bCs/>
          <w:color w:val="auto"/>
          <w:sz w:val="24"/>
          <w:szCs w:val="24"/>
          <w:lang w:val="da-DK"/>
        </w:rPr>
        <w:t xml:space="preserve">Câu 3: </w:t>
      </w:r>
      <w:r w:rsidRPr="004D46D7">
        <w:rPr>
          <w:rFonts w:eastAsia="Calibri"/>
          <w:color w:val="auto"/>
          <w:sz w:val="24"/>
          <w:szCs w:val="24"/>
          <w:lang w:val="fr-FR" w:eastAsia="en-ZW"/>
        </w:rPr>
        <w:t>Bóng thám không chứa khí hydrogen sẽ bị nổ khi thể tích tăng đến 39,5 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ở áp suất 27640 Pa. Một bóng thám không được thả vào không gian, có thể tích 15,8 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 xml:space="preserve">, ở nhiệt độ 27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 xml:space="preserve">C và áp suất 105000 Pa. Biết ở điều kiện tiêu chuẩn (0 </w:t>
      </w:r>
      <w:r w:rsidRPr="004D46D7">
        <w:rPr>
          <w:rFonts w:eastAsia="Calibri"/>
          <w:color w:val="auto"/>
          <w:sz w:val="24"/>
          <w:szCs w:val="24"/>
          <w:vertAlign w:val="superscript"/>
          <w:lang w:val="fr-FR" w:eastAsia="en-ZW"/>
        </w:rPr>
        <w:t>o</w:t>
      </w:r>
      <w:r w:rsidRPr="004D46D7">
        <w:rPr>
          <w:rFonts w:eastAsia="Calibri"/>
          <w:color w:val="auto"/>
          <w:sz w:val="24"/>
          <w:szCs w:val="24"/>
          <w:lang w:val="fr-FR" w:eastAsia="en-ZW"/>
        </w:rPr>
        <w:t>C, 101300 Pa), 1 mol khí có thể tích bằng 22,4 lít, khối lượng riêng của hydrogen bằng 0,09 kg/m</w:t>
      </w:r>
      <w:r w:rsidRPr="004D46D7">
        <w:rPr>
          <w:rFonts w:eastAsia="Calibri"/>
          <w:color w:val="auto"/>
          <w:sz w:val="24"/>
          <w:szCs w:val="24"/>
          <w:vertAlign w:val="superscript"/>
          <w:lang w:val="fr-FR" w:eastAsia="en-ZW"/>
        </w:rPr>
        <w:t>3</w:t>
      </w:r>
      <w:r w:rsidRPr="004D46D7">
        <w:rPr>
          <w:rFonts w:eastAsia="Calibri"/>
          <w:color w:val="auto"/>
          <w:sz w:val="24"/>
          <w:szCs w:val="24"/>
          <w:lang w:val="fr-FR" w:eastAsia="en-ZW"/>
        </w:rPr>
        <w:t>.</w:t>
      </w:r>
    </w:p>
    <w:p w14:paraId="0803123F" w14:textId="77777777" w:rsidR="002A32EA" w:rsidRPr="004D46D7" w:rsidRDefault="002A32EA" w:rsidP="0026749B">
      <w:pPr>
        <w:rPr>
          <w:b/>
          <w:bCs/>
          <w:color w:val="auto"/>
          <w:sz w:val="24"/>
          <w:szCs w:val="24"/>
          <w:lang w:val="sv-SE"/>
        </w:rPr>
      </w:pPr>
    </w:p>
    <w:p w14:paraId="78DFBA59" w14:textId="77777777" w:rsidR="002A32EA" w:rsidRPr="004D46D7" w:rsidRDefault="002A32EA" w:rsidP="0026749B">
      <w:pPr>
        <w:rPr>
          <w:b/>
          <w:bCs/>
          <w:color w:val="auto"/>
          <w:sz w:val="24"/>
          <w:szCs w:val="24"/>
          <w:lang w:val="sv-SE"/>
        </w:rPr>
      </w:pPr>
    </w:p>
    <w:p w14:paraId="39FCE2C4" w14:textId="77777777" w:rsidR="002A32EA" w:rsidRPr="004D46D7" w:rsidRDefault="002A32EA" w:rsidP="0026749B">
      <w:pPr>
        <w:rPr>
          <w:b/>
          <w:bCs/>
          <w:color w:val="auto"/>
          <w:sz w:val="24"/>
          <w:szCs w:val="24"/>
          <w:lang w:val="sv-SE"/>
        </w:rPr>
      </w:pPr>
    </w:p>
    <w:p w14:paraId="35944B8D" w14:textId="77777777" w:rsidR="002A32EA" w:rsidRPr="004D46D7" w:rsidRDefault="002A32EA" w:rsidP="0026749B">
      <w:pPr>
        <w:rPr>
          <w:b/>
          <w:bCs/>
          <w:color w:val="auto"/>
          <w:sz w:val="24"/>
          <w:szCs w:val="24"/>
          <w:lang w:val="sv-SE"/>
        </w:rPr>
      </w:pPr>
    </w:p>
    <w:p w14:paraId="15232B9A" w14:textId="77777777" w:rsidR="002A32EA" w:rsidRPr="004D46D7" w:rsidRDefault="002A32EA" w:rsidP="0026749B">
      <w:pPr>
        <w:rPr>
          <w:b/>
          <w:bCs/>
          <w:color w:val="auto"/>
          <w:sz w:val="24"/>
          <w:szCs w:val="24"/>
          <w:lang w:val="sv-SE"/>
        </w:rPr>
      </w:pPr>
    </w:p>
    <w:p w14:paraId="014C8273" w14:textId="77777777" w:rsidR="002A32EA" w:rsidRPr="004D46D7" w:rsidRDefault="00C507BD" w:rsidP="0026749B">
      <w:pPr>
        <w:rPr>
          <w:b/>
          <w:bCs/>
          <w:color w:val="auto"/>
          <w:sz w:val="24"/>
          <w:szCs w:val="24"/>
          <w:lang w:val="sv-SE"/>
        </w:rPr>
      </w:pPr>
      <w:r w:rsidRPr="004D46D7">
        <w:rPr>
          <w:noProof/>
          <w:color w:val="auto"/>
          <w:sz w:val="24"/>
          <w:szCs w:val="24"/>
        </w:rPr>
        <w:lastRenderedPageBreak/>
        <w:drawing>
          <wp:anchor distT="0" distB="0" distL="114300" distR="114300" simplePos="0" relativeHeight="251668480" behindDoc="0" locked="0" layoutInCell="1" allowOverlap="1" wp14:anchorId="6D4D9887" wp14:editId="54E16F6C">
            <wp:simplePos x="0" y="0"/>
            <wp:positionH relativeFrom="column">
              <wp:posOffset>2284369</wp:posOffset>
            </wp:positionH>
            <wp:positionV relativeFrom="paragraph">
              <wp:posOffset>-4445</wp:posOffset>
            </wp:positionV>
            <wp:extent cx="952341" cy="1453907"/>
            <wp:effectExtent l="0" t="0" r="635" b="0"/>
            <wp:wrapNone/>
            <wp:docPr id="230632338" name="Hình ảnh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632338" name="Hình ảnh 81" descr="n130 fb + zalo Thu Minh"/>
                    <pic:cNvPicPr>
                      <a:picLocks noChangeAspect="1" noChangeArrowheads="1"/>
                    </pic:cNvPicPr>
                  </pic:nvPicPr>
                  <pic:blipFill rotWithShape="1">
                    <a:blip r:embed="rId28">
                      <a:extLst>
                        <a:ext uri="{28A0092B-C50C-407E-A947-70E740481C1C}">
                          <a14:useLocalDpi xmlns:a14="http://schemas.microsoft.com/office/drawing/2010/main" val="0"/>
                        </a:ext>
                      </a:extLst>
                    </a:blip>
                    <a:srcRect l="16289" t="9517" r="23920" b="21997"/>
                    <a:stretch/>
                  </pic:blipFill>
                  <pic:spPr bwMode="auto">
                    <a:xfrm>
                      <a:off x="0" y="0"/>
                      <a:ext cx="952341" cy="14539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351E89" w14:textId="77777777" w:rsidR="002A32EA" w:rsidRPr="004D46D7" w:rsidRDefault="002A32EA" w:rsidP="0026749B">
      <w:pPr>
        <w:rPr>
          <w:b/>
          <w:bCs/>
          <w:color w:val="auto"/>
          <w:sz w:val="24"/>
          <w:szCs w:val="24"/>
          <w:lang w:val="sv-SE"/>
        </w:rPr>
      </w:pPr>
    </w:p>
    <w:p w14:paraId="63E166C7" w14:textId="77777777" w:rsidR="002A32EA" w:rsidRPr="004D46D7" w:rsidRDefault="002A32EA" w:rsidP="0026749B">
      <w:pPr>
        <w:rPr>
          <w:b/>
          <w:bCs/>
          <w:color w:val="auto"/>
          <w:sz w:val="24"/>
          <w:szCs w:val="24"/>
          <w:lang w:val="sv-SE"/>
        </w:rPr>
      </w:pPr>
    </w:p>
    <w:p w14:paraId="5930D328" w14:textId="77777777" w:rsidR="002A32EA" w:rsidRPr="004D46D7" w:rsidRDefault="002A32EA" w:rsidP="0026749B">
      <w:pPr>
        <w:rPr>
          <w:b/>
          <w:bCs/>
          <w:color w:val="auto"/>
          <w:sz w:val="24"/>
          <w:szCs w:val="24"/>
          <w:lang w:val="sv-SE"/>
        </w:rPr>
      </w:pPr>
    </w:p>
    <w:p w14:paraId="412190D4" w14:textId="77777777" w:rsidR="002A32EA" w:rsidRPr="004D46D7" w:rsidRDefault="002A32EA" w:rsidP="0026749B">
      <w:pPr>
        <w:rPr>
          <w:b/>
          <w:bCs/>
          <w:color w:val="auto"/>
          <w:sz w:val="24"/>
          <w:szCs w:val="24"/>
          <w:lang w:val="sv-SE"/>
        </w:rPr>
      </w:pPr>
    </w:p>
    <w:p w14:paraId="3FBDF30D" w14:textId="77777777" w:rsidR="002A32EA" w:rsidRPr="004D46D7" w:rsidRDefault="002A32EA" w:rsidP="0026749B">
      <w:pPr>
        <w:rPr>
          <w:b/>
          <w:bCs/>
          <w:color w:val="auto"/>
          <w:sz w:val="24"/>
          <w:szCs w:val="24"/>
          <w:lang w:val="sv-SE"/>
        </w:rPr>
      </w:pPr>
    </w:p>
    <w:p w14:paraId="752211FC" w14:textId="77777777" w:rsidR="002A32EA" w:rsidRPr="004D46D7" w:rsidRDefault="002A32EA" w:rsidP="0026749B">
      <w:pPr>
        <w:rPr>
          <w:b/>
          <w:bCs/>
          <w:color w:val="auto"/>
          <w:sz w:val="24"/>
          <w:szCs w:val="24"/>
          <w:lang w:val="sv-SE"/>
        </w:rPr>
      </w:pPr>
    </w:p>
    <w:p w14:paraId="3718EFB3"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52B0894E"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59906906" w14:textId="77777777" w:rsidR="00C507BD" w:rsidRPr="004D46D7" w:rsidRDefault="00C507BD" w:rsidP="0026749B">
      <w:pPr>
        <w:pStyle w:val="ListParagraph"/>
        <w:spacing w:line="276" w:lineRule="auto"/>
        <w:ind w:left="0"/>
        <w:jc w:val="both"/>
        <w:rPr>
          <w:rFonts w:ascii="Times New Roman" w:hAnsi="Times New Roman" w:cs="Times New Roman"/>
          <w:b/>
          <w:bCs/>
          <w:sz w:val="24"/>
          <w:szCs w:val="24"/>
          <w:lang w:val="sv-SE"/>
        </w:rPr>
      </w:pPr>
    </w:p>
    <w:p w14:paraId="1419F668"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Thể tích của bóng ở điều kiện tiêu chuẩn </w:t>
      </w:r>
      <w:r w:rsidRPr="004D46D7">
        <w:rPr>
          <w:rFonts w:ascii="Times New Roman" w:hAnsi="Times New Roman" w:cs="Times New Roman"/>
          <w:sz w:val="24"/>
          <w:szCs w:val="24"/>
          <w:lang w:val="da-DK"/>
        </w:rPr>
        <w:t>xấp xỉ</w:t>
      </w:r>
      <w:r w:rsidRPr="004D46D7">
        <w:rPr>
          <w:rFonts w:ascii="Times New Roman" w:hAnsi="Times New Roman" w:cs="Times New Roman"/>
          <w:sz w:val="24"/>
          <w:szCs w:val="24"/>
          <w:lang w:val="sv-SE"/>
        </w:rPr>
        <w:t xml:space="preserve"> bằng 17,8 m</w:t>
      </w:r>
      <w:r w:rsidRPr="004D46D7">
        <w:rPr>
          <w:rFonts w:ascii="Times New Roman" w:hAnsi="Times New Roman" w:cs="Times New Roman"/>
          <w:sz w:val="24"/>
          <w:szCs w:val="24"/>
          <w:vertAlign w:val="superscript"/>
          <w:lang w:val="sv-SE"/>
        </w:rPr>
        <w:t xml:space="preserve">3  </w:t>
      </w:r>
      <w:r w:rsidR="00F1606F" w:rsidRPr="004D46D7">
        <w:rPr>
          <w:rFonts w:ascii="Times New Roman" w:hAnsi="Times New Roman" w:cs="Times New Roman"/>
          <w:sz w:val="24"/>
          <w:szCs w:val="24"/>
          <w:vertAlign w:val="superscript"/>
          <w:lang w:val="sv-SE"/>
        </w:rPr>
        <w:t xml:space="preserve">  </w:t>
      </w:r>
    </w:p>
    <w:p w14:paraId="430EA47C"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da-DK"/>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Khối lượng của khí</w:t>
      </w:r>
      <w:r w:rsidRPr="004D46D7">
        <w:rPr>
          <w:rFonts w:ascii="Times New Roman" w:hAnsi="Times New Roman" w:cs="Times New Roman"/>
          <w:b/>
          <w:bCs/>
          <w:sz w:val="24"/>
          <w:szCs w:val="24"/>
        </w:rPr>
        <w:t xml:space="preserve"> </w:t>
      </w:r>
      <w:r w:rsidRPr="004D46D7">
        <w:rPr>
          <w:rFonts w:ascii="Times New Roman" w:eastAsia="Calibri" w:hAnsi="Times New Roman" w:cs="Times New Roman"/>
          <w:sz w:val="24"/>
          <w:szCs w:val="24"/>
          <w:lang w:val="fr-FR" w:eastAsia="en-ZW"/>
        </w:rPr>
        <w:t xml:space="preserve">hydrogen trong bóng xấp xỉ bằng 1,34 kg  </w:t>
      </w:r>
      <w:r w:rsidR="00F1606F" w:rsidRPr="004D46D7">
        <w:rPr>
          <w:rFonts w:ascii="Times New Roman" w:eastAsia="Calibri" w:hAnsi="Times New Roman" w:cs="Times New Roman"/>
          <w:sz w:val="24"/>
          <w:szCs w:val="24"/>
          <w:lang w:val="fr-FR" w:eastAsia="en-ZW"/>
        </w:rPr>
        <w:t xml:space="preserve"> </w:t>
      </w:r>
    </w:p>
    <w:p w14:paraId="23C9056F" w14:textId="77777777" w:rsidR="002A32EA" w:rsidRPr="004D46D7" w:rsidRDefault="002A32EA"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Khi bóng lên cao, ở nhiệt độ 7 </w:t>
      </w:r>
      <w:r w:rsidRPr="004D46D7">
        <w:rPr>
          <w:rFonts w:ascii="Times New Roman" w:hAnsi="Times New Roman" w:cs="Times New Roman"/>
          <w:sz w:val="24"/>
          <w:szCs w:val="24"/>
          <w:vertAlign w:val="superscript"/>
        </w:rPr>
        <w:t>o</w:t>
      </w:r>
      <w:r w:rsidRPr="004D46D7">
        <w:rPr>
          <w:rFonts w:ascii="Times New Roman" w:hAnsi="Times New Roman" w:cs="Times New Roman"/>
          <w:sz w:val="24"/>
          <w:szCs w:val="24"/>
        </w:rPr>
        <w:t xml:space="preserve">C và áp suất 67000 Pa thì thể tích của bóng xấp xỉ bằng 23,1 </w:t>
      </w:r>
      <w:r w:rsidRPr="004D46D7">
        <w:rPr>
          <w:rFonts w:ascii="Times New Roman" w:hAnsi="Times New Roman" w:cs="Times New Roman"/>
          <w:sz w:val="24"/>
          <w:szCs w:val="24"/>
          <w:lang w:val="sv-SE"/>
        </w:rPr>
        <w:t>m</w:t>
      </w:r>
      <w:r w:rsidRPr="004D46D7">
        <w:rPr>
          <w:rFonts w:ascii="Times New Roman" w:hAnsi="Times New Roman" w:cs="Times New Roman"/>
          <w:sz w:val="24"/>
          <w:szCs w:val="24"/>
          <w:vertAlign w:val="superscript"/>
          <w:lang w:val="sv-SE"/>
        </w:rPr>
        <w:t xml:space="preserve">3 </w:t>
      </w:r>
      <w:r w:rsidR="00F1606F" w:rsidRPr="004D46D7">
        <w:rPr>
          <w:rFonts w:ascii="Times New Roman" w:hAnsi="Times New Roman" w:cs="Times New Roman"/>
          <w:sz w:val="24"/>
          <w:szCs w:val="24"/>
          <w:vertAlign w:val="superscript"/>
          <w:lang w:val="sv-SE"/>
        </w:rPr>
        <w:t xml:space="preserve"> </w:t>
      </w:r>
    </w:p>
    <w:p w14:paraId="71E24BBD" w14:textId="77777777" w:rsidR="002A32EA" w:rsidRPr="004D46D7" w:rsidRDefault="002A32EA" w:rsidP="0026749B">
      <w:pPr>
        <w:rPr>
          <w:i/>
          <w:iCs/>
          <w:color w:val="C00000"/>
          <w:sz w:val="24"/>
          <w:szCs w:val="24"/>
          <w:lang w:val="sv-SE"/>
        </w:rPr>
      </w:pPr>
      <w:r w:rsidRPr="004D46D7">
        <w:rPr>
          <w:b/>
          <w:bCs/>
          <w:color w:val="auto"/>
          <w:sz w:val="24"/>
          <w:szCs w:val="24"/>
        </w:rPr>
        <w:t xml:space="preserve">d. </w:t>
      </w:r>
      <w:r w:rsidRPr="004D46D7">
        <w:rPr>
          <w:color w:val="auto"/>
          <w:sz w:val="24"/>
          <w:szCs w:val="24"/>
        </w:rPr>
        <w:t xml:space="preserve">Nhiệt độ khi bóng bị nổ xấp xỉ bằng -52 </w:t>
      </w:r>
      <w:r w:rsidRPr="004D46D7">
        <w:rPr>
          <w:color w:val="auto"/>
          <w:sz w:val="24"/>
          <w:szCs w:val="24"/>
          <w:vertAlign w:val="superscript"/>
        </w:rPr>
        <w:t>o</w:t>
      </w:r>
      <w:r w:rsidRPr="004D46D7">
        <w:rPr>
          <w:color w:val="auto"/>
          <w:sz w:val="24"/>
          <w:szCs w:val="24"/>
        </w:rPr>
        <w:t xml:space="preserve">C  </w:t>
      </w:r>
      <w:r w:rsidR="00F1606F" w:rsidRPr="004D46D7">
        <w:rPr>
          <w:color w:val="auto"/>
          <w:sz w:val="24"/>
          <w:szCs w:val="24"/>
        </w:rPr>
        <w:t xml:space="preserve"> </w:t>
      </w:r>
      <w:r w:rsidRPr="004D46D7">
        <w:rPr>
          <w:color w:val="auto"/>
          <w:sz w:val="24"/>
          <w:szCs w:val="24"/>
        </w:rPr>
        <w:t xml:space="preserve"> </w:t>
      </w:r>
    </w:p>
    <w:p w14:paraId="11807864" w14:textId="77777777" w:rsidR="002A32EA" w:rsidRPr="004D46D7" w:rsidRDefault="002A32EA" w:rsidP="0026749B">
      <w:pPr>
        <w:rPr>
          <w:color w:val="auto"/>
          <w:sz w:val="24"/>
          <w:szCs w:val="24"/>
          <w:lang w:val="sv-SE"/>
        </w:rPr>
      </w:pPr>
    </w:p>
    <w:p w14:paraId="08974902" w14:textId="77777777" w:rsidR="002A32EA" w:rsidRPr="004D46D7" w:rsidRDefault="002A32EA" w:rsidP="0026749B">
      <w:pPr>
        <w:tabs>
          <w:tab w:val="left" w:pos="720"/>
        </w:tabs>
        <w:spacing w:line="276" w:lineRule="auto"/>
        <w:rPr>
          <w:color w:val="auto"/>
          <w:sz w:val="24"/>
          <w:szCs w:val="24"/>
          <w:lang w:val="da-DK"/>
        </w:rPr>
      </w:pPr>
      <w:r w:rsidRPr="004D46D7">
        <w:rPr>
          <w:b/>
          <w:bCs/>
          <w:color w:val="auto"/>
          <w:sz w:val="24"/>
          <w:szCs w:val="24"/>
          <w:lang w:val="da-DK"/>
        </w:rPr>
        <w:t xml:space="preserve">Câu 4: </w:t>
      </w:r>
      <w:r w:rsidRPr="004D46D7">
        <w:rPr>
          <w:color w:val="auto"/>
          <w:sz w:val="24"/>
          <w:szCs w:val="24"/>
          <w:lang w:val="da-DK"/>
        </w:rPr>
        <w:t xml:space="preserve">Cho 16 g khí oxygen biến đổi trạng thái theo đồ thị dưới đây. Ở trạng thái (1), khối khí có nhiệt độ 27 </w:t>
      </w:r>
      <w:r w:rsidRPr="004D46D7">
        <w:rPr>
          <w:color w:val="auto"/>
          <w:sz w:val="24"/>
          <w:szCs w:val="24"/>
          <w:vertAlign w:val="superscript"/>
          <w:lang w:val="da-DK"/>
        </w:rPr>
        <w:t>o</w:t>
      </w:r>
      <w:r w:rsidRPr="004D46D7">
        <w:rPr>
          <w:color w:val="auto"/>
          <w:sz w:val="24"/>
          <w:szCs w:val="24"/>
          <w:lang w:val="da-DK"/>
        </w:rPr>
        <w:t>C. Biết nhiệt dung riêng đẳng tích và đẳng áp của khí oxygen lần lượt bằng 657 J/kg.K và 920 J/kg.K.</w:t>
      </w:r>
    </w:p>
    <w:p w14:paraId="2ED87971" w14:textId="77777777" w:rsidR="002A32EA" w:rsidRPr="004D46D7" w:rsidRDefault="002A32EA" w:rsidP="0026749B">
      <w:pPr>
        <w:rPr>
          <w:b/>
          <w:bCs/>
          <w:i/>
          <w:iCs/>
          <w:color w:val="C00000"/>
          <w:sz w:val="24"/>
          <w:szCs w:val="24"/>
        </w:rPr>
      </w:pPr>
      <w:r w:rsidRPr="004D46D7">
        <w:rPr>
          <w:noProof/>
          <w:color w:val="auto"/>
          <w:sz w:val="24"/>
          <w:szCs w:val="24"/>
        </w:rPr>
        <w:drawing>
          <wp:inline distT="0" distB="0" distL="0" distR="0" wp14:anchorId="677C7027" wp14:editId="2BE773EB">
            <wp:extent cx="1801139" cy="1348740"/>
            <wp:effectExtent l="0" t="0" r="8890" b="3810"/>
            <wp:docPr id="986330898"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330898" name="Hình ảnh 1" descr="n130 fb + zalo Thu Minh"/>
                    <pic:cNvPicPr/>
                  </pic:nvPicPr>
                  <pic:blipFill>
                    <a:blip r:embed="rId29"/>
                    <a:stretch>
                      <a:fillRect/>
                    </a:stretch>
                  </pic:blipFill>
                  <pic:spPr>
                    <a:xfrm>
                      <a:off x="0" y="0"/>
                      <a:ext cx="1803894" cy="1350803"/>
                    </a:xfrm>
                    <a:prstGeom prst="rect">
                      <a:avLst/>
                    </a:prstGeom>
                  </pic:spPr>
                </pic:pic>
              </a:graphicData>
            </a:graphic>
          </wp:inline>
        </w:drawing>
      </w:r>
    </w:p>
    <w:p w14:paraId="41B7A1DE" w14:textId="77777777" w:rsidR="002A32EA" w:rsidRPr="004D46D7" w:rsidRDefault="002A32EA" w:rsidP="0026749B">
      <w:pPr>
        <w:rPr>
          <w:b/>
          <w:bCs/>
          <w:color w:val="auto"/>
          <w:sz w:val="24"/>
          <w:szCs w:val="24"/>
          <w:lang w:val="sv-SE"/>
        </w:rPr>
      </w:pPr>
    </w:p>
    <w:p w14:paraId="3CC995DE" w14:textId="77777777" w:rsidR="002A32EA" w:rsidRPr="004D46D7" w:rsidRDefault="002A32EA" w:rsidP="0026749B">
      <w:pPr>
        <w:rPr>
          <w:color w:val="auto"/>
          <w:sz w:val="24"/>
          <w:szCs w:val="24"/>
          <w:lang w:val="sv-SE"/>
        </w:rPr>
      </w:pPr>
      <w:r w:rsidRPr="004D46D7">
        <w:rPr>
          <w:b/>
          <w:bCs/>
          <w:color w:val="auto"/>
          <w:sz w:val="24"/>
          <w:szCs w:val="24"/>
          <w:lang w:val="sv-SE"/>
        </w:rPr>
        <w:t xml:space="preserve">a. </w:t>
      </w:r>
      <w:r w:rsidRPr="004D46D7">
        <w:rPr>
          <w:color w:val="auto"/>
          <w:sz w:val="24"/>
          <w:szCs w:val="24"/>
          <w:lang w:val="sv-SE"/>
        </w:rPr>
        <w:t xml:space="preserve">Trong quá trình biến đổi từ trạng thái (1) sang trạng thái (2), khối khí nhận một công bằng 27 J.  </w:t>
      </w:r>
    </w:p>
    <w:p w14:paraId="1C8745C9" w14:textId="77777777" w:rsidR="002A32EA" w:rsidRPr="004D46D7" w:rsidRDefault="002A32EA" w:rsidP="0026749B">
      <w:pPr>
        <w:rPr>
          <w:i/>
          <w:iCs/>
          <w:color w:val="C00000"/>
          <w:sz w:val="24"/>
          <w:szCs w:val="24"/>
          <w:lang w:val="da-DK"/>
        </w:rPr>
      </w:pPr>
      <w:r w:rsidRPr="004D46D7">
        <w:rPr>
          <w:b/>
          <w:bCs/>
          <w:color w:val="auto"/>
          <w:sz w:val="24"/>
          <w:szCs w:val="24"/>
        </w:rPr>
        <w:t xml:space="preserve">b. </w:t>
      </w:r>
      <w:r w:rsidRPr="004D46D7">
        <w:rPr>
          <w:color w:val="auto"/>
          <w:sz w:val="24"/>
          <w:szCs w:val="24"/>
          <w:lang w:val="sv-SE"/>
        </w:rPr>
        <w:t xml:space="preserve">Trong quá trình biến đổi từ trạng thái (1) sang trạng thái (2), khối khí nhận một nhiệt lượng bằng 3412 J. </w:t>
      </w:r>
    </w:p>
    <w:p w14:paraId="0C8CE539" w14:textId="77777777" w:rsidR="002A32EA" w:rsidRPr="004D46D7" w:rsidRDefault="002A32EA" w:rsidP="0026749B">
      <w:pPr>
        <w:rPr>
          <w:i/>
          <w:iCs/>
          <w:color w:val="C00000"/>
          <w:sz w:val="24"/>
          <w:szCs w:val="24"/>
          <w:lang w:val="da-DK"/>
        </w:rPr>
      </w:pPr>
      <w:r w:rsidRPr="004D46D7">
        <w:rPr>
          <w:b/>
          <w:bCs/>
          <w:color w:val="auto"/>
          <w:sz w:val="24"/>
          <w:szCs w:val="24"/>
        </w:rPr>
        <w:t xml:space="preserve">c. </w:t>
      </w:r>
      <w:r w:rsidRPr="004D46D7">
        <w:rPr>
          <w:color w:val="auto"/>
          <w:sz w:val="24"/>
          <w:szCs w:val="24"/>
          <w:lang w:val="sv-SE"/>
        </w:rPr>
        <w:t xml:space="preserve">Trong quá trình biến đổi từ trạng thái (2) sang trạng thái (3), khối khí nhận một nhiệt lượng bằng 3520,75 J. </w:t>
      </w:r>
    </w:p>
    <w:p w14:paraId="14426DD6" w14:textId="77777777" w:rsidR="005B4CBC" w:rsidRPr="004D46D7" w:rsidRDefault="002A32EA" w:rsidP="0026749B">
      <w:pPr>
        <w:pStyle w:val="ListParagraph"/>
        <w:spacing w:line="276" w:lineRule="auto"/>
        <w:ind w:left="0"/>
        <w:jc w:val="both"/>
        <w:rPr>
          <w:rFonts w:ascii="Times New Roman" w:hAnsi="Times New Roman" w:cs="Times New Roman"/>
          <w:i/>
          <w:iCs/>
          <w:color w:val="C00000"/>
          <w:sz w:val="24"/>
          <w:szCs w:val="24"/>
          <w:lang w:val="da-DK"/>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da-DK"/>
        </w:rPr>
        <w:t xml:space="preserve">Độ biến thiên nội năng của khối khí khi biến đổi từ trạng thái </w:t>
      </w:r>
      <w:r w:rsidRPr="004D46D7">
        <w:rPr>
          <w:rFonts w:ascii="Times New Roman" w:hAnsi="Times New Roman" w:cs="Times New Roman"/>
          <w:sz w:val="24"/>
          <w:szCs w:val="24"/>
          <w:lang w:val="sv-SE"/>
        </w:rPr>
        <w:t xml:space="preserve">(1) sang trạng thái (3) bằng 5688,88 J.  </w:t>
      </w:r>
    </w:p>
    <w:p w14:paraId="537C7213" w14:textId="77777777" w:rsidR="005B4CBC" w:rsidRPr="004D46D7" w:rsidRDefault="005B4CBC" w:rsidP="0026749B">
      <w:pPr>
        <w:spacing w:after="160" w:line="259" w:lineRule="auto"/>
        <w:rPr>
          <w:i/>
          <w:iCs/>
          <w:color w:val="C00000"/>
          <w:sz w:val="24"/>
          <w:szCs w:val="24"/>
          <w:lang w:val="da-DK"/>
        </w:rPr>
      </w:pPr>
      <w:r w:rsidRPr="004D46D7">
        <w:rPr>
          <w:i/>
          <w:iCs/>
          <w:color w:val="C00000"/>
          <w:sz w:val="24"/>
          <w:szCs w:val="24"/>
          <w:lang w:val="da-DK"/>
        </w:rPr>
        <w:br w:type="page"/>
      </w:r>
    </w:p>
    <w:p w14:paraId="683119BE" w14:textId="77777777" w:rsidR="005B4CBC" w:rsidRPr="004D46D7" w:rsidRDefault="005B4CBC" w:rsidP="0026749B">
      <w:pPr>
        <w:spacing w:line="276" w:lineRule="auto"/>
        <w:jc w:val="both"/>
        <w:rPr>
          <w:b/>
          <w:bCs/>
          <w:color w:val="C00000"/>
          <w:sz w:val="24"/>
          <w:szCs w:val="24"/>
        </w:rPr>
      </w:pPr>
      <w:r w:rsidRPr="004D46D7">
        <w:rPr>
          <w:b/>
          <w:bCs/>
          <w:color w:val="C00000"/>
          <w:sz w:val="24"/>
          <w:szCs w:val="24"/>
        </w:rPr>
        <w:lastRenderedPageBreak/>
        <w:t>3. Câu trắc nghiệm trả lời ngắn ( 1,5 điểm )</w:t>
      </w:r>
    </w:p>
    <w:p w14:paraId="3EB57BDE" w14:textId="77777777" w:rsidR="005B4CBC" w:rsidRPr="004D46D7" w:rsidRDefault="005B4CBC"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535DD86D" w14:textId="77777777" w:rsidR="005B4CBC" w:rsidRPr="004D46D7" w:rsidRDefault="005B4CBC"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5244B333" w14:textId="77777777" w:rsidR="005B4CBC" w:rsidRPr="004D46D7" w:rsidRDefault="005B4CBC" w:rsidP="0026749B">
      <w:pPr>
        <w:spacing w:line="276" w:lineRule="auto"/>
        <w:contextualSpacing/>
        <w:jc w:val="both"/>
        <w:rPr>
          <w:rFonts w:eastAsiaTheme="minorHAnsi"/>
          <w:color w:val="auto"/>
          <w:sz w:val="24"/>
          <w:szCs w:val="24"/>
          <w:lang w:val="nl-NL"/>
        </w:rPr>
      </w:pPr>
      <w:r w:rsidRPr="004D46D7">
        <w:rPr>
          <w:rFonts w:eastAsiaTheme="minorHAnsi"/>
          <w:b/>
          <w:color w:val="auto"/>
          <w:sz w:val="24"/>
          <w:szCs w:val="24"/>
          <w:lang w:val="pt-BR"/>
        </w:rPr>
        <w:t>Câu 1:</w:t>
      </w:r>
      <w:r w:rsidRPr="004D46D7">
        <w:rPr>
          <w:rFonts w:eastAsiaTheme="minorHAnsi"/>
          <w:bCs/>
          <w:color w:val="auto"/>
          <w:sz w:val="24"/>
          <w:szCs w:val="24"/>
          <w:lang w:val="pt-BR"/>
        </w:rPr>
        <w:t xml:space="preserve"> </w:t>
      </w:r>
      <w:r w:rsidRPr="004D46D7">
        <w:rPr>
          <w:rFonts w:eastAsiaTheme="minorHAnsi"/>
          <w:color w:val="auto"/>
          <w:sz w:val="24"/>
          <w:szCs w:val="24"/>
          <w:lang w:val="nl-NL"/>
        </w:rPr>
        <w:t xml:space="preserve">Trước khi nén, hỗn hợp khí trong xilanh của động cơ có áp suất 1 atm, ở nhiệt độ 47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C và thể tích 30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Sau khi nén, thể tích giảm còn 4 cm</w:t>
      </w:r>
      <w:r w:rsidRPr="004D46D7">
        <w:rPr>
          <w:rFonts w:eastAsiaTheme="minorHAnsi"/>
          <w:color w:val="auto"/>
          <w:sz w:val="24"/>
          <w:szCs w:val="24"/>
          <w:vertAlign w:val="superscript"/>
          <w:lang w:val="nl-NL"/>
        </w:rPr>
        <w:t>3</w:t>
      </w:r>
      <w:r w:rsidRPr="004D46D7">
        <w:rPr>
          <w:rFonts w:eastAsiaTheme="minorHAnsi"/>
          <w:color w:val="auto"/>
          <w:sz w:val="24"/>
          <w:szCs w:val="24"/>
          <w:lang w:val="nl-NL"/>
        </w:rPr>
        <w:t xml:space="preserve"> và áp suất là 15 atm. Nhiệt độ sau khi nén bằng bao nhiêu </w:t>
      </w:r>
      <w:r w:rsidRPr="004D46D7">
        <w:rPr>
          <w:rFonts w:eastAsiaTheme="minorHAnsi"/>
          <w:color w:val="auto"/>
          <w:sz w:val="24"/>
          <w:szCs w:val="24"/>
          <w:vertAlign w:val="superscript"/>
          <w:lang w:val="nl-NL"/>
        </w:rPr>
        <w:t>0</w:t>
      </w:r>
      <w:r w:rsidRPr="004D46D7">
        <w:rPr>
          <w:rFonts w:eastAsiaTheme="minorHAnsi"/>
          <w:color w:val="auto"/>
          <w:sz w:val="24"/>
          <w:szCs w:val="24"/>
          <w:lang w:val="nl-NL"/>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357C3A6F" w14:textId="77777777" w:rsidTr="00F52A3D">
        <w:trPr>
          <w:trHeight w:val="359"/>
        </w:trPr>
        <w:tc>
          <w:tcPr>
            <w:tcW w:w="1274" w:type="dxa"/>
          </w:tcPr>
          <w:p w14:paraId="309B910E"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B18A4A5" w14:textId="77777777" w:rsidR="005B4CBC" w:rsidRPr="004D46D7" w:rsidRDefault="005B4CBC" w:rsidP="0026749B">
            <w:pPr>
              <w:tabs>
                <w:tab w:val="left" w:pos="720"/>
              </w:tabs>
              <w:spacing w:line="276" w:lineRule="auto"/>
              <w:rPr>
                <w:b/>
                <w:bCs/>
                <w:color w:val="auto"/>
                <w:sz w:val="24"/>
                <w:szCs w:val="24"/>
              </w:rPr>
            </w:pPr>
          </w:p>
        </w:tc>
        <w:tc>
          <w:tcPr>
            <w:tcW w:w="426" w:type="dxa"/>
          </w:tcPr>
          <w:p w14:paraId="5B71309F" w14:textId="77777777" w:rsidR="005B4CBC" w:rsidRPr="004D46D7" w:rsidRDefault="005B4CBC" w:rsidP="0026749B">
            <w:pPr>
              <w:tabs>
                <w:tab w:val="left" w:pos="720"/>
              </w:tabs>
              <w:spacing w:line="276" w:lineRule="auto"/>
              <w:rPr>
                <w:b/>
                <w:bCs/>
                <w:color w:val="auto"/>
                <w:sz w:val="24"/>
                <w:szCs w:val="24"/>
              </w:rPr>
            </w:pPr>
          </w:p>
        </w:tc>
        <w:tc>
          <w:tcPr>
            <w:tcW w:w="425" w:type="dxa"/>
          </w:tcPr>
          <w:p w14:paraId="20632612" w14:textId="77777777" w:rsidR="005B4CBC" w:rsidRPr="004D46D7" w:rsidRDefault="005B4CBC" w:rsidP="0026749B">
            <w:pPr>
              <w:tabs>
                <w:tab w:val="left" w:pos="720"/>
              </w:tabs>
              <w:spacing w:line="276" w:lineRule="auto"/>
              <w:rPr>
                <w:b/>
                <w:bCs/>
                <w:color w:val="auto"/>
                <w:sz w:val="24"/>
                <w:szCs w:val="24"/>
              </w:rPr>
            </w:pPr>
          </w:p>
        </w:tc>
        <w:tc>
          <w:tcPr>
            <w:tcW w:w="425" w:type="dxa"/>
          </w:tcPr>
          <w:p w14:paraId="16B84002" w14:textId="77777777" w:rsidR="005B4CBC" w:rsidRPr="004D46D7" w:rsidRDefault="005B4CBC" w:rsidP="0026749B">
            <w:pPr>
              <w:tabs>
                <w:tab w:val="left" w:pos="720"/>
              </w:tabs>
              <w:spacing w:line="276" w:lineRule="auto"/>
              <w:rPr>
                <w:b/>
                <w:bCs/>
                <w:color w:val="auto"/>
                <w:sz w:val="24"/>
                <w:szCs w:val="24"/>
              </w:rPr>
            </w:pPr>
          </w:p>
        </w:tc>
      </w:tr>
    </w:tbl>
    <w:p w14:paraId="79DA8684" w14:textId="77777777" w:rsidR="005B4CBC" w:rsidRPr="004D46D7" w:rsidRDefault="005B4CBC" w:rsidP="0026749B">
      <w:pPr>
        <w:tabs>
          <w:tab w:val="left" w:pos="360"/>
        </w:tabs>
        <w:spacing w:line="276" w:lineRule="auto"/>
        <w:jc w:val="both"/>
        <w:rPr>
          <w:b/>
          <w:color w:val="auto"/>
          <w:sz w:val="24"/>
          <w:szCs w:val="24"/>
          <w:lang w:val="pt-BR"/>
        </w:rPr>
      </w:pPr>
    </w:p>
    <w:p w14:paraId="4F67801F"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Câu 2:</w:t>
      </w:r>
      <w:r w:rsidRPr="004D46D7">
        <w:rPr>
          <w:bCs/>
          <w:color w:val="auto"/>
          <w:sz w:val="24"/>
          <w:szCs w:val="24"/>
          <w:lang w:val="pt-BR"/>
        </w:rPr>
        <w:t xml:space="preserve"> Trong một xilanh của một động cơ đốt trong có 2 dm</w:t>
      </w:r>
      <w:r w:rsidRPr="004D46D7">
        <w:rPr>
          <w:bCs/>
          <w:color w:val="auto"/>
          <w:sz w:val="24"/>
          <w:szCs w:val="24"/>
          <w:vertAlign w:val="superscript"/>
          <w:lang w:val="pt-BR"/>
        </w:rPr>
        <w:t>3</w:t>
      </w:r>
      <w:r w:rsidRPr="004D46D7">
        <w:rPr>
          <w:bCs/>
          <w:color w:val="auto"/>
          <w:sz w:val="24"/>
          <w:szCs w:val="24"/>
          <w:lang w:val="pt-BR"/>
        </w:rPr>
        <w:t xml:space="preserve"> hỗn hợp khí dưới áp suất 1,5 atm và nhiệt độ 47</w:t>
      </w:r>
      <w:r w:rsidRPr="004D46D7">
        <w:rPr>
          <w:bCs/>
          <w:color w:val="auto"/>
          <w:sz w:val="24"/>
          <w:szCs w:val="24"/>
          <w:vertAlign w:val="superscript"/>
          <w:lang w:val="pt-BR"/>
        </w:rPr>
        <w:t xml:space="preserve">0 </w:t>
      </w:r>
      <w:r w:rsidRPr="004D46D7">
        <w:rPr>
          <w:bCs/>
          <w:color w:val="auto"/>
          <w:sz w:val="24"/>
          <w:szCs w:val="24"/>
          <w:lang w:val="pt-BR"/>
        </w:rPr>
        <w:t>C. Pít tông nén xuống làm cho thể tích của hỗn hợp khí chỉ còn 0,2 dm</w:t>
      </w:r>
      <w:r w:rsidRPr="004D46D7">
        <w:rPr>
          <w:bCs/>
          <w:color w:val="auto"/>
          <w:sz w:val="24"/>
          <w:szCs w:val="24"/>
          <w:vertAlign w:val="superscript"/>
          <w:lang w:val="pt-BR"/>
        </w:rPr>
        <w:t>3</w:t>
      </w:r>
      <w:r w:rsidRPr="004D46D7">
        <w:rPr>
          <w:bCs/>
          <w:color w:val="auto"/>
          <w:sz w:val="24"/>
          <w:szCs w:val="24"/>
          <w:lang w:val="pt-BR"/>
        </w:rPr>
        <w:t xml:space="preserve"> và áp suất tăng lên 21 atm. Hỏi nhiệt độ của hỗn hợp khí nén là bao nhiêu </w:t>
      </w:r>
      <w:r w:rsidRPr="004D46D7">
        <w:rPr>
          <w:color w:val="auto"/>
          <w:sz w:val="24"/>
          <w:szCs w:val="24"/>
          <w:vertAlign w:val="superscript"/>
          <w:lang w:val="nl-NL"/>
        </w:rPr>
        <w:t>0</w:t>
      </w:r>
      <w:r w:rsidRPr="004D46D7">
        <w:rPr>
          <w:color w:val="auto"/>
          <w:sz w:val="24"/>
          <w:szCs w:val="24"/>
          <w:lang w:val="nl-NL"/>
        </w:rPr>
        <w:t>C</w:t>
      </w:r>
      <w:r w:rsidRPr="004D46D7">
        <w:rPr>
          <w:bCs/>
          <w:color w:val="auto"/>
          <w:sz w:val="24"/>
          <w:szCs w:val="24"/>
          <w:lang w:val="pt-BR"/>
        </w:rPr>
        <w:t xml:space="preserve">? </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317DE6B2" w14:textId="77777777" w:rsidTr="00F52A3D">
        <w:trPr>
          <w:trHeight w:val="359"/>
        </w:trPr>
        <w:tc>
          <w:tcPr>
            <w:tcW w:w="1274" w:type="dxa"/>
          </w:tcPr>
          <w:p w14:paraId="50AAFD01"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AB8DDBD" w14:textId="77777777" w:rsidR="005B4CBC" w:rsidRPr="004D46D7" w:rsidRDefault="005B4CBC" w:rsidP="0026749B">
            <w:pPr>
              <w:tabs>
                <w:tab w:val="left" w:pos="720"/>
              </w:tabs>
              <w:spacing w:line="276" w:lineRule="auto"/>
              <w:rPr>
                <w:b/>
                <w:bCs/>
                <w:color w:val="auto"/>
                <w:sz w:val="24"/>
                <w:szCs w:val="24"/>
              </w:rPr>
            </w:pPr>
          </w:p>
        </w:tc>
        <w:tc>
          <w:tcPr>
            <w:tcW w:w="426" w:type="dxa"/>
          </w:tcPr>
          <w:p w14:paraId="311F755A" w14:textId="77777777" w:rsidR="005B4CBC" w:rsidRPr="004D46D7" w:rsidRDefault="005B4CBC" w:rsidP="0026749B">
            <w:pPr>
              <w:tabs>
                <w:tab w:val="left" w:pos="720"/>
              </w:tabs>
              <w:spacing w:line="276" w:lineRule="auto"/>
              <w:rPr>
                <w:b/>
                <w:bCs/>
                <w:color w:val="auto"/>
                <w:sz w:val="24"/>
                <w:szCs w:val="24"/>
              </w:rPr>
            </w:pPr>
          </w:p>
        </w:tc>
        <w:tc>
          <w:tcPr>
            <w:tcW w:w="425" w:type="dxa"/>
          </w:tcPr>
          <w:p w14:paraId="1EE5C16F" w14:textId="77777777" w:rsidR="005B4CBC" w:rsidRPr="004D46D7" w:rsidRDefault="005B4CBC" w:rsidP="0026749B">
            <w:pPr>
              <w:tabs>
                <w:tab w:val="left" w:pos="720"/>
              </w:tabs>
              <w:spacing w:line="276" w:lineRule="auto"/>
              <w:rPr>
                <w:b/>
                <w:bCs/>
                <w:color w:val="auto"/>
                <w:sz w:val="24"/>
                <w:szCs w:val="24"/>
              </w:rPr>
            </w:pPr>
          </w:p>
        </w:tc>
        <w:tc>
          <w:tcPr>
            <w:tcW w:w="425" w:type="dxa"/>
          </w:tcPr>
          <w:p w14:paraId="6F3A7A97" w14:textId="77777777" w:rsidR="005B4CBC" w:rsidRPr="004D46D7" w:rsidRDefault="005B4CBC" w:rsidP="0026749B">
            <w:pPr>
              <w:tabs>
                <w:tab w:val="left" w:pos="720"/>
              </w:tabs>
              <w:spacing w:line="276" w:lineRule="auto"/>
              <w:rPr>
                <w:b/>
                <w:bCs/>
                <w:color w:val="auto"/>
                <w:sz w:val="24"/>
                <w:szCs w:val="24"/>
              </w:rPr>
            </w:pPr>
          </w:p>
        </w:tc>
      </w:tr>
    </w:tbl>
    <w:p w14:paraId="46080D9C" w14:textId="77777777" w:rsidR="005B4CBC" w:rsidRPr="004D46D7" w:rsidRDefault="005B4CBC" w:rsidP="0026749B">
      <w:pPr>
        <w:tabs>
          <w:tab w:val="left" w:pos="360"/>
        </w:tabs>
        <w:spacing w:line="276" w:lineRule="auto"/>
        <w:jc w:val="both"/>
        <w:rPr>
          <w:b/>
          <w:color w:val="auto"/>
          <w:sz w:val="24"/>
          <w:szCs w:val="24"/>
          <w:lang w:val="pt-BR"/>
        </w:rPr>
      </w:pPr>
    </w:p>
    <w:p w14:paraId="3DFEF66F"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 xml:space="preserve">Biết khối lượng riêng của không khí ở 0 </w:t>
      </w:r>
      <w:r w:rsidRPr="004D46D7">
        <w:rPr>
          <w:bCs/>
          <w:color w:val="auto"/>
          <w:sz w:val="24"/>
          <w:szCs w:val="24"/>
          <w:vertAlign w:val="superscript"/>
          <w:lang w:val="pt-BR"/>
        </w:rPr>
        <w:t>0</w:t>
      </w:r>
      <w:r w:rsidRPr="004D46D7">
        <w:rPr>
          <w:bCs/>
          <w:color w:val="auto"/>
          <w:sz w:val="24"/>
          <w:szCs w:val="24"/>
          <w:lang w:val="pt-BR"/>
        </w:rPr>
        <w:t>C là 1,29 kg/m</w:t>
      </w:r>
      <w:r w:rsidRPr="004D46D7">
        <w:rPr>
          <w:bCs/>
          <w:color w:val="auto"/>
          <w:sz w:val="24"/>
          <w:szCs w:val="24"/>
          <w:vertAlign w:val="superscript"/>
          <w:lang w:val="pt-BR"/>
        </w:rPr>
        <w:t>3</w:t>
      </w:r>
      <w:r w:rsidRPr="004D46D7">
        <w:rPr>
          <w:bCs/>
          <w:color w:val="auto"/>
          <w:sz w:val="24"/>
          <w:szCs w:val="24"/>
          <w:lang w:val="pt-BR"/>
        </w:rPr>
        <w:t xml:space="preserve"> và áp suất 1,01.10</w:t>
      </w:r>
      <w:r w:rsidRPr="004D46D7">
        <w:rPr>
          <w:bCs/>
          <w:color w:val="auto"/>
          <w:sz w:val="24"/>
          <w:szCs w:val="24"/>
          <w:vertAlign w:val="superscript"/>
          <w:lang w:val="pt-BR"/>
        </w:rPr>
        <w:t xml:space="preserve">5 </w:t>
      </w:r>
      <w:r w:rsidRPr="004D46D7">
        <w:rPr>
          <w:bCs/>
          <w:color w:val="auto"/>
          <w:sz w:val="24"/>
          <w:szCs w:val="24"/>
          <w:lang w:val="pt-BR"/>
        </w:rPr>
        <w:t xml:space="preserve">Pa. Hỏi khối lượng riêng của không khí ở nhiệt độ 80 </w:t>
      </w:r>
      <w:r w:rsidRPr="004D46D7">
        <w:rPr>
          <w:bCs/>
          <w:color w:val="auto"/>
          <w:sz w:val="24"/>
          <w:szCs w:val="24"/>
          <w:vertAlign w:val="superscript"/>
          <w:lang w:val="pt-BR"/>
        </w:rPr>
        <w:t>0</w:t>
      </w:r>
      <w:r w:rsidRPr="004D46D7">
        <w:rPr>
          <w:bCs/>
          <w:color w:val="auto"/>
          <w:sz w:val="24"/>
          <w:szCs w:val="24"/>
          <w:lang w:val="pt-BR"/>
        </w:rPr>
        <w:t>C và có áp suất 2,5.10</w:t>
      </w:r>
      <w:r w:rsidRPr="004D46D7">
        <w:rPr>
          <w:bCs/>
          <w:color w:val="auto"/>
          <w:sz w:val="24"/>
          <w:szCs w:val="24"/>
          <w:vertAlign w:val="superscript"/>
          <w:lang w:val="pt-BR"/>
        </w:rPr>
        <w:t xml:space="preserve">5 </w:t>
      </w:r>
      <w:r w:rsidRPr="004D46D7">
        <w:rPr>
          <w:bCs/>
          <w:color w:val="auto"/>
          <w:sz w:val="24"/>
          <w:szCs w:val="24"/>
          <w:lang w:val="pt-BR"/>
        </w:rPr>
        <w:t>Pa là bao nhiêu kg/m</w:t>
      </w:r>
      <w:r w:rsidRPr="004D46D7">
        <w:rPr>
          <w:bCs/>
          <w:color w:val="auto"/>
          <w:sz w:val="24"/>
          <w:szCs w:val="24"/>
          <w:vertAlign w:val="superscript"/>
          <w:lang w:val="pt-BR"/>
        </w:rPr>
        <w:t>3</w:t>
      </w:r>
      <w:r w:rsidRPr="004D46D7">
        <w:rPr>
          <w:bCs/>
          <w:color w:val="auto"/>
          <w:sz w:val="24"/>
          <w:szCs w:val="24"/>
          <w:lang w:val="pt-BR"/>
        </w:rPr>
        <w:t>? (kết quả lấy đến 2 chữ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06CB8611" w14:textId="77777777" w:rsidTr="00F52A3D">
        <w:trPr>
          <w:trHeight w:val="359"/>
        </w:trPr>
        <w:tc>
          <w:tcPr>
            <w:tcW w:w="1274" w:type="dxa"/>
          </w:tcPr>
          <w:p w14:paraId="7940D537"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7409777" w14:textId="77777777" w:rsidR="005B4CBC" w:rsidRPr="004D46D7" w:rsidRDefault="005B4CBC" w:rsidP="0026749B">
            <w:pPr>
              <w:tabs>
                <w:tab w:val="left" w:pos="720"/>
              </w:tabs>
              <w:spacing w:line="276" w:lineRule="auto"/>
              <w:rPr>
                <w:b/>
                <w:bCs/>
                <w:color w:val="auto"/>
                <w:sz w:val="24"/>
                <w:szCs w:val="24"/>
              </w:rPr>
            </w:pPr>
          </w:p>
        </w:tc>
        <w:tc>
          <w:tcPr>
            <w:tcW w:w="426" w:type="dxa"/>
          </w:tcPr>
          <w:p w14:paraId="13FF8D12" w14:textId="77777777" w:rsidR="005B4CBC" w:rsidRPr="004D46D7" w:rsidRDefault="005B4CBC" w:rsidP="0026749B">
            <w:pPr>
              <w:tabs>
                <w:tab w:val="left" w:pos="720"/>
              </w:tabs>
              <w:spacing w:line="276" w:lineRule="auto"/>
              <w:rPr>
                <w:b/>
                <w:bCs/>
                <w:color w:val="auto"/>
                <w:sz w:val="24"/>
                <w:szCs w:val="24"/>
              </w:rPr>
            </w:pPr>
          </w:p>
        </w:tc>
        <w:tc>
          <w:tcPr>
            <w:tcW w:w="425" w:type="dxa"/>
          </w:tcPr>
          <w:p w14:paraId="4DD3A10A" w14:textId="77777777" w:rsidR="005B4CBC" w:rsidRPr="004D46D7" w:rsidRDefault="005B4CBC" w:rsidP="0026749B">
            <w:pPr>
              <w:tabs>
                <w:tab w:val="left" w:pos="720"/>
              </w:tabs>
              <w:spacing w:line="276" w:lineRule="auto"/>
              <w:rPr>
                <w:b/>
                <w:bCs/>
                <w:color w:val="auto"/>
                <w:sz w:val="24"/>
                <w:szCs w:val="24"/>
              </w:rPr>
            </w:pPr>
          </w:p>
        </w:tc>
        <w:tc>
          <w:tcPr>
            <w:tcW w:w="425" w:type="dxa"/>
          </w:tcPr>
          <w:p w14:paraId="4AD5CAA2" w14:textId="77777777" w:rsidR="005B4CBC" w:rsidRPr="004D46D7" w:rsidRDefault="005B4CBC" w:rsidP="0026749B">
            <w:pPr>
              <w:tabs>
                <w:tab w:val="left" w:pos="720"/>
              </w:tabs>
              <w:spacing w:line="276" w:lineRule="auto"/>
              <w:rPr>
                <w:b/>
                <w:bCs/>
                <w:color w:val="auto"/>
                <w:sz w:val="24"/>
                <w:szCs w:val="24"/>
              </w:rPr>
            </w:pPr>
          </w:p>
        </w:tc>
      </w:tr>
    </w:tbl>
    <w:p w14:paraId="48E2EC27" w14:textId="77777777" w:rsidR="005B4CBC" w:rsidRPr="004D46D7" w:rsidRDefault="005B4CBC" w:rsidP="0026749B">
      <w:pPr>
        <w:tabs>
          <w:tab w:val="left" w:pos="360"/>
        </w:tabs>
        <w:spacing w:line="276" w:lineRule="auto"/>
        <w:jc w:val="both"/>
        <w:rPr>
          <w:b/>
          <w:color w:val="auto"/>
          <w:sz w:val="24"/>
          <w:szCs w:val="24"/>
          <w:lang w:val="pt-BR"/>
        </w:rPr>
      </w:pPr>
    </w:p>
    <w:p w14:paraId="448A73ED" w14:textId="77777777" w:rsidR="005B4CBC" w:rsidRPr="004D46D7" w:rsidRDefault="005B4CBC" w:rsidP="0026749B">
      <w:pPr>
        <w:tabs>
          <w:tab w:val="left" w:pos="360"/>
        </w:tabs>
        <w:spacing w:line="276" w:lineRule="auto"/>
        <w:jc w:val="both"/>
        <w:rPr>
          <w:bCs/>
          <w:color w:val="auto"/>
          <w:sz w:val="24"/>
          <w:szCs w:val="24"/>
          <w:lang w:val="pt-BR"/>
        </w:rPr>
      </w:pPr>
      <w:r w:rsidRPr="004D46D7">
        <w:rPr>
          <w:b/>
          <w:color w:val="auto"/>
          <w:sz w:val="24"/>
          <w:szCs w:val="24"/>
          <w:lang w:val="pt-BR"/>
        </w:rPr>
        <w:t>Câu 4:</w:t>
      </w:r>
      <w:r w:rsidRPr="004D46D7">
        <w:rPr>
          <w:bCs/>
          <w:color w:val="auto"/>
          <w:sz w:val="24"/>
          <w:szCs w:val="24"/>
          <w:lang w:val="pt-BR"/>
        </w:rPr>
        <w:t xml:space="preserve"> Trong một khu hội chợ người ta bơm một quả bóng có thể tích 200 lít ở nhiệt độ 27</w:t>
      </w:r>
      <w:r w:rsidRPr="004D46D7">
        <w:rPr>
          <w:bCs/>
          <w:color w:val="auto"/>
          <w:sz w:val="24"/>
          <w:szCs w:val="24"/>
          <w:vertAlign w:val="superscript"/>
          <w:lang w:val="pt-BR"/>
        </w:rPr>
        <w:t>0</w:t>
      </w:r>
      <w:r w:rsidRPr="004D46D7">
        <w:rPr>
          <w:bCs/>
          <w:color w:val="auto"/>
          <w:sz w:val="24"/>
          <w:szCs w:val="24"/>
          <w:lang w:val="pt-BR"/>
        </w:rPr>
        <w:t>C trên mặt đất. Sau đó bóng được thả bay lên độ cao mà ở đó áp suất khí quyển chỉ còn 0,8 lần áp suất khí quyển ở mặt đất và có nhiệt độ 17</w:t>
      </w:r>
      <w:r w:rsidRPr="004D46D7">
        <w:rPr>
          <w:bCs/>
          <w:color w:val="auto"/>
          <w:sz w:val="24"/>
          <w:szCs w:val="24"/>
          <w:vertAlign w:val="superscript"/>
          <w:lang w:val="pt-BR"/>
        </w:rPr>
        <w:t>0</w:t>
      </w:r>
      <w:r w:rsidRPr="004D46D7">
        <w:rPr>
          <w:bCs/>
          <w:color w:val="auto"/>
          <w:sz w:val="24"/>
          <w:szCs w:val="24"/>
          <w:lang w:val="pt-BR"/>
        </w:rPr>
        <w:t>C. Hỏi  thể tích của quả bóng bay ở độ cao đó là bao nhiêu lít? Bỏ qua áp suất phụ gây ra bởi vỏ bóng (kết quả lấy đến 0 chữ số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7F711C88" w14:textId="77777777" w:rsidTr="00F52A3D">
        <w:trPr>
          <w:trHeight w:val="359"/>
        </w:trPr>
        <w:tc>
          <w:tcPr>
            <w:tcW w:w="1274" w:type="dxa"/>
          </w:tcPr>
          <w:p w14:paraId="0E8E2A2F"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7EF513CE" w14:textId="77777777" w:rsidR="005B4CBC" w:rsidRPr="004D46D7" w:rsidRDefault="005B4CBC" w:rsidP="0026749B">
            <w:pPr>
              <w:tabs>
                <w:tab w:val="left" w:pos="720"/>
              </w:tabs>
              <w:spacing w:line="276" w:lineRule="auto"/>
              <w:rPr>
                <w:b/>
                <w:bCs/>
                <w:color w:val="auto"/>
                <w:sz w:val="24"/>
                <w:szCs w:val="24"/>
              </w:rPr>
            </w:pPr>
          </w:p>
        </w:tc>
        <w:tc>
          <w:tcPr>
            <w:tcW w:w="426" w:type="dxa"/>
          </w:tcPr>
          <w:p w14:paraId="1B05B1A9" w14:textId="77777777" w:rsidR="005B4CBC" w:rsidRPr="004D46D7" w:rsidRDefault="005B4CBC" w:rsidP="0026749B">
            <w:pPr>
              <w:tabs>
                <w:tab w:val="left" w:pos="720"/>
              </w:tabs>
              <w:spacing w:line="276" w:lineRule="auto"/>
              <w:rPr>
                <w:b/>
                <w:bCs/>
                <w:color w:val="auto"/>
                <w:sz w:val="24"/>
                <w:szCs w:val="24"/>
              </w:rPr>
            </w:pPr>
          </w:p>
        </w:tc>
        <w:tc>
          <w:tcPr>
            <w:tcW w:w="425" w:type="dxa"/>
          </w:tcPr>
          <w:p w14:paraId="447D628E" w14:textId="77777777" w:rsidR="005B4CBC" w:rsidRPr="004D46D7" w:rsidRDefault="005B4CBC" w:rsidP="0026749B">
            <w:pPr>
              <w:tabs>
                <w:tab w:val="left" w:pos="720"/>
              </w:tabs>
              <w:spacing w:line="276" w:lineRule="auto"/>
              <w:rPr>
                <w:b/>
                <w:bCs/>
                <w:color w:val="auto"/>
                <w:sz w:val="24"/>
                <w:szCs w:val="24"/>
              </w:rPr>
            </w:pPr>
          </w:p>
        </w:tc>
        <w:tc>
          <w:tcPr>
            <w:tcW w:w="425" w:type="dxa"/>
          </w:tcPr>
          <w:p w14:paraId="193ACA57" w14:textId="77777777" w:rsidR="005B4CBC" w:rsidRPr="004D46D7" w:rsidRDefault="005B4CBC" w:rsidP="0026749B">
            <w:pPr>
              <w:tabs>
                <w:tab w:val="left" w:pos="720"/>
              </w:tabs>
              <w:spacing w:line="276" w:lineRule="auto"/>
              <w:rPr>
                <w:b/>
                <w:bCs/>
                <w:color w:val="auto"/>
                <w:sz w:val="24"/>
                <w:szCs w:val="24"/>
              </w:rPr>
            </w:pPr>
          </w:p>
        </w:tc>
      </w:tr>
    </w:tbl>
    <w:p w14:paraId="31607EB3" w14:textId="77777777" w:rsidR="005B4CBC" w:rsidRPr="004D46D7" w:rsidRDefault="005B4CBC" w:rsidP="0026749B">
      <w:pPr>
        <w:spacing w:line="276" w:lineRule="auto"/>
        <w:jc w:val="both"/>
        <w:rPr>
          <w:b/>
          <w:color w:val="auto"/>
          <w:sz w:val="24"/>
          <w:szCs w:val="24"/>
          <w:lang w:val="pt-BR"/>
        </w:rPr>
      </w:pPr>
    </w:p>
    <w:p w14:paraId="5DE96514" w14:textId="77777777" w:rsidR="005B4CBC" w:rsidRPr="004D46D7" w:rsidRDefault="005B4CBC" w:rsidP="0026749B">
      <w:pPr>
        <w:spacing w:line="276" w:lineRule="auto"/>
        <w:jc w:val="both"/>
        <w:rPr>
          <w:color w:val="auto"/>
          <w:sz w:val="24"/>
          <w:szCs w:val="24"/>
          <w:lang w:val="pt-BR"/>
        </w:rPr>
      </w:pPr>
      <w:r w:rsidRPr="004D46D7">
        <w:rPr>
          <w:b/>
          <w:color w:val="auto"/>
          <w:sz w:val="24"/>
          <w:szCs w:val="24"/>
          <w:lang w:val="pt-BR"/>
        </w:rPr>
        <w:t>Câu 5:</w:t>
      </w:r>
      <w:r w:rsidRPr="004D46D7">
        <w:rPr>
          <w:bCs/>
          <w:color w:val="auto"/>
          <w:sz w:val="24"/>
          <w:szCs w:val="24"/>
          <w:lang w:val="pt-BR"/>
        </w:rPr>
        <w:t xml:space="preserve"> </w:t>
      </w:r>
      <w:r w:rsidRPr="004D46D7">
        <w:rPr>
          <w:color w:val="auto"/>
          <w:sz w:val="24"/>
          <w:szCs w:val="24"/>
          <w:lang w:val="pt-BR"/>
        </w:rPr>
        <w:t>Một xilanh có pit-tông cách nhiệt đặt nằm ngang. Pit-tông ở vị trí chia xilanh thành hai phần bằng nhau, chiều dài của mỗi phần là 30 cm. Mỗi phần chứa một lượng khí như nhau ở nhiệt độ 17</w:t>
      </w:r>
      <w:r w:rsidRPr="004D46D7">
        <w:rPr>
          <w:color w:val="auto"/>
          <w:sz w:val="24"/>
          <w:szCs w:val="24"/>
          <w:vertAlign w:val="superscript"/>
          <w:lang w:val="pt-BR"/>
        </w:rPr>
        <w:t>0</w:t>
      </w:r>
      <w:r w:rsidRPr="004D46D7">
        <w:rPr>
          <w:color w:val="auto"/>
          <w:sz w:val="24"/>
          <w:szCs w:val="24"/>
          <w:lang w:val="pt-BR"/>
        </w:rPr>
        <w:t xml:space="preserve">C và áp suất 2 atm. Muốn pit-tông dịch chuyển 2 cm thì phải đun nóng khí ở một phần lên thêm bao </w:t>
      </w:r>
      <w:r w:rsidRPr="004D46D7">
        <w:rPr>
          <w:color w:val="auto"/>
          <w:sz w:val="24"/>
          <w:szCs w:val="24"/>
          <w:vertAlign w:val="superscript"/>
          <w:lang w:val="pt-BR"/>
        </w:rPr>
        <w:t>o</w:t>
      </w:r>
      <w:r w:rsidRPr="004D46D7">
        <w:rPr>
          <w:color w:val="auto"/>
          <w:sz w:val="24"/>
          <w:szCs w:val="24"/>
          <w:lang w:val="pt-BR"/>
        </w:rPr>
        <w:t>C?</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235F8382" w14:textId="77777777" w:rsidTr="00F52A3D">
        <w:trPr>
          <w:trHeight w:val="359"/>
        </w:trPr>
        <w:tc>
          <w:tcPr>
            <w:tcW w:w="1274" w:type="dxa"/>
          </w:tcPr>
          <w:p w14:paraId="5DD7981D"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32F3874C" w14:textId="77777777" w:rsidR="005B4CBC" w:rsidRPr="004D46D7" w:rsidRDefault="005B4CBC" w:rsidP="0026749B">
            <w:pPr>
              <w:tabs>
                <w:tab w:val="left" w:pos="720"/>
              </w:tabs>
              <w:spacing w:line="276" w:lineRule="auto"/>
              <w:rPr>
                <w:b/>
                <w:bCs/>
                <w:color w:val="auto"/>
                <w:sz w:val="24"/>
                <w:szCs w:val="24"/>
              </w:rPr>
            </w:pPr>
          </w:p>
        </w:tc>
        <w:tc>
          <w:tcPr>
            <w:tcW w:w="426" w:type="dxa"/>
          </w:tcPr>
          <w:p w14:paraId="439A44A1" w14:textId="77777777" w:rsidR="005B4CBC" w:rsidRPr="004D46D7" w:rsidRDefault="005B4CBC" w:rsidP="0026749B">
            <w:pPr>
              <w:tabs>
                <w:tab w:val="left" w:pos="720"/>
              </w:tabs>
              <w:spacing w:line="276" w:lineRule="auto"/>
              <w:rPr>
                <w:b/>
                <w:bCs/>
                <w:color w:val="auto"/>
                <w:sz w:val="24"/>
                <w:szCs w:val="24"/>
              </w:rPr>
            </w:pPr>
          </w:p>
        </w:tc>
        <w:tc>
          <w:tcPr>
            <w:tcW w:w="425" w:type="dxa"/>
          </w:tcPr>
          <w:p w14:paraId="10479C0C" w14:textId="77777777" w:rsidR="005B4CBC" w:rsidRPr="004D46D7" w:rsidRDefault="005B4CBC" w:rsidP="0026749B">
            <w:pPr>
              <w:tabs>
                <w:tab w:val="left" w:pos="720"/>
              </w:tabs>
              <w:spacing w:line="276" w:lineRule="auto"/>
              <w:rPr>
                <w:b/>
                <w:bCs/>
                <w:color w:val="auto"/>
                <w:sz w:val="24"/>
                <w:szCs w:val="24"/>
              </w:rPr>
            </w:pPr>
          </w:p>
        </w:tc>
        <w:tc>
          <w:tcPr>
            <w:tcW w:w="425" w:type="dxa"/>
          </w:tcPr>
          <w:p w14:paraId="263A3DBF" w14:textId="77777777" w:rsidR="005B4CBC" w:rsidRPr="004D46D7" w:rsidRDefault="005B4CBC" w:rsidP="0026749B">
            <w:pPr>
              <w:tabs>
                <w:tab w:val="left" w:pos="720"/>
              </w:tabs>
              <w:spacing w:line="276" w:lineRule="auto"/>
              <w:rPr>
                <w:b/>
                <w:bCs/>
                <w:color w:val="auto"/>
                <w:sz w:val="24"/>
                <w:szCs w:val="24"/>
              </w:rPr>
            </w:pPr>
          </w:p>
        </w:tc>
      </w:tr>
    </w:tbl>
    <w:p w14:paraId="2244D1C5" w14:textId="77777777" w:rsidR="005B4CBC" w:rsidRPr="004D46D7" w:rsidRDefault="005B4CBC" w:rsidP="0026749B">
      <w:pPr>
        <w:tabs>
          <w:tab w:val="left" w:pos="283"/>
          <w:tab w:val="left" w:pos="2835"/>
          <w:tab w:val="left" w:pos="5386"/>
          <w:tab w:val="left" w:pos="7937"/>
        </w:tabs>
        <w:spacing w:line="276" w:lineRule="auto"/>
        <w:jc w:val="both"/>
        <w:rPr>
          <w:b/>
          <w:color w:val="auto"/>
          <w:sz w:val="24"/>
          <w:szCs w:val="24"/>
        </w:rPr>
      </w:pPr>
    </w:p>
    <w:p w14:paraId="4530273E" w14:textId="77777777" w:rsidR="005B4CBC" w:rsidRPr="004D46D7" w:rsidRDefault="0026749B" w:rsidP="0026749B">
      <w:pPr>
        <w:spacing w:after="160" w:line="259" w:lineRule="auto"/>
        <w:rPr>
          <w:color w:val="C00000"/>
          <w:sz w:val="24"/>
          <w:szCs w:val="24"/>
        </w:rPr>
      </w:pPr>
      <w:r w:rsidRPr="004D46D7">
        <w:rPr>
          <w:noProof/>
          <w:color w:val="C00000"/>
          <w:sz w:val="24"/>
          <w:szCs w:val="24"/>
        </w:rPr>
        <mc:AlternateContent>
          <mc:Choice Requires="wpg">
            <w:drawing>
              <wp:anchor distT="0" distB="0" distL="114300" distR="114300" simplePos="0" relativeHeight="251673600" behindDoc="0" locked="0" layoutInCell="1" allowOverlap="1" wp14:anchorId="6956B97D" wp14:editId="3F16D650">
                <wp:simplePos x="0" y="0"/>
                <wp:positionH relativeFrom="page">
                  <wp:posOffset>2200790</wp:posOffset>
                </wp:positionH>
                <wp:positionV relativeFrom="paragraph">
                  <wp:posOffset>162560</wp:posOffset>
                </wp:positionV>
                <wp:extent cx="1638300" cy="1019175"/>
                <wp:effectExtent l="38100" t="0" r="57150" b="0"/>
                <wp:wrapNone/>
                <wp:docPr id="1479" name="Group 1479"/>
                <wp:cNvGraphicFramePr/>
                <a:graphic xmlns:a="http://schemas.openxmlformats.org/drawingml/2006/main">
                  <a:graphicData uri="http://schemas.microsoft.com/office/word/2010/wordprocessingGroup">
                    <wpg:wgp>
                      <wpg:cNvGrpSpPr/>
                      <wpg:grpSpPr>
                        <a:xfrm>
                          <a:off x="0" y="0"/>
                          <a:ext cx="1638300" cy="1019175"/>
                          <a:chOff x="0" y="-219075"/>
                          <a:chExt cx="1638301" cy="1019175"/>
                        </a:xfrm>
                      </wpg:grpSpPr>
                      <wpg:grpSp>
                        <wpg:cNvPr id="1476" name="Group 1476"/>
                        <wpg:cNvGrpSpPr/>
                        <wpg:grpSpPr>
                          <a:xfrm>
                            <a:off x="0" y="19050"/>
                            <a:ext cx="1638301" cy="476251"/>
                            <a:chOff x="0" y="0"/>
                            <a:chExt cx="1638301" cy="476251"/>
                          </a:xfrm>
                        </wpg:grpSpPr>
                        <wpg:grpSp>
                          <wpg:cNvPr id="1474" name="Group 1474"/>
                          <wpg:cNvGrpSpPr/>
                          <wpg:grpSpPr>
                            <a:xfrm>
                              <a:off x="0" y="0"/>
                              <a:ext cx="1638301" cy="381000"/>
                              <a:chOff x="1028700" y="76200"/>
                              <a:chExt cx="1638301" cy="381000"/>
                            </a:xfrm>
                          </wpg:grpSpPr>
                          <wpg:grpSp>
                            <wpg:cNvPr id="1472" name="Group 1472"/>
                            <wpg:cNvGrpSpPr/>
                            <wpg:grpSpPr>
                              <a:xfrm>
                                <a:off x="1047751" y="142875"/>
                                <a:ext cx="1619250" cy="314325"/>
                                <a:chOff x="1" y="142875"/>
                                <a:chExt cx="1619250" cy="314325"/>
                              </a:xfrm>
                            </wpg:grpSpPr>
                            <wps:wsp>
                              <wps:cNvPr id="1456" name="Rectangle 1456"/>
                              <wps:cNvSpPr/>
                              <wps:spPr>
                                <a:xfrm>
                                  <a:off x="1" y="142875"/>
                                  <a:ext cx="1619250" cy="314325"/>
                                </a:xfrm>
                                <a:prstGeom prst="rect">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1" name="Rectangle 1471" descr="Light upward diagonal"/>
                              <wps:cNvSpPr>
                                <a:spLocks noChangeArrowheads="1"/>
                              </wps:cNvSpPr>
                              <wps:spPr bwMode="auto">
                                <a:xfrm flipH="1">
                                  <a:off x="752475" y="142875"/>
                                  <a:ext cx="104775" cy="314325"/>
                                </a:xfrm>
                                <a:prstGeom prst="rect">
                                  <a:avLst/>
                                </a:prstGeom>
                                <a:pattFill prst="ltUpDiag">
                                  <a:fgClr>
                                    <a:srgbClr val="000000"/>
                                  </a:fgClr>
                                  <a:bgClr>
                                    <a:srgbClr val="FFFFFF"/>
                                  </a:bgClr>
                                </a:pattFill>
                                <a:ln w="12700">
                                  <a:solidFill>
                                    <a:sysClr val="windowText" lastClr="000000"/>
                                  </a:solidFill>
                                  <a:miter lim="800000"/>
                                  <a:headEnd/>
                                  <a:tailEnd/>
                                </a:ln>
                                <a:effectLst/>
                              </wps:spPr>
                              <wps:txbx>
                                <w:txbxContent>
                                  <w:p w14:paraId="669527D8" w14:textId="77777777" w:rsidR="005B4CBC" w:rsidRDefault="005B4CBC" w:rsidP="005B4CBC"/>
                                </w:txbxContent>
                              </wps:txbx>
                              <wps:bodyPr vert="horz" wrap="square" lIns="91440" tIns="45720" rIns="91440" bIns="45720" numCol="1" anchor="t" anchorCtr="0" compatLnSpc="1">
                                <a:prstTxWarp prst="textNoShape">
                                  <a:avLst/>
                                </a:prstTxWarp>
                                <a:noAutofit/>
                              </wps:bodyPr>
                            </wps:wsp>
                            <wps:wsp>
                              <wps:cNvPr id="906" name="Rectangle 906"/>
                              <wps:cNvSpPr/>
                              <wps:spPr>
                                <a:xfrm>
                                  <a:off x="1028698" y="142875"/>
                                  <a:ext cx="104778" cy="314325"/>
                                </a:xfrm>
                                <a:prstGeom prst="rect">
                                  <a:avLst/>
                                </a:prstGeom>
                                <a:noFill/>
                                <a:ln w="63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3" name="Straight Arrow Connector 1473"/>
                            <wps:cNvCnPr/>
                            <wps:spPr>
                              <a:xfrm>
                                <a:off x="1028700"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s:wsp>
                            <wps:cNvPr id="905" name="Straight Arrow Connector 905"/>
                            <wps:cNvCnPr/>
                            <wps:spPr>
                              <a:xfrm>
                                <a:off x="1895475" y="76200"/>
                                <a:ext cx="771525" cy="0"/>
                              </a:xfrm>
                              <a:prstGeom prst="straightConnector1">
                                <a:avLst/>
                              </a:prstGeom>
                              <a:noFill/>
                              <a:ln w="6350" cap="flat" cmpd="sng" algn="ctr">
                                <a:solidFill>
                                  <a:sysClr val="windowText" lastClr="000000"/>
                                </a:solidFill>
                                <a:prstDash val="solid"/>
                                <a:miter lim="800000"/>
                                <a:headEnd type="stealth" w="sm" len="sm"/>
                                <a:tailEnd type="stealth" w="sm" len="sm"/>
                              </a:ln>
                              <a:effectLst/>
                            </wps:spPr>
                            <wps:bodyPr/>
                          </wps:wsp>
                        </wpg:grpSp>
                        <wps:wsp>
                          <wps:cNvPr id="1475" name="Right Brace 1475"/>
                          <wps:cNvSpPr/>
                          <wps:spPr>
                            <a:xfrm rot="5400000">
                              <a:off x="876405" y="295380"/>
                              <a:ext cx="76192" cy="285549"/>
                            </a:xfrm>
                            <a:prstGeom prst="rightBrace">
                              <a:avLst>
                                <a:gd name="adj1" fmla="val 55469"/>
                                <a:gd name="adj2" fmla="val 50000"/>
                              </a:avLst>
                            </a:prstGeom>
                            <a:no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478" name="Text Box 1478"/>
                        <wps:cNvSpPr txBox="1"/>
                        <wps:spPr>
                          <a:xfrm>
                            <a:off x="276225" y="-209550"/>
                            <a:ext cx="476250" cy="409575"/>
                          </a:xfrm>
                          <a:prstGeom prst="rect">
                            <a:avLst/>
                          </a:prstGeom>
                          <a:noFill/>
                          <a:ln w="6350">
                            <a:noFill/>
                          </a:ln>
                        </wps:spPr>
                        <wps:txbx>
                          <w:txbxContent>
                            <w:p w14:paraId="75464224" w14:textId="77777777"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2" name="Text Box 912"/>
                        <wps:cNvSpPr txBox="1"/>
                        <wps:spPr>
                          <a:xfrm>
                            <a:off x="1152526" y="-219075"/>
                            <a:ext cx="476250" cy="409575"/>
                          </a:xfrm>
                          <a:prstGeom prst="rect">
                            <a:avLst/>
                          </a:prstGeom>
                          <a:noFill/>
                          <a:ln w="6350">
                            <a:noFill/>
                          </a:ln>
                        </wps:spPr>
                        <wps:txbx>
                          <w:txbxContent>
                            <w:p w14:paraId="5AFEC8F8" w14:textId="77777777" w:rsidR="005B4CBC" w:rsidRPr="000C1A11" w:rsidRDefault="005B4CBC" w:rsidP="005B4CBC">
                              <w:pPr>
                                <w:rPr>
                                  <w:i/>
                                </w:rPr>
                              </w:pPr>
                              <w:r w:rsidRPr="000C1A11">
                                <w:rPr>
                                  <w:i/>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3" name="Text Box 913"/>
                        <wps:cNvSpPr txBox="1"/>
                        <wps:spPr>
                          <a:xfrm>
                            <a:off x="742950" y="466725"/>
                            <a:ext cx="476250" cy="333375"/>
                          </a:xfrm>
                          <a:prstGeom prst="rect">
                            <a:avLst/>
                          </a:prstGeom>
                          <a:noFill/>
                          <a:ln w="6350">
                            <a:noFill/>
                          </a:ln>
                        </wps:spPr>
                        <wps:txbx>
                          <w:txbxContent>
                            <w:p w14:paraId="303DF66F" w14:textId="77777777" w:rsidR="005B4CBC" w:rsidRPr="000C1A11" w:rsidRDefault="005B4CBC" w:rsidP="005B4CBC">
                              <w:pPr>
                                <w:rPr>
                                  <w:i/>
                                </w:rPr>
                              </w:pPr>
                              <w:r w:rsidRPr="000C1A11">
                                <w:rPr>
                                  <w:i/>
                                  <w:position w:val="-6"/>
                                </w:rPr>
                                <w:object w:dxaOrig="279" w:dyaOrig="260" w14:anchorId="40A0AD56">
                                  <v:shape id="_x0000_i1032" type="#_x0000_t75" style="width:14.35pt;height:14.35pt" o:ole="">
                                    <v:imagedata r:id="rId30" o:title=""/>
                                  </v:shape>
                                  <o:OLEObject Type="Embed" ProgID="Equation.DSMT4" ShapeID="_x0000_i1032" DrawAspect="Content" ObjectID="_1789927749" r:id="rId31"/>
                                </w:object>
                              </w:r>
                              <w:r>
                                <w:rPr>
                                  <w:i/>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6" name="Text Box 916"/>
                        <wps:cNvSpPr txBox="1"/>
                        <wps:spPr>
                          <a:xfrm>
                            <a:off x="209910" y="47625"/>
                            <a:ext cx="476250" cy="333375"/>
                          </a:xfrm>
                          <a:prstGeom prst="rect">
                            <a:avLst/>
                          </a:prstGeom>
                          <a:noFill/>
                          <a:ln w="6350">
                            <a:noFill/>
                          </a:ln>
                        </wps:spPr>
                        <wps:txbx>
                          <w:txbxContent>
                            <w:p w14:paraId="79F782A8" w14:textId="77777777" w:rsidR="005B4CBC" w:rsidRPr="007A2B13" w:rsidRDefault="005B4CBC" w:rsidP="005B4CBC">
                              <w:pPr>
                                <w:rPr>
                                  <w:vertAlign w:val="subscript"/>
                                </w:rPr>
                              </w:pPr>
                              <w:r>
                                <w:t>T</w:t>
                              </w:r>
                              <w:r>
                                <w:rPr>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6B97D" id="Group 1479" o:spid="_x0000_s1026" style="position:absolute;margin-left:173.3pt;margin-top:12.8pt;width:129pt;height:80.25pt;z-index:251673600;mso-position-horizontal-relative:page;mso-width-relative:margin;mso-height-relative:margin" coordorigin=",-2190" coordsize="16383,10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">
                <v:group id="Group 1476" o:spid="_x0000_s1027" style="position:absolute;top:190;width:16383;height:4763" coordsize="16383,4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group id="Group 1474" o:spid="_x0000_s1028" style="position:absolute;width:16383;height:3810" coordorigin="10287,762" coordsize="16383,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group id="Group 1472" o:spid="_x0000_s1029" style="position:absolute;left:10477;top:1428;width:16193;height:3144" coordorigin=",1428" coordsize="16192,3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rect id="Rectangle 1456" o:spid="_x0000_s1030" style="position:absolute;top:1428;width:16192;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" filled="f" strokecolor="windowText" strokeweight=".5pt"/>
                      <v:rect id="Rectangle 1471" o:spid="_x0000_s1031" alt="Light upward diagonal" style="position:absolute;left:7524;top:1428;width:1048;height:314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" fillcolor="black" strokecolor="windowText" strokeweight="1pt">
                        <v:fill r:id="rId32" o:title="" type="pattern"/>
                        <v:textbox>
                          <w:txbxContent>
                            <w:p w14:paraId="669527D8" w14:textId="77777777" w:rsidR="005B4CBC" w:rsidRDefault="005B4CBC" w:rsidP="005B4CBC"/>
                          </w:txbxContent>
                        </v:textbox>
                      </v:rect>
                      <v:rect id="Rectangle 906" o:spid="_x0000_s1032" style="position:absolute;left:10286;top:1428;width:1048;height:3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" filled="f" strokecolor="windowText" strokeweight=".5pt">
                        <v:stroke dashstyle="dash"/>
                      </v:rect>
                    </v:group>
                    <v:shapetype id="_x0000_t32" coordsize="21600,21600" o:spt="32" o:oned="t" path="m,l21600,21600e" filled="f">
                      <v:path arrowok="t" fillok="f" o:connecttype="none"/>
                      <o:lock v:ext="edit" shapetype="t"/>
                    </v:shapetype>
                    <v:shape id="Straight Arrow Connector 1473" o:spid="_x0000_s1033" type="#_x0000_t32" style="position:absolute;left:10287;top:762;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" strokecolor="windowText" strokeweight=".5pt">
                      <v:stroke startarrow="classic" startarrowwidth="narrow" startarrowlength="short" endarrow="classic" endarrowwidth="narrow" endarrowlength="short" joinstyle="miter"/>
                    </v:shape>
                    <v:shape id="Straight Arrow Connector 905" o:spid="_x0000_s1034" type="#_x0000_t32" style="position:absolute;left:18954;top:762;width:77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" strokecolor="windowText" strokeweight=".5pt">
                      <v:stroke startarrow="classic" startarrowwidth="narrow" startarrowlength="short" endarrow="classic" endarrowwidth="narrow" endarrowlength="short" joinstyle="miter"/>
                    </v:shape>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75" o:spid="_x0000_s1035" type="#_x0000_t88" style="position:absolute;left:8764;top:2953;width:762;height:28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" adj="3197" strokecolor="windowText" strokeweight=".5pt">
                    <v:stroke joinstyle="miter"/>
                  </v:shape>
                </v:group>
                <v:shapetype id="_x0000_t202" coordsize="21600,21600" o:spt="202" path="m,l,21600r21600,l21600,xe">
                  <v:stroke joinstyle="miter"/>
                  <v:path gradientshapeok="t" o:connecttype="rect"/>
                </v:shapetype>
                <v:shape id="Text Box 1478" o:spid="_x0000_s1036" type="#_x0000_t202" style="position:absolute;left:2762;top:-2095;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" filled="f" stroked="f" strokeweight=".5pt">
                  <v:textbox>
                    <w:txbxContent>
                      <w:p w14:paraId="75464224" w14:textId="77777777" w:rsidR="005B4CBC" w:rsidRPr="000C1A11" w:rsidRDefault="005B4CBC" w:rsidP="005B4CBC">
                        <w:pPr>
                          <w:rPr>
                            <w:i/>
                          </w:rPr>
                        </w:pPr>
                        <w:r w:rsidRPr="000C1A11">
                          <w:rPr>
                            <w:i/>
                          </w:rPr>
                          <w:t>l</w:t>
                        </w:r>
                      </w:p>
                    </w:txbxContent>
                  </v:textbox>
                </v:shape>
                <v:shape id="Text Box 912" o:spid="_x0000_s1037" type="#_x0000_t202" style="position:absolute;left:11525;top:-2190;width:4762;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" filled="f" stroked="f" strokeweight=".5pt">
                  <v:textbox>
                    <w:txbxContent>
                      <w:p w14:paraId="5AFEC8F8" w14:textId="77777777" w:rsidR="005B4CBC" w:rsidRPr="000C1A11" w:rsidRDefault="005B4CBC" w:rsidP="005B4CBC">
                        <w:pPr>
                          <w:rPr>
                            <w:i/>
                          </w:rPr>
                        </w:pPr>
                        <w:r w:rsidRPr="000C1A11">
                          <w:rPr>
                            <w:i/>
                          </w:rPr>
                          <w:t>l</w:t>
                        </w:r>
                      </w:p>
                    </w:txbxContent>
                  </v:textbox>
                </v:shape>
                <v:shape id="Text Box 913" o:spid="_x0000_s1038" type="#_x0000_t202" style="position:absolute;left:7429;top:4667;width:4763;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" filled="f" stroked="f" strokeweight=".5pt">
                  <v:textbox>
                    <w:txbxContent>
                      <w:p w14:paraId="303DF66F" w14:textId="77777777" w:rsidR="005B4CBC" w:rsidRPr="000C1A11" w:rsidRDefault="005B4CBC" w:rsidP="005B4CBC">
                        <w:pPr>
                          <w:rPr>
                            <w:i/>
                          </w:rPr>
                        </w:pPr>
                        <w:r w:rsidRPr="000C1A11">
                          <w:rPr>
                            <w:i/>
                            <w:position w:val="-6"/>
                          </w:rPr>
                          <w:object w:dxaOrig="279" w:dyaOrig="260" w14:anchorId="40A0AD56">
                            <v:shape id="_x0000_i1032" type="#_x0000_t75" style="width:14.35pt;height:14.35pt" o:ole="">
                              <v:imagedata r:id="rId30" o:title=""/>
                            </v:shape>
                            <o:OLEObject Type="Embed" ProgID="Equation.DSMT4" ShapeID="_x0000_i1032" DrawAspect="Content" ObjectID="_1789927749" r:id="rId33"/>
                          </w:object>
                        </w:r>
                        <w:r>
                          <w:rPr>
                            <w:i/>
                          </w:rPr>
                          <w:t xml:space="preserve"> </w:t>
                        </w:r>
                      </w:p>
                    </w:txbxContent>
                  </v:textbox>
                </v:shape>
                <v:shape id="Text Box 916" o:spid="_x0000_s1039" type="#_x0000_t202" style="position:absolute;left:2099;top:476;width:4762;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" filled="f" stroked="f" strokeweight=".5pt">
                  <v:textbox>
                    <w:txbxContent>
                      <w:p w14:paraId="79F782A8" w14:textId="77777777" w:rsidR="005B4CBC" w:rsidRPr="007A2B13" w:rsidRDefault="005B4CBC" w:rsidP="005B4CBC">
                        <w:pPr>
                          <w:rPr>
                            <w:vertAlign w:val="subscript"/>
                          </w:rPr>
                        </w:pPr>
                        <w:r>
                          <w:t>T</w:t>
                        </w:r>
                        <w:r>
                          <w:rPr>
                            <w:vertAlign w:val="subscript"/>
                          </w:rPr>
                          <w:t>1</w:t>
                        </w:r>
                      </w:p>
                    </w:txbxContent>
                  </v:textbox>
                </v:shape>
                <w10:wrap anchorx="page"/>
              </v:group>
            </w:pict>
          </mc:Fallback>
        </mc:AlternateContent>
      </w:r>
      <w:r w:rsidR="005B4CBC" w:rsidRPr="004D46D7">
        <w:rPr>
          <w:color w:val="C00000"/>
          <w:sz w:val="24"/>
          <w:szCs w:val="24"/>
        </w:rPr>
        <w:br w:type="page"/>
      </w:r>
      <w:r w:rsidR="005B4CBC" w:rsidRPr="004D46D7">
        <w:rPr>
          <w:rFonts w:eastAsia="Calibri"/>
          <w:b/>
          <w:color w:val="auto"/>
          <w:sz w:val="24"/>
          <w:szCs w:val="24"/>
          <w:lang w:val="pt-BR"/>
        </w:rPr>
        <w:lastRenderedPageBreak/>
        <w:t>Câu 6:</w:t>
      </w:r>
      <w:r w:rsidR="005B4CBC" w:rsidRPr="004D46D7">
        <w:rPr>
          <w:rFonts w:eastAsia="Calibri"/>
          <w:bCs/>
          <w:color w:val="auto"/>
          <w:sz w:val="24"/>
          <w:szCs w:val="24"/>
          <w:lang w:val="pt-BR"/>
        </w:rPr>
        <w:t xml:space="preserve"> </w:t>
      </w:r>
      <w:r w:rsidR="005B4CBC" w:rsidRPr="004D46D7">
        <w:rPr>
          <w:rFonts w:eastAsia="Calibri"/>
          <w:color w:val="auto"/>
          <w:sz w:val="24"/>
          <w:szCs w:val="24"/>
          <w:lang w:val="nl-NL"/>
        </w:rPr>
        <w:t>Một ống nghiệm tiết diện đều có chiều dài 76 cm, đặt thẳng đứng chứa một khối khí đến nửa ống, phía trên của ống là một cột thủy ngân. Nhiệt độ lúc đầu của khối khí là 0</w:t>
      </w:r>
      <w:r w:rsidR="005B4CBC" w:rsidRPr="004D46D7">
        <w:rPr>
          <w:rFonts w:eastAsia="Calibri"/>
          <w:color w:val="auto"/>
          <w:sz w:val="24"/>
          <w:szCs w:val="24"/>
          <w:vertAlign w:val="superscript"/>
          <w:lang w:val="nl-NL"/>
        </w:rPr>
        <w:t>0</w:t>
      </w:r>
      <w:r w:rsidR="005B4CBC" w:rsidRPr="004D46D7">
        <w:rPr>
          <w:rFonts w:eastAsia="Calibri"/>
          <w:color w:val="auto"/>
          <w:sz w:val="24"/>
          <w:szCs w:val="24"/>
          <w:lang w:val="nl-NL"/>
        </w:rPr>
        <w:t>C.</w:t>
      </w:r>
      <w:r w:rsidR="005B4CBC" w:rsidRPr="004D46D7">
        <w:rPr>
          <w:rFonts w:eastAsia="Calibri"/>
          <w:color w:val="auto"/>
          <w:sz w:val="24"/>
          <w:szCs w:val="24"/>
          <w:vertAlign w:val="superscript"/>
          <w:lang w:val="nl-NL"/>
        </w:rPr>
        <w:t xml:space="preserve"> </w:t>
      </w:r>
      <w:r w:rsidR="005B4CBC" w:rsidRPr="004D46D7">
        <w:rPr>
          <w:rFonts w:eastAsia="Calibri"/>
          <w:color w:val="auto"/>
          <w:sz w:val="24"/>
          <w:szCs w:val="24"/>
          <w:lang w:val="nl-NL"/>
        </w:rPr>
        <w:t xml:space="preserve">Áp suất khí quyển là 76 cmHg. Để một nửa cột thủy ngân trào ra ngoài thì phải đun nóng khối khí lên đến bao nhiêu </w:t>
      </w:r>
      <w:r w:rsidR="005B4CBC" w:rsidRPr="004D46D7">
        <w:rPr>
          <w:rFonts w:eastAsia="Calibri"/>
          <w:color w:val="auto"/>
          <w:sz w:val="24"/>
          <w:szCs w:val="24"/>
          <w:vertAlign w:val="superscript"/>
          <w:lang w:val="nl-NL"/>
        </w:rPr>
        <w:t>0</w:t>
      </w:r>
      <w:r w:rsidR="005B4CBC" w:rsidRPr="004D46D7">
        <w:rPr>
          <w:rFonts w:eastAsia="Calibri"/>
          <w:color w:val="auto"/>
          <w:sz w:val="24"/>
          <w:szCs w:val="24"/>
          <w:lang w:val="nl-NL"/>
        </w:rPr>
        <w:t>C? (Kết quả được làm tròn đến phần nguyên).</w:t>
      </w:r>
    </w:p>
    <w:p w14:paraId="635E4399" w14:textId="77777777" w:rsidR="005B4CBC" w:rsidRPr="004D46D7" w:rsidRDefault="005B4CBC" w:rsidP="0026749B">
      <w:pPr>
        <w:spacing w:line="276" w:lineRule="auto"/>
        <w:jc w:val="both"/>
        <w:rPr>
          <w:rFonts w:eastAsia="Calibri"/>
          <w:b/>
          <w:color w:val="auto"/>
          <w:sz w:val="24"/>
          <w:szCs w:val="24"/>
          <w:lang w:val="nl-NL"/>
        </w:rPr>
      </w:pPr>
      <w:r w:rsidRPr="004D46D7">
        <w:rPr>
          <w:i/>
          <w:iCs/>
          <w:noProof/>
          <w:color w:val="auto"/>
          <w:sz w:val="24"/>
          <w:szCs w:val="24"/>
        </w:rPr>
        <mc:AlternateContent>
          <mc:Choice Requires="wpg">
            <w:drawing>
              <wp:anchor distT="0" distB="0" distL="114300" distR="114300" simplePos="0" relativeHeight="251670528" behindDoc="0" locked="0" layoutInCell="1" allowOverlap="1" wp14:anchorId="6A289619" wp14:editId="32133186">
                <wp:simplePos x="0" y="0"/>
                <wp:positionH relativeFrom="column">
                  <wp:posOffset>1920841</wp:posOffset>
                </wp:positionH>
                <wp:positionV relativeFrom="paragraph">
                  <wp:posOffset>20955</wp:posOffset>
                </wp:positionV>
                <wp:extent cx="1134110" cy="1334135"/>
                <wp:effectExtent l="0" t="0" r="46990" b="18415"/>
                <wp:wrapSquare wrapText="bothSides"/>
                <wp:docPr id="1903983853" name="Group 4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34110" cy="1334135"/>
                          <a:chOff x="9453" y="8993"/>
                          <a:chExt cx="1786" cy="2104"/>
                        </a:xfrm>
                      </wpg:grpSpPr>
                      <wpg:grpSp>
                        <wpg:cNvPr id="1629901750" name="Group 4810"/>
                        <wpg:cNvGrpSpPr>
                          <a:grpSpLocks/>
                        </wpg:cNvGrpSpPr>
                        <wpg:grpSpPr bwMode="auto">
                          <a:xfrm>
                            <a:off x="9453" y="9700"/>
                            <a:ext cx="1574" cy="1361"/>
                            <a:chOff x="9453" y="9700"/>
                            <a:chExt cx="1574" cy="1361"/>
                          </a:xfrm>
                        </wpg:grpSpPr>
                        <wps:wsp>
                          <wps:cNvPr id="444504420" name="Text Box 4811"/>
                          <wps:cNvSpPr txBox="1">
                            <a:spLocks noChangeArrowheads="1"/>
                          </wps:cNvSpPr>
                          <wps:spPr bwMode="auto">
                            <a:xfrm>
                              <a:off x="9453" y="9700"/>
                              <a:ext cx="1154" cy="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1FD64"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wps:txbx>
                          <wps:bodyPr rot="0" vert="horz" wrap="square" lIns="91440" tIns="45720" rIns="91440" bIns="45720" anchor="t" anchorCtr="0" upright="1">
                            <a:noAutofit/>
                          </wps:bodyPr>
                        </wps:wsp>
                        <wps:wsp>
                          <wps:cNvPr id="1178863107" name="Text Box 4812"/>
                          <wps:cNvSpPr txBox="1">
                            <a:spLocks noChangeArrowheads="1"/>
                          </wps:cNvSpPr>
                          <wps:spPr bwMode="auto">
                            <a:xfrm>
                              <a:off x="10242" y="10620"/>
                              <a:ext cx="785"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DA533"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wps:txbx>
                          <wps:bodyPr rot="0" vert="horz" wrap="square" lIns="91440" tIns="45720" rIns="91440" bIns="45720" anchor="t" anchorCtr="0" upright="1">
                            <a:noAutofit/>
                          </wps:bodyPr>
                        </wps:wsp>
                      </wpg:grpSp>
                      <wpg:grpSp>
                        <wpg:cNvPr id="1750351957" name="Group 4813"/>
                        <wpg:cNvGrpSpPr>
                          <a:grpSpLocks/>
                        </wpg:cNvGrpSpPr>
                        <wpg:grpSpPr bwMode="auto">
                          <a:xfrm>
                            <a:off x="10446" y="8993"/>
                            <a:ext cx="793" cy="2104"/>
                            <a:chOff x="10446" y="8993"/>
                            <a:chExt cx="793" cy="2104"/>
                          </a:xfrm>
                        </wpg:grpSpPr>
                        <wps:wsp>
                          <wps:cNvPr id="692875591" name="AutoShape 4814"/>
                          <wps:cNvCnPr>
                            <a:cxnSpLocks noChangeShapeType="1"/>
                          </wps:cNvCnPr>
                          <wps:spPr bwMode="auto">
                            <a:xfrm>
                              <a:off x="10446" y="9112"/>
                              <a:ext cx="0" cy="1578"/>
                            </a:xfrm>
                            <a:prstGeom prst="straightConnector1">
                              <a:avLst/>
                            </a:prstGeom>
                            <a:noFill/>
                            <a:ln w="9525">
                              <a:solidFill>
                                <a:srgbClr val="000000"/>
                              </a:solidFill>
                              <a:round/>
                              <a:headEnd type="stealth" w="sm" len="med"/>
                              <a:tailEnd type="stealth" w="sm" len="med"/>
                            </a:ln>
                            <a:extLst>
                              <a:ext uri="{909E8E84-426E-40DD-AFC4-6F175D3DCCD1}">
                                <a14:hiddenFill xmlns:a14="http://schemas.microsoft.com/office/drawing/2010/main">
                                  <a:noFill/>
                                </a14:hiddenFill>
                              </a:ext>
                            </a:extLst>
                          </wps:spPr>
                          <wps:bodyPr/>
                        </wps:wsp>
                        <wpg:grpSp>
                          <wpg:cNvPr id="259536738" name="Group 4815"/>
                          <wpg:cNvGrpSpPr>
                            <a:grpSpLocks/>
                          </wpg:cNvGrpSpPr>
                          <wpg:grpSpPr bwMode="auto">
                            <a:xfrm>
                              <a:off x="10940" y="10726"/>
                              <a:ext cx="299" cy="371"/>
                              <a:chOff x="5880" y="11009"/>
                              <a:chExt cx="407" cy="687"/>
                            </a:xfrm>
                          </wpg:grpSpPr>
                          <wpg:grpSp>
                            <wpg:cNvPr id="932570604" name="Group 4816"/>
                            <wpg:cNvGrpSpPr>
                              <a:grpSpLocks/>
                            </wpg:cNvGrpSpPr>
                            <wpg:grpSpPr bwMode="auto">
                              <a:xfrm>
                                <a:off x="5929" y="11009"/>
                                <a:ext cx="327" cy="486"/>
                                <a:chOff x="5929" y="11010"/>
                                <a:chExt cx="327" cy="486"/>
                              </a:xfrm>
                            </wpg:grpSpPr>
                            <wpg:grpSp>
                              <wpg:cNvPr id="1915013702" name="Group 4817"/>
                              <wpg:cNvGrpSpPr>
                                <a:grpSpLocks/>
                              </wpg:cNvGrpSpPr>
                              <wpg:grpSpPr bwMode="auto">
                                <a:xfrm rot="-627825">
                                  <a:off x="5929" y="11010"/>
                                  <a:ext cx="156" cy="450"/>
                                  <a:chOff x="5929" y="11180"/>
                                  <a:chExt cx="156" cy="450"/>
                                </a:xfrm>
                              </wpg:grpSpPr>
                              <wps:wsp>
                                <wps:cNvPr id="1861051052" name="Freeform 4818"/>
                                <wps:cNvSpPr>
                                  <a:spLocks/>
                                </wps:cNvSpPr>
                                <wps:spPr bwMode="auto">
                                  <a:xfrm>
                                    <a:off x="5929" y="11180"/>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208824851" name="Freeform 4819"/>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g:cNvPr id="882005515" name="Group 4820"/>
                              <wpg:cNvGrpSpPr>
                                <a:grpSpLocks/>
                              </wpg:cNvGrpSpPr>
                              <wpg:grpSpPr bwMode="auto">
                                <a:xfrm rot="1069912">
                                  <a:off x="6159" y="11177"/>
                                  <a:ext cx="97" cy="319"/>
                                  <a:chOff x="6033" y="11180"/>
                                  <a:chExt cx="145" cy="479"/>
                                </a:xfrm>
                              </wpg:grpSpPr>
                              <wps:wsp>
                                <wps:cNvPr id="1879417061" name="Freeform 4821"/>
                                <wps:cNvSpPr>
                                  <a:spLocks/>
                                </wps:cNvSpPr>
                                <wps:spPr bwMode="auto">
                                  <a:xfrm>
                                    <a:off x="6049" y="11209"/>
                                    <a:ext cx="129" cy="450"/>
                                  </a:xfrm>
                                  <a:custGeom>
                                    <a:avLst/>
                                    <a:gdLst>
                                      <a:gd name="T0" fmla="*/ 111 w 129"/>
                                      <a:gd name="T1" fmla="*/ 0 h 450"/>
                                      <a:gd name="T2" fmla="*/ 0 w 129"/>
                                      <a:gd name="T3" fmla="*/ 160 h 450"/>
                                      <a:gd name="T4" fmla="*/ 111 w 129"/>
                                      <a:gd name="T5" fmla="*/ 350 h 450"/>
                                      <a:gd name="T6" fmla="*/ 111 w 129"/>
                                      <a:gd name="T7" fmla="*/ 450 h 450"/>
                                    </a:gdLst>
                                    <a:ahLst/>
                                    <a:cxnLst>
                                      <a:cxn ang="0">
                                        <a:pos x="T0" y="T1"/>
                                      </a:cxn>
                                      <a:cxn ang="0">
                                        <a:pos x="T2" y="T3"/>
                                      </a:cxn>
                                      <a:cxn ang="0">
                                        <a:pos x="T4" y="T5"/>
                                      </a:cxn>
                                      <a:cxn ang="0">
                                        <a:pos x="T6" y="T7"/>
                                      </a:cxn>
                                    </a:cxnLst>
                                    <a:rect l="0" t="0" r="r" b="b"/>
                                    <a:pathLst>
                                      <a:path w="129" h="450">
                                        <a:moveTo>
                                          <a:pt x="111" y="0"/>
                                        </a:moveTo>
                                        <a:cubicBezTo>
                                          <a:pt x="55" y="51"/>
                                          <a:pt x="0" y="102"/>
                                          <a:pt x="0" y="160"/>
                                        </a:cubicBezTo>
                                        <a:cubicBezTo>
                                          <a:pt x="0" y="218"/>
                                          <a:pt x="93" y="302"/>
                                          <a:pt x="111" y="350"/>
                                        </a:cubicBezTo>
                                        <a:cubicBezTo>
                                          <a:pt x="129" y="398"/>
                                          <a:pt x="111" y="428"/>
                                          <a:pt x="111"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699625212" name="Freeform 4822"/>
                                <wps:cNvSpPr>
                                  <a:spLocks/>
                                </wps:cNvSpPr>
                                <wps:spPr bwMode="auto">
                                  <a:xfrm>
                                    <a:off x="6033" y="11180"/>
                                    <a:ext cx="52" cy="450"/>
                                  </a:xfrm>
                                  <a:custGeom>
                                    <a:avLst/>
                                    <a:gdLst>
                                      <a:gd name="T0" fmla="*/ 7 w 52"/>
                                      <a:gd name="T1" fmla="*/ 0 h 450"/>
                                      <a:gd name="T2" fmla="*/ 7 w 52"/>
                                      <a:gd name="T3" fmla="*/ 170 h 450"/>
                                      <a:gd name="T4" fmla="*/ 52 w 52"/>
                                      <a:gd name="T5" fmla="*/ 310 h 450"/>
                                      <a:gd name="T6" fmla="*/ 7 w 52"/>
                                      <a:gd name="T7" fmla="*/ 450 h 450"/>
                                    </a:gdLst>
                                    <a:ahLst/>
                                    <a:cxnLst>
                                      <a:cxn ang="0">
                                        <a:pos x="T0" y="T1"/>
                                      </a:cxn>
                                      <a:cxn ang="0">
                                        <a:pos x="T2" y="T3"/>
                                      </a:cxn>
                                      <a:cxn ang="0">
                                        <a:pos x="T4" y="T5"/>
                                      </a:cxn>
                                      <a:cxn ang="0">
                                        <a:pos x="T6" y="T7"/>
                                      </a:cxn>
                                    </a:cxnLst>
                                    <a:rect l="0" t="0" r="r" b="b"/>
                                    <a:pathLst>
                                      <a:path w="52" h="450">
                                        <a:moveTo>
                                          <a:pt x="7" y="0"/>
                                        </a:moveTo>
                                        <a:cubicBezTo>
                                          <a:pt x="3" y="59"/>
                                          <a:pt x="0" y="118"/>
                                          <a:pt x="7" y="170"/>
                                        </a:cubicBezTo>
                                        <a:cubicBezTo>
                                          <a:pt x="14" y="222"/>
                                          <a:pt x="52" y="263"/>
                                          <a:pt x="52" y="310"/>
                                        </a:cubicBezTo>
                                        <a:cubicBezTo>
                                          <a:pt x="52" y="357"/>
                                          <a:pt x="29" y="403"/>
                                          <a:pt x="7" y="450"/>
                                        </a:cubicBezTo>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wpg:grpSp>
                          </wpg:grpSp>
                          <wps:wsp>
                            <wps:cNvPr id="1473953340" name="AutoShape 4823" descr="Dashed horizontal"/>
                            <wps:cNvSpPr>
                              <a:spLocks noChangeArrowheads="1"/>
                            </wps:cNvSpPr>
                            <wps:spPr bwMode="auto">
                              <a:xfrm rot="10800000">
                                <a:off x="5880" y="11457"/>
                                <a:ext cx="407" cy="239"/>
                              </a:xfrm>
                              <a:custGeom>
                                <a:avLst/>
                                <a:gdLst>
                                  <a:gd name="G0" fmla="+- 5400 0 0"/>
                                  <a:gd name="G1" fmla="+- 21600 0 5400"/>
                                  <a:gd name="G2" fmla="*/ 5400 1 2"/>
                                  <a:gd name="G3" fmla="+- 21600 0 G2"/>
                                  <a:gd name="G4" fmla="+/ 5400 21600 2"/>
                                  <a:gd name="G5" fmla="+/ G1 0 2"/>
                                  <a:gd name="G6" fmla="*/ 21600 21600 5400"/>
                                  <a:gd name="G7" fmla="*/ G6 1 2"/>
                                  <a:gd name="G8" fmla="+- 21600 0 G7"/>
                                  <a:gd name="G9" fmla="*/ 21600 1 2"/>
                                  <a:gd name="G10" fmla="+- 5400 0 G9"/>
                                  <a:gd name="G11" fmla="?: G10 G8 0"/>
                                  <a:gd name="G12" fmla="?: G10 G7 21600"/>
                                  <a:gd name="T0" fmla="*/ 18900 w 21600"/>
                                  <a:gd name="T1" fmla="*/ 10800 h 21600"/>
                                  <a:gd name="T2" fmla="*/ 10800 w 21600"/>
                                  <a:gd name="T3" fmla="*/ 21600 h 21600"/>
                                  <a:gd name="T4" fmla="*/ 2700 w 21600"/>
                                  <a:gd name="T5" fmla="*/ 10800 h 21600"/>
                                  <a:gd name="T6" fmla="*/ 10800 w 21600"/>
                                  <a:gd name="T7" fmla="*/ 0 h 21600"/>
                                  <a:gd name="T8" fmla="*/ 4500 w 21600"/>
                                  <a:gd name="T9" fmla="*/ 4500 h 21600"/>
                                  <a:gd name="T10" fmla="*/ 17100 w 21600"/>
                                  <a:gd name="T11" fmla="*/ 17100 h 21600"/>
                                </a:gdLst>
                                <a:ahLst/>
                                <a:cxnLst>
                                  <a:cxn ang="0">
                                    <a:pos x="T0" y="T1"/>
                                  </a:cxn>
                                  <a:cxn ang="0">
                                    <a:pos x="T2" y="T3"/>
                                  </a:cxn>
                                  <a:cxn ang="0">
                                    <a:pos x="T4" y="T5"/>
                                  </a:cxn>
                                  <a:cxn ang="0">
                                    <a:pos x="T6" y="T7"/>
                                  </a:cxn>
                                </a:cxnLst>
                                <a:rect l="T8" t="T9" r="T10" b="T11"/>
                                <a:pathLst>
                                  <a:path w="21600" h="21600">
                                    <a:moveTo>
                                      <a:pt x="0" y="0"/>
                                    </a:moveTo>
                                    <a:lnTo>
                                      <a:pt x="5400" y="21600"/>
                                    </a:lnTo>
                                    <a:lnTo>
                                      <a:pt x="16200" y="21600"/>
                                    </a:lnTo>
                                    <a:lnTo>
                                      <a:pt x="21600" y="0"/>
                                    </a:lnTo>
                                    <a:close/>
                                  </a:path>
                                </a:pathLst>
                              </a:custGeom>
                              <a:pattFill prst="dashHorz">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wpg:grpSp>
                        <wpg:grpSp>
                          <wpg:cNvPr id="1252239069" name="Group 4824"/>
                          <wpg:cNvGrpSpPr>
                            <a:grpSpLocks/>
                          </wpg:cNvGrpSpPr>
                          <wpg:grpSpPr bwMode="auto">
                            <a:xfrm>
                              <a:off x="11009" y="8995"/>
                              <a:ext cx="128" cy="1693"/>
                              <a:chOff x="10593" y="9165"/>
                              <a:chExt cx="128" cy="1693"/>
                            </a:xfrm>
                          </wpg:grpSpPr>
                          <wpg:grpSp>
                            <wpg:cNvPr id="34443143" name="Group 4825"/>
                            <wpg:cNvGrpSpPr>
                              <a:grpSpLocks/>
                            </wpg:cNvGrpSpPr>
                            <wpg:grpSpPr bwMode="auto">
                              <a:xfrm rot="21600000">
                                <a:off x="10593" y="9165"/>
                                <a:ext cx="128" cy="1693"/>
                                <a:chOff x="3870" y="9990"/>
                                <a:chExt cx="270" cy="2219"/>
                              </a:xfrm>
                            </wpg:grpSpPr>
                            <wps:wsp>
                              <wps:cNvPr id="857710795" name="AutoShape 4826"/>
                              <wps:cNvSpPr>
                                <a:spLocks noChangeArrowheads="1"/>
                              </wps:cNvSpPr>
                              <wps:spPr bwMode="auto">
                                <a:xfrm>
                                  <a:off x="3898" y="10020"/>
                                  <a:ext cx="210" cy="2189"/>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290793570" name="Rectangle 4827"/>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224948263" name="AutoShape 4828"/>
                            <wps:cNvSpPr>
                              <a:spLocks noChangeArrowheads="1"/>
                            </wps:cNvSpPr>
                            <wps:spPr bwMode="auto">
                              <a:xfrm rot="21600000">
                                <a:off x="10615" y="9282"/>
                                <a:ext cx="78" cy="41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cNvPr id="605769714" name="Group 4829"/>
                          <wpg:cNvGrpSpPr>
                            <a:grpSpLocks/>
                          </wpg:cNvGrpSpPr>
                          <wpg:grpSpPr bwMode="auto">
                            <a:xfrm>
                              <a:off x="10511" y="8993"/>
                              <a:ext cx="128" cy="1694"/>
                              <a:chOff x="10311" y="9163"/>
                              <a:chExt cx="128" cy="1694"/>
                            </a:xfrm>
                          </wpg:grpSpPr>
                          <wpg:grpSp>
                            <wpg:cNvPr id="2138406347" name="Group 4830"/>
                            <wpg:cNvGrpSpPr>
                              <a:grpSpLocks/>
                            </wpg:cNvGrpSpPr>
                            <wpg:grpSpPr bwMode="auto">
                              <a:xfrm rot="21600000">
                                <a:off x="10311" y="9163"/>
                                <a:ext cx="128" cy="1694"/>
                                <a:chOff x="3870" y="9990"/>
                                <a:chExt cx="270" cy="2221"/>
                              </a:xfrm>
                            </wpg:grpSpPr>
                            <wps:wsp>
                              <wps:cNvPr id="1191654696" name="AutoShape 4831"/>
                              <wps:cNvSpPr>
                                <a:spLocks noChangeArrowheads="1"/>
                              </wps:cNvSpPr>
                              <wps:spPr bwMode="auto">
                                <a:xfrm>
                                  <a:off x="3900" y="10021"/>
                                  <a:ext cx="210" cy="2190"/>
                                </a:xfrm>
                                <a:prstGeom prst="roundRect">
                                  <a:avLst>
                                    <a:gd name="adj" fmla="val 50000"/>
                                  </a:avLst>
                                </a:prstGeom>
                                <a:solidFill>
                                  <a:srgbClr val="FFFFFF"/>
                                </a:solidFill>
                                <a:ln w="19050">
                                  <a:solidFill>
                                    <a:srgbClr val="000000"/>
                                  </a:solidFill>
                                  <a:round/>
                                  <a:headEnd/>
                                  <a:tailEnd/>
                                </a:ln>
                              </wps:spPr>
                              <wps:bodyPr rot="0" vert="horz" wrap="square" lIns="91440" tIns="45720" rIns="91440" bIns="45720" anchor="t" anchorCtr="0" upright="1">
                                <a:noAutofit/>
                              </wps:bodyPr>
                            </wps:wsp>
                            <wps:wsp>
                              <wps:cNvPr id="1306425838" name="Rectangle 4832"/>
                              <wps:cNvSpPr>
                                <a:spLocks noChangeArrowheads="1"/>
                              </wps:cNvSpPr>
                              <wps:spPr bwMode="auto">
                                <a:xfrm>
                                  <a:off x="3870" y="9990"/>
                                  <a:ext cx="270" cy="1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s:wsp>
                            <wps:cNvPr id="1163382057" name="AutoShape 4833"/>
                            <wps:cNvSpPr>
                              <a:spLocks noChangeArrowheads="1"/>
                            </wps:cNvSpPr>
                            <wps:spPr bwMode="auto">
                              <a:xfrm rot="21600000">
                                <a:off x="10333" y="9282"/>
                                <a:ext cx="74" cy="798"/>
                              </a:xfrm>
                              <a:prstGeom prst="roundRect">
                                <a:avLst>
                                  <a:gd name="adj" fmla="val 50000"/>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6A289619" id="Group 4809" o:spid="_x0000_s1040" style="position:absolute;left:0;text-align:left;margin-left:151.25pt;margin-top:1.65pt;width:89.3pt;height:105.05pt;z-index:251670528" coordorigin="9453,8993" coordsize="1786,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">
                <v:group id="Group 4810" o:spid="_x0000_s1041" style="position:absolute;left:9453;top:9700;width:1574;height:1361" coordorigin="9453,9700" coordsize="1574,1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">
                  <v:shape id="Text Box 4811" o:spid="_x0000_s1042" type="#_x0000_t202" style="position:absolute;left:9453;top:9700;width:1154;height: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" filled="f" stroked="f">
                    <v:textbox>
                      <w:txbxContent>
                        <w:p w14:paraId="1EB1FD64"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76 cm</w:t>
                          </w:r>
                        </w:p>
                      </w:txbxContent>
                    </v:textbox>
                  </v:shape>
                  <v:shape id="Text Box 4812" o:spid="_x0000_s1043" type="#_x0000_t202" style="position:absolute;left:10242;top:10620;width:785;height: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" filled="f" stroked="f">
                    <v:textbox>
                      <w:txbxContent>
                        <w:p w14:paraId="57CDA533" w14:textId="77777777" w:rsidR="005B4CBC" w:rsidRPr="002106B2" w:rsidRDefault="005B4CBC" w:rsidP="005B4CBC">
                          <w:pPr>
                            <w:rPr>
                              <w:rFonts w:ascii="Cambria" w:hAnsi="Cambria"/>
                              <w:color w:val="auto"/>
                              <w:sz w:val="26"/>
                              <w:szCs w:val="26"/>
                            </w:rPr>
                          </w:pPr>
                          <w:r w:rsidRPr="002106B2">
                            <w:rPr>
                              <w:rFonts w:ascii="Cambria" w:hAnsi="Cambria"/>
                              <w:color w:val="auto"/>
                              <w:sz w:val="26"/>
                              <w:szCs w:val="26"/>
                            </w:rPr>
                            <w:t>0</w:t>
                          </w:r>
                          <w:r w:rsidRPr="002106B2">
                            <w:rPr>
                              <w:rFonts w:ascii="Cambria" w:hAnsi="Cambria"/>
                              <w:color w:val="auto"/>
                              <w:sz w:val="26"/>
                              <w:szCs w:val="26"/>
                              <w:vertAlign w:val="superscript"/>
                            </w:rPr>
                            <w:t>0</w:t>
                          </w:r>
                          <w:r w:rsidRPr="002106B2">
                            <w:rPr>
                              <w:rFonts w:ascii="Cambria" w:hAnsi="Cambria"/>
                              <w:color w:val="auto"/>
                              <w:sz w:val="26"/>
                              <w:szCs w:val="26"/>
                            </w:rPr>
                            <w:t>C</w:t>
                          </w:r>
                        </w:p>
                      </w:txbxContent>
                    </v:textbox>
                  </v:shape>
                </v:group>
                <v:group id="Group 4813" o:spid="_x0000_s1044" style="position:absolute;left:10446;top:8993;width:793;height:2104" coordorigin="10446,8993" coordsize="793,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">
                  <v:shape id="AutoShape 4814" o:spid="_x0000_s1045" type="#_x0000_t32" style="position:absolute;left:10446;top:9112;width:0;height:15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">
                    <v:stroke startarrow="classic" startarrowwidth="narrow" endarrow="classic" endarrowwidth="narrow"/>
                  </v:shape>
                  <v:group id="Group 4815" o:spid="_x0000_s1046" style="position:absolute;left:10940;top:10726;width:299;height:371" coordorigin="5880,11009" coordsize="40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">
                    <v:group id="Group 4816" o:spid="_x0000_s1047" style="position:absolute;left:5929;top:11009;width:327;height:486" coordorigin="5929,11010" coordsize="327,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">
                      <v:group id="Group 4817" o:spid="_x0000_s1048" style="position:absolute;left:5929;top:11010;width:156;height:450;rotation:-685752fd" coordorigin="5929,11180" coordsize="15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">
                        <v:shape id="Freeform 4818" o:spid="_x0000_s1049" style="position:absolute;left:5929;top:11180;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" path="m111,c55,51,,102,,160v,58,93,142,111,190c129,398,111,428,111,450e" fillcolor="black">
                          <v:path arrowok="t" o:connecttype="custom" o:connectlocs="111,0;0,160;111,350;111,450" o:connectangles="0,0,0,0"/>
                        </v:shape>
                        <v:shape id="Freeform 4819" o:spid="_x0000_s1050"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" path="m7,c3,59,,118,7,170v7,52,45,93,45,140c52,357,29,403,7,450e" fillcolor="black">
                          <v:path arrowok="t" o:connecttype="custom" o:connectlocs="7,0;7,170;52,310;7,450" o:connectangles="0,0,0,0"/>
                        </v:shape>
                      </v:group>
                      <v:group id="Group 4820" o:spid="_x0000_s1051" style="position:absolute;left:6159;top:11177;width:97;height:319;rotation:1168629fd" coordorigin="6033,11180" coordsize="145,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">
                        <v:shape id="Freeform 4821" o:spid="_x0000_s1052" style="position:absolute;left:6049;top:11209;width:129;height:450;visibility:visible;mso-wrap-style:square;v-text-anchor:top" coordsize="129,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" path="m111,c55,51,,102,,160v,58,93,142,111,190c129,398,111,428,111,450e" fillcolor="black">
                          <v:path arrowok="t" o:connecttype="custom" o:connectlocs="111,0;0,160;111,350;111,450" o:connectangles="0,0,0,0"/>
                        </v:shape>
                        <v:shape id="Freeform 4822" o:spid="_x0000_s1053" style="position:absolute;left:6033;top:11180;width:52;height:450;visibility:visible;mso-wrap-style:square;v-text-anchor:top" coordsize="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" path="m7,c3,59,,118,7,170v7,52,45,93,45,140c52,357,29,403,7,450e" fillcolor="black">
                          <v:path arrowok="t" o:connecttype="custom" o:connectlocs="7,0;7,170;52,310;7,450" o:connectangles="0,0,0,0"/>
                        </v:shape>
                      </v:group>
                    </v:group>
                    <v:shape id="AutoShape 4823" o:spid="_x0000_s1054" alt="Dashed horizontal" style="position:absolute;left:5880;top:11457;width:407;height:239;rotation: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" path="m,l5400,21600r10800,l21600,,,xe" fillcolor="black">
                      <v:fill r:id="rId34" o:title="" type="pattern"/>
                      <v:stroke joinstyle="miter"/>
                      <v:path o:connecttype="custom" o:connectlocs="356,120;204,239;51,120;204,0" o:connectangles="0,0,0,0" textboxrect="4511,4519,17089,17081"/>
                    </v:shape>
                  </v:group>
                  <v:group id="Group 4824" o:spid="_x0000_s1055" style="position:absolute;left:11009;top:8995;width:128;height:1693" coordorigin="10593,9165" coordsize="128,1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">
                    <v:group id="Group 4825" o:spid="_x0000_s1056" style="position:absolute;left:10593;top:9165;width:128;height:1693" coordorigin="3870,9990" coordsize="270,2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">
                      <v:roundrect id="AutoShape 4826" o:spid="_x0000_s1057" style="position:absolute;left:3898;top:10020;width:210;height:2189;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" strokeweight="1.5pt"/>
                      <v:rect id="Rectangle 4827" o:spid="_x0000_s1058"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" stroked="f"/>
                    </v:group>
                    <v:roundrect id="AutoShape 4828" o:spid="_x0000_s1059" style="position:absolute;left:10615;top:9282;width:78;height:41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" fillcolor="gray"/>
                  </v:group>
                  <v:group id="Group 4829" o:spid="_x0000_s1060" style="position:absolute;left:10511;top:8993;width:128;height:1694" coordorigin="10311,9163" coordsize="128,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">
                    <v:group id="Group 4830" o:spid="_x0000_s1061" style="position:absolute;left:10311;top:9163;width:128;height:1694" coordorigin="3870,9990" coordsize="270,22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">
                      <v:roundrect id="AutoShape 4831" o:spid="_x0000_s1062" style="position:absolute;left:3900;top:10021;width:210;height:2190;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" strokeweight="1.5pt"/>
                      <v:rect id="Rectangle 4832" o:spid="_x0000_s1063" style="position:absolute;left:3870;top:9990;width:270;height: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" stroked="f"/>
                    </v:group>
                    <v:roundrect id="AutoShape 4833" o:spid="_x0000_s1064" style="position:absolute;left:10333;top:9282;width:74;height:798;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" fillcolor="gray"/>
                  </v:group>
                </v:group>
                <w10:wrap type="square"/>
              </v:group>
            </w:pict>
          </mc:Fallback>
        </mc:AlternateContent>
      </w:r>
    </w:p>
    <w:p w14:paraId="325428C3" w14:textId="77777777" w:rsidR="005B4CBC" w:rsidRPr="004D46D7" w:rsidRDefault="005B4CBC" w:rsidP="0026749B">
      <w:pPr>
        <w:spacing w:line="276" w:lineRule="auto"/>
        <w:jc w:val="both"/>
        <w:rPr>
          <w:rFonts w:eastAsia="Calibri"/>
          <w:b/>
          <w:color w:val="auto"/>
          <w:sz w:val="24"/>
          <w:szCs w:val="24"/>
          <w:lang w:val="nl-NL"/>
        </w:rPr>
      </w:pPr>
    </w:p>
    <w:p w14:paraId="61AC950F" w14:textId="77777777" w:rsidR="005B4CBC" w:rsidRPr="004D46D7" w:rsidRDefault="005B4CBC" w:rsidP="0026749B">
      <w:pPr>
        <w:spacing w:line="276" w:lineRule="auto"/>
        <w:jc w:val="both"/>
        <w:rPr>
          <w:rFonts w:eastAsia="Calibri"/>
          <w:b/>
          <w:color w:val="auto"/>
          <w:sz w:val="24"/>
          <w:szCs w:val="24"/>
          <w:lang w:val="nl-NL"/>
        </w:rPr>
      </w:pPr>
    </w:p>
    <w:p w14:paraId="34DF4095" w14:textId="77777777" w:rsidR="005B4CBC" w:rsidRPr="004D46D7" w:rsidRDefault="005B4CBC" w:rsidP="0026749B">
      <w:pPr>
        <w:spacing w:line="276" w:lineRule="auto"/>
        <w:jc w:val="both"/>
        <w:rPr>
          <w:rFonts w:eastAsia="Calibri"/>
          <w:b/>
          <w:color w:val="auto"/>
          <w:sz w:val="24"/>
          <w:szCs w:val="24"/>
          <w:lang w:val="nl-NL"/>
        </w:rPr>
      </w:pPr>
    </w:p>
    <w:p w14:paraId="73BD6FB0" w14:textId="77777777" w:rsidR="005B4CBC" w:rsidRPr="004D46D7" w:rsidRDefault="005B4CBC" w:rsidP="0026749B">
      <w:pPr>
        <w:spacing w:line="276" w:lineRule="auto"/>
        <w:jc w:val="both"/>
        <w:rPr>
          <w:rFonts w:eastAsia="Calibri"/>
          <w:b/>
          <w:color w:val="auto"/>
          <w:sz w:val="24"/>
          <w:szCs w:val="24"/>
          <w:lang w:val="nl-NL"/>
        </w:rPr>
      </w:pPr>
    </w:p>
    <w:p w14:paraId="4572B1CB" w14:textId="77777777" w:rsidR="005B4CBC" w:rsidRPr="004D46D7" w:rsidRDefault="005B4CBC" w:rsidP="0026749B">
      <w:pPr>
        <w:spacing w:line="276" w:lineRule="auto"/>
        <w:jc w:val="both"/>
        <w:rPr>
          <w:rFonts w:eastAsia="Calibri"/>
          <w:b/>
          <w:color w:val="auto"/>
          <w:sz w:val="24"/>
          <w:szCs w:val="24"/>
          <w:lang w:val="nl-NL"/>
        </w:rPr>
      </w:pPr>
    </w:p>
    <w:p w14:paraId="5C1B8027" w14:textId="77777777" w:rsidR="005B4CBC" w:rsidRPr="004D46D7" w:rsidRDefault="005B4CBC" w:rsidP="0026749B">
      <w:pPr>
        <w:spacing w:line="276" w:lineRule="auto"/>
        <w:jc w:val="both"/>
        <w:rPr>
          <w:rFonts w:eastAsia="Calibri"/>
          <w:b/>
          <w:color w:val="auto"/>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5B4CBC" w:rsidRPr="004D46D7" w14:paraId="7B9B92E5" w14:textId="77777777" w:rsidTr="00F52A3D">
        <w:trPr>
          <w:trHeight w:val="359"/>
        </w:trPr>
        <w:tc>
          <w:tcPr>
            <w:tcW w:w="1274" w:type="dxa"/>
          </w:tcPr>
          <w:p w14:paraId="261035FB" w14:textId="77777777" w:rsidR="005B4CBC" w:rsidRPr="004D46D7" w:rsidRDefault="005B4CBC"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6F3A18B" w14:textId="77777777" w:rsidR="005B4CBC" w:rsidRPr="004D46D7" w:rsidRDefault="005B4CBC" w:rsidP="0026749B">
            <w:pPr>
              <w:tabs>
                <w:tab w:val="left" w:pos="720"/>
              </w:tabs>
              <w:spacing w:line="276" w:lineRule="auto"/>
              <w:rPr>
                <w:b/>
                <w:bCs/>
                <w:color w:val="auto"/>
                <w:sz w:val="24"/>
                <w:szCs w:val="24"/>
              </w:rPr>
            </w:pPr>
          </w:p>
        </w:tc>
        <w:tc>
          <w:tcPr>
            <w:tcW w:w="426" w:type="dxa"/>
          </w:tcPr>
          <w:p w14:paraId="5B8936A6" w14:textId="77777777" w:rsidR="005B4CBC" w:rsidRPr="004D46D7" w:rsidRDefault="005B4CBC" w:rsidP="0026749B">
            <w:pPr>
              <w:tabs>
                <w:tab w:val="left" w:pos="720"/>
              </w:tabs>
              <w:spacing w:line="276" w:lineRule="auto"/>
              <w:rPr>
                <w:b/>
                <w:bCs/>
                <w:color w:val="auto"/>
                <w:sz w:val="24"/>
                <w:szCs w:val="24"/>
              </w:rPr>
            </w:pPr>
          </w:p>
        </w:tc>
        <w:tc>
          <w:tcPr>
            <w:tcW w:w="425" w:type="dxa"/>
          </w:tcPr>
          <w:p w14:paraId="3A026063" w14:textId="77777777" w:rsidR="005B4CBC" w:rsidRPr="004D46D7" w:rsidRDefault="005B4CBC" w:rsidP="0026749B">
            <w:pPr>
              <w:tabs>
                <w:tab w:val="left" w:pos="720"/>
              </w:tabs>
              <w:spacing w:line="276" w:lineRule="auto"/>
              <w:rPr>
                <w:b/>
                <w:bCs/>
                <w:color w:val="auto"/>
                <w:sz w:val="24"/>
                <w:szCs w:val="24"/>
              </w:rPr>
            </w:pPr>
          </w:p>
        </w:tc>
        <w:tc>
          <w:tcPr>
            <w:tcW w:w="425" w:type="dxa"/>
          </w:tcPr>
          <w:p w14:paraId="083886E4" w14:textId="77777777" w:rsidR="005B4CBC" w:rsidRPr="004D46D7" w:rsidRDefault="005B4CBC" w:rsidP="0026749B">
            <w:pPr>
              <w:tabs>
                <w:tab w:val="left" w:pos="720"/>
              </w:tabs>
              <w:spacing w:line="276" w:lineRule="auto"/>
              <w:rPr>
                <w:b/>
                <w:bCs/>
                <w:color w:val="auto"/>
                <w:sz w:val="24"/>
                <w:szCs w:val="24"/>
              </w:rPr>
            </w:pPr>
          </w:p>
        </w:tc>
      </w:tr>
    </w:tbl>
    <w:p w14:paraId="1A5F52A1" w14:textId="77777777" w:rsidR="005B4CBC" w:rsidRPr="004D46D7" w:rsidRDefault="005B4CBC" w:rsidP="0026749B">
      <w:pPr>
        <w:tabs>
          <w:tab w:val="left" w:pos="720"/>
        </w:tabs>
        <w:spacing w:line="276" w:lineRule="auto"/>
        <w:rPr>
          <w:i/>
          <w:iCs/>
          <w:color w:val="C00000"/>
          <w:sz w:val="24"/>
          <w:szCs w:val="24"/>
          <w:lang w:val="da-DK"/>
        </w:rPr>
      </w:pPr>
    </w:p>
    <w:p w14:paraId="55F1B2A5" w14:textId="77777777" w:rsidR="0026749B" w:rsidRPr="004D46D7" w:rsidRDefault="0026749B" w:rsidP="0026749B">
      <w:pPr>
        <w:spacing w:after="160" w:line="259" w:lineRule="auto"/>
        <w:rPr>
          <w:rFonts w:eastAsia="Calibri"/>
          <w:color w:val="auto"/>
          <w:sz w:val="24"/>
          <w:szCs w:val="24"/>
          <w:lang w:val="nl-NL"/>
        </w:rPr>
      </w:pPr>
      <w:r w:rsidRPr="004D46D7">
        <w:rPr>
          <w:rFonts w:eastAsia="Calibri"/>
          <w:color w:val="auto"/>
          <w:sz w:val="24"/>
          <w:szCs w:val="24"/>
          <w:lang w:val="nl-NL"/>
        </w:rPr>
        <w:br w:type="page"/>
      </w:r>
    </w:p>
    <w:p w14:paraId="345F3AB6" w14:textId="77777777" w:rsidR="002A32EA" w:rsidRPr="004D46D7" w:rsidRDefault="002A32EA" w:rsidP="0026749B">
      <w:pPr>
        <w:tabs>
          <w:tab w:val="left" w:pos="720"/>
        </w:tabs>
        <w:spacing w:line="276" w:lineRule="auto"/>
        <w:rPr>
          <w:i/>
          <w:iCs/>
          <w:color w:val="C00000"/>
          <w:sz w:val="24"/>
          <w:szCs w:val="24"/>
          <w:lang w:val="da-DK"/>
        </w:rPr>
      </w:pPr>
    </w:p>
    <w:p w14:paraId="445C18A1" w14:textId="77777777" w:rsidR="00741ED8" w:rsidRPr="004D46D7" w:rsidRDefault="00741ED8" w:rsidP="0026749B">
      <w:pPr>
        <w:jc w:val="center"/>
        <w:rPr>
          <w:b/>
          <w:bCs/>
          <w:color w:val="FF0000"/>
          <w:sz w:val="40"/>
          <w:szCs w:val="40"/>
        </w:rPr>
      </w:pPr>
      <w:r w:rsidRPr="004D46D7">
        <w:rPr>
          <w:b/>
          <w:bCs/>
          <w:color w:val="FF0000"/>
          <w:sz w:val="40"/>
          <w:szCs w:val="40"/>
        </w:rPr>
        <w:t>Dạng 2 – Phương trình CLAPEYRON</w:t>
      </w:r>
    </w:p>
    <w:p w14:paraId="1C29C164" w14:textId="77777777" w:rsidR="00741ED8" w:rsidRPr="004D46D7" w:rsidRDefault="00741ED8" w:rsidP="0026749B">
      <w:pPr>
        <w:jc w:val="center"/>
        <w:rPr>
          <w:b/>
          <w:bCs/>
          <w:color w:val="00B050"/>
          <w:sz w:val="24"/>
          <w:szCs w:val="24"/>
        </w:rPr>
      </w:pPr>
    </w:p>
    <w:p w14:paraId="08ECD832" w14:textId="77777777" w:rsidR="00741ED8" w:rsidRPr="004D46D7" w:rsidRDefault="00741ED8" w:rsidP="0026749B">
      <w:pPr>
        <w:jc w:val="center"/>
        <w:rPr>
          <w:b/>
          <w:bCs/>
          <w:color w:val="7030A0"/>
          <w:sz w:val="24"/>
          <w:szCs w:val="24"/>
        </w:rPr>
      </w:pPr>
    </w:p>
    <w:p w14:paraId="012EB8DB" w14:textId="77777777" w:rsidR="00741ED8" w:rsidRPr="004D46D7" w:rsidRDefault="00741ED8" w:rsidP="0026749B">
      <w:pPr>
        <w:rPr>
          <w:sz w:val="24"/>
          <w:szCs w:val="24"/>
        </w:rPr>
      </w:pPr>
    </w:p>
    <w:p w14:paraId="78764FFE" w14:textId="77777777" w:rsidR="00741ED8" w:rsidRPr="004D46D7" w:rsidRDefault="00741ED8" w:rsidP="0026749B">
      <w:pPr>
        <w:shd w:val="clear" w:color="auto" w:fill="F7CAAC" w:themeFill="accent2" w:themeFillTint="66"/>
        <w:spacing w:line="276" w:lineRule="auto"/>
        <w:rPr>
          <w:b/>
          <w:bCs/>
          <w:color w:val="0070C0"/>
          <w:sz w:val="24"/>
          <w:szCs w:val="24"/>
        </w:rPr>
      </w:pPr>
      <w:r w:rsidRPr="004D46D7">
        <w:rPr>
          <w:b/>
          <w:bCs/>
          <w:color w:val="0070C0"/>
          <w:sz w:val="24"/>
          <w:szCs w:val="24"/>
        </w:rPr>
        <w:t xml:space="preserve">I – TÓM TẮT LÝ THUYẾT </w:t>
      </w:r>
    </w:p>
    <w:p w14:paraId="6DE7CA71" w14:textId="77777777" w:rsidR="00741ED8" w:rsidRPr="004D46D7" w:rsidRDefault="00741ED8" w:rsidP="0026749B">
      <w:pPr>
        <w:rPr>
          <w:b/>
          <w:bCs/>
          <w:color w:val="C00000"/>
          <w:sz w:val="24"/>
          <w:szCs w:val="24"/>
        </w:rPr>
      </w:pPr>
    </w:p>
    <w:p w14:paraId="704E5080" w14:textId="77777777" w:rsidR="002A32EA" w:rsidRPr="004D46D7" w:rsidRDefault="00741ED8" w:rsidP="0026749B">
      <w:pPr>
        <w:rPr>
          <w:b/>
          <w:bCs/>
          <w:color w:val="C00000"/>
          <w:sz w:val="24"/>
          <w:szCs w:val="24"/>
        </w:rPr>
      </w:pPr>
      <w:r w:rsidRPr="004D46D7">
        <w:rPr>
          <w:b/>
          <w:bCs/>
          <w:color w:val="C00000"/>
          <w:sz w:val="24"/>
          <w:szCs w:val="24"/>
        </w:rPr>
        <w:t>Phương trình Clapeyron :</w:t>
      </w:r>
    </w:p>
    <w:p w14:paraId="07733DA8" w14:textId="77777777" w:rsidR="00741ED8" w:rsidRPr="004D46D7" w:rsidRDefault="00741ED8" w:rsidP="0026749B">
      <w:pPr>
        <w:rPr>
          <w:b/>
          <w:bCs/>
          <w:color w:val="C00000"/>
          <w:sz w:val="24"/>
          <w:szCs w:val="24"/>
        </w:rPr>
      </w:pPr>
    </w:p>
    <w:p w14:paraId="6B1112F2" w14:textId="77777777" w:rsidR="00741ED8" w:rsidRPr="004D46D7" w:rsidRDefault="00741ED8" w:rsidP="0026749B">
      <w:pPr>
        <w:tabs>
          <w:tab w:val="left" w:pos="360"/>
        </w:tabs>
        <w:spacing w:line="276" w:lineRule="auto"/>
        <w:jc w:val="center"/>
        <w:rPr>
          <w:iCs/>
          <w:color w:val="auto"/>
          <w:sz w:val="24"/>
          <w:szCs w:val="24"/>
        </w:rPr>
      </w:pPr>
      <m:oMathPara>
        <m:oMath>
          <m:r>
            <m:rPr>
              <m:sty m:val="p"/>
            </m:rPr>
            <w:rPr>
              <w:rFonts w:ascii="Cambria Math" w:hAnsi="Cambria Math"/>
              <w:color w:val="auto"/>
              <w:sz w:val="24"/>
              <w:szCs w:val="24"/>
            </w:rPr>
            <m:t>pV=nRT=</m:t>
          </m:r>
          <m:f>
            <m:fPr>
              <m:ctrlPr>
                <w:rPr>
                  <w:rFonts w:ascii="Cambria Math" w:hAnsi="Cambria Math"/>
                  <w:color w:val="auto"/>
                  <w:sz w:val="24"/>
                  <w:szCs w:val="24"/>
                </w:rPr>
              </m:ctrlPr>
            </m:fPr>
            <m:num>
              <m:r>
                <m:rPr>
                  <m:sty m:val="p"/>
                </m:rPr>
                <w:rPr>
                  <w:rFonts w:ascii="Cambria Math" w:hAnsi="Cambria Math"/>
                  <w:color w:val="auto"/>
                  <w:sz w:val="24"/>
                  <w:szCs w:val="24"/>
                </w:rPr>
                <m:t>m</m:t>
              </m:r>
            </m:num>
            <m:den>
              <m:r>
                <m:rPr>
                  <m:sty m:val="p"/>
                </m:rPr>
                <w:rPr>
                  <w:rFonts w:ascii="Cambria Math" w:hAnsi="Cambria Math"/>
                  <w:color w:val="auto"/>
                  <w:sz w:val="24"/>
                  <w:szCs w:val="24"/>
                </w:rPr>
                <m:t>M</m:t>
              </m:r>
            </m:den>
          </m:f>
          <m:r>
            <m:rPr>
              <m:sty m:val="p"/>
            </m:rPr>
            <w:rPr>
              <w:rFonts w:ascii="Cambria Math" w:hAnsi="Cambria Math"/>
              <w:color w:val="auto"/>
              <w:sz w:val="24"/>
              <w:szCs w:val="24"/>
            </w:rPr>
            <m:t>RT</m:t>
          </m:r>
        </m:oMath>
      </m:oMathPara>
    </w:p>
    <w:p w14:paraId="0910C19B" w14:textId="77777777" w:rsidR="00741ED8"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62E01C2A" w14:textId="77777777" w:rsidR="00741ED8"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t>+ n: là số mol của khối khí.</w:t>
      </w:r>
    </w:p>
    <w:p w14:paraId="4AA574B0"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487A6053"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m: Khối lượng của khối khí (g).</w:t>
      </w:r>
    </w:p>
    <w:p w14:paraId="19CE2892"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14F72968"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M: Khối lượng mol phân tử chất khí.</w:t>
      </w:r>
    </w:p>
    <w:p w14:paraId="68FC2F61"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2DB289B6"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T: Nhiệt độ khối khí (K).</w:t>
      </w:r>
    </w:p>
    <w:p w14:paraId="3559CD0E"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511C65EE"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p: Áp suất chất khí.</w:t>
      </w:r>
    </w:p>
    <w:p w14:paraId="497F3F1E"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31A52BB4"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V: Thể tích chất khí.</w:t>
      </w:r>
    </w:p>
    <w:p w14:paraId="288A6F02"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61D178AA"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 R: Hằng số khí lý tưởng.</w:t>
      </w:r>
    </w:p>
    <w:p w14:paraId="3C0F02E6"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26EF1609" w14:textId="77777777" w:rsidR="00741ED8"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Nếu p (Pa) và V (m</w:t>
      </w:r>
      <w:r w:rsidR="00741ED8" w:rsidRPr="004D46D7">
        <w:rPr>
          <w:iCs/>
          <w:color w:val="auto"/>
          <w:sz w:val="24"/>
          <w:szCs w:val="24"/>
          <w:vertAlign w:val="superscript"/>
        </w:rPr>
        <w:t>3</w:t>
      </w:r>
      <w:r w:rsidR="00741ED8" w:rsidRPr="004D46D7">
        <w:rPr>
          <w:iCs/>
          <w:color w:val="auto"/>
          <w:sz w:val="24"/>
          <w:szCs w:val="24"/>
        </w:rPr>
        <w:t>) thì R ≈ 8,31 J/mol.K</w:t>
      </w:r>
    </w:p>
    <w:p w14:paraId="3D2D2100" w14:textId="77777777" w:rsidR="00D201C2" w:rsidRPr="004D46D7" w:rsidRDefault="00741ED8" w:rsidP="0026749B">
      <w:pPr>
        <w:tabs>
          <w:tab w:val="left" w:pos="360"/>
        </w:tabs>
        <w:spacing w:line="276" w:lineRule="auto"/>
        <w:jc w:val="both"/>
        <w:rPr>
          <w:iCs/>
          <w:color w:val="auto"/>
          <w:sz w:val="24"/>
          <w:szCs w:val="24"/>
        </w:rPr>
      </w:pPr>
      <w:r w:rsidRPr="004D46D7">
        <w:rPr>
          <w:iCs/>
          <w:color w:val="auto"/>
          <w:sz w:val="24"/>
          <w:szCs w:val="24"/>
        </w:rPr>
        <w:tab/>
      </w:r>
    </w:p>
    <w:p w14:paraId="0757CCA7" w14:textId="77777777" w:rsidR="00D201C2" w:rsidRPr="004D46D7" w:rsidRDefault="00D201C2" w:rsidP="0026749B">
      <w:pPr>
        <w:tabs>
          <w:tab w:val="left" w:pos="360"/>
        </w:tabs>
        <w:spacing w:line="276" w:lineRule="auto"/>
        <w:jc w:val="both"/>
        <w:rPr>
          <w:iCs/>
          <w:color w:val="auto"/>
          <w:sz w:val="24"/>
          <w:szCs w:val="24"/>
        </w:rPr>
      </w:pPr>
      <w:r w:rsidRPr="004D46D7">
        <w:rPr>
          <w:iCs/>
          <w:color w:val="auto"/>
          <w:sz w:val="24"/>
          <w:szCs w:val="24"/>
        </w:rPr>
        <w:tab/>
      </w:r>
      <w:r w:rsidR="00741ED8" w:rsidRPr="004D46D7">
        <w:rPr>
          <w:iCs/>
          <w:color w:val="auto"/>
          <w:sz w:val="24"/>
          <w:szCs w:val="24"/>
        </w:rPr>
        <w:t>Nếu p (atm) và V (lít) thì R ≈ 0,0821 atm.lít/mol.K</w:t>
      </w:r>
    </w:p>
    <w:p w14:paraId="4E52D95D" w14:textId="77777777" w:rsidR="00741ED8" w:rsidRPr="004D46D7" w:rsidRDefault="00D201C2" w:rsidP="0026749B">
      <w:pPr>
        <w:spacing w:after="160" w:line="259" w:lineRule="auto"/>
        <w:rPr>
          <w:iCs/>
          <w:color w:val="auto"/>
          <w:sz w:val="24"/>
          <w:szCs w:val="24"/>
        </w:rPr>
      </w:pPr>
      <w:r w:rsidRPr="004D46D7">
        <w:rPr>
          <w:iCs/>
          <w:color w:val="auto"/>
          <w:sz w:val="24"/>
          <w:szCs w:val="24"/>
        </w:rPr>
        <w:br w:type="page"/>
      </w:r>
    </w:p>
    <w:p w14:paraId="5B69B58D" w14:textId="77777777" w:rsidR="00D201C2" w:rsidRPr="004D46D7" w:rsidRDefault="00D201C2" w:rsidP="0026749B">
      <w:pPr>
        <w:tabs>
          <w:tab w:val="left" w:pos="360"/>
        </w:tabs>
        <w:spacing w:line="276" w:lineRule="auto"/>
        <w:jc w:val="both"/>
        <w:rPr>
          <w:iCs/>
          <w:color w:val="auto"/>
          <w:sz w:val="24"/>
          <w:szCs w:val="24"/>
        </w:rPr>
      </w:pPr>
    </w:p>
    <w:p w14:paraId="0166CA3A" w14:textId="77777777" w:rsidR="00D201C2" w:rsidRPr="004D46D7" w:rsidRDefault="00D201C2" w:rsidP="0026749B">
      <w:pPr>
        <w:shd w:val="clear" w:color="auto" w:fill="F4B083" w:themeFill="accent2" w:themeFillTint="99"/>
        <w:tabs>
          <w:tab w:val="left" w:pos="360"/>
        </w:tabs>
        <w:spacing w:line="276" w:lineRule="auto"/>
        <w:jc w:val="both"/>
        <w:rPr>
          <w:b/>
          <w:bCs/>
          <w:color w:val="0070C0"/>
          <w:sz w:val="24"/>
          <w:szCs w:val="24"/>
        </w:rPr>
      </w:pPr>
      <w:r w:rsidRPr="004D46D7">
        <w:rPr>
          <w:b/>
          <w:bCs/>
          <w:color w:val="0070C0"/>
          <w:sz w:val="24"/>
          <w:szCs w:val="24"/>
        </w:rPr>
        <w:t xml:space="preserve">II – BÀI TẬP LUYỆN TẬP </w:t>
      </w:r>
    </w:p>
    <w:p w14:paraId="5F68CB0A" w14:textId="77777777" w:rsidR="00D201C2" w:rsidRPr="004D46D7" w:rsidRDefault="00D201C2" w:rsidP="0026749B">
      <w:pPr>
        <w:spacing w:line="276" w:lineRule="auto"/>
        <w:rPr>
          <w:b/>
          <w:bCs/>
          <w:color w:val="C00000"/>
          <w:sz w:val="24"/>
          <w:szCs w:val="24"/>
        </w:rPr>
      </w:pPr>
      <w:r w:rsidRPr="004D46D7">
        <w:rPr>
          <w:b/>
          <w:bCs/>
          <w:color w:val="C00000"/>
          <w:sz w:val="24"/>
          <w:szCs w:val="24"/>
        </w:rPr>
        <w:t xml:space="preserve">1. Câu trắc nhiệm nhiều phương án lựa chọn ( 4,5 điểm ) </w:t>
      </w:r>
    </w:p>
    <w:p w14:paraId="524232C6" w14:textId="77777777" w:rsidR="00D201C2" w:rsidRPr="004D46D7" w:rsidRDefault="00D201C2"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50A2A9B3" w14:textId="77777777" w:rsidR="00D201C2" w:rsidRPr="004D46D7" w:rsidRDefault="00D201C2"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0,25điểm)</w:t>
      </w:r>
    </w:p>
    <w:p w14:paraId="0B5514B8" w14:textId="77777777" w:rsidR="004D46D7" w:rsidRPr="004D46D7" w:rsidRDefault="0028005D" w:rsidP="004D46D7">
      <w:pPr>
        <w:spacing w:before="40"/>
        <w:jc w:val="both"/>
        <w:rPr>
          <w:color w:val="auto"/>
          <w:sz w:val="24"/>
          <w:szCs w:val="24"/>
          <w:lang w:val="sv-SE"/>
        </w:rPr>
      </w:pPr>
      <w:r w:rsidRPr="004D46D7">
        <w:rPr>
          <w:b/>
          <w:bCs/>
          <w:iCs/>
          <w:color w:val="auto"/>
          <w:sz w:val="24"/>
          <w:szCs w:val="24"/>
          <w:lang w:val="sv-SE"/>
        </w:rPr>
        <w:t xml:space="preserve">Câu 1: </w:t>
      </w:r>
      <w:r w:rsidRPr="004D46D7">
        <w:rPr>
          <w:color w:val="auto"/>
          <w:sz w:val="24"/>
          <w:szCs w:val="24"/>
          <w:lang w:val="sv-SE"/>
        </w:rPr>
        <w:t>Hai phòng kín có thể tích bằng nhau thông với nhau bằng một cửa mở. Nhiệt độ không khí trong hai phòng khác nhau thì số phân tử trong mỗi phòng so với nhau là</w:t>
      </w:r>
    </w:p>
    <w:p w14:paraId="5A087E68" w14:textId="77777777" w:rsidR="004D46D7" w:rsidRPr="004D46D7" w:rsidRDefault="0028005D" w:rsidP="004D46D7">
      <w:pPr>
        <w:spacing w:before="40"/>
        <w:jc w:val="both"/>
        <w:rPr>
          <w:color w:val="auto"/>
          <w:sz w:val="24"/>
          <w:szCs w:val="24"/>
          <w:lang w:val="sv-SE"/>
        </w:rPr>
      </w:pPr>
      <w:r w:rsidRPr="004D46D7">
        <w:rPr>
          <w:b/>
          <w:bCs/>
          <w:color w:val="auto"/>
          <w:sz w:val="24"/>
          <w:szCs w:val="24"/>
          <w:lang w:val="sv-SE"/>
        </w:rPr>
        <w:t>A.</w:t>
      </w:r>
      <w:r w:rsidRPr="004D46D7">
        <w:rPr>
          <w:color w:val="auto"/>
          <w:sz w:val="24"/>
          <w:szCs w:val="24"/>
          <w:lang w:val="sv-SE"/>
        </w:rPr>
        <w:t xml:space="preserve"> Bằng nhau.</w:t>
      </w:r>
      <w:r w:rsidRPr="004D46D7">
        <w:rPr>
          <w:color w:val="auto"/>
          <w:sz w:val="24"/>
          <w:szCs w:val="24"/>
          <w:lang w:val="sv-SE"/>
        </w:rPr>
        <w:tab/>
      </w:r>
      <w:r w:rsidRPr="004D46D7">
        <w:rPr>
          <w:color w:val="auto"/>
          <w:sz w:val="24"/>
          <w:szCs w:val="24"/>
          <w:lang w:val="sv-SE"/>
        </w:rPr>
        <w:tab/>
      </w:r>
      <w:r w:rsidRPr="004D46D7">
        <w:rPr>
          <w:color w:val="auto"/>
          <w:sz w:val="24"/>
          <w:szCs w:val="24"/>
          <w:lang w:val="sv-SE"/>
        </w:rPr>
        <w:tab/>
      </w:r>
      <w:r w:rsidRPr="004D46D7">
        <w:rPr>
          <w:color w:val="auto"/>
          <w:sz w:val="24"/>
          <w:szCs w:val="24"/>
          <w:lang w:val="sv-SE"/>
        </w:rPr>
        <w:tab/>
      </w:r>
      <w:r w:rsidR="009A7F6B" w:rsidRPr="004D46D7">
        <w:rPr>
          <w:color w:val="auto"/>
          <w:sz w:val="24"/>
          <w:szCs w:val="24"/>
          <w:lang w:val="sv-SE"/>
        </w:rPr>
        <w:tab/>
      </w:r>
      <w:r w:rsidRPr="004D46D7">
        <w:rPr>
          <w:b/>
          <w:bCs/>
          <w:color w:val="auto"/>
          <w:sz w:val="24"/>
          <w:szCs w:val="24"/>
          <w:lang w:val="sv-SE"/>
        </w:rPr>
        <w:t>B.</w:t>
      </w:r>
      <w:r w:rsidRPr="004D46D7">
        <w:rPr>
          <w:color w:val="auto"/>
          <w:sz w:val="24"/>
          <w:szCs w:val="24"/>
          <w:lang w:val="sv-SE"/>
        </w:rPr>
        <w:t xml:space="preserve"> Ở phòng </w:t>
      </w:r>
      <w:r w:rsidR="009A7F6B" w:rsidRPr="004D46D7">
        <w:rPr>
          <w:color w:val="auto"/>
          <w:sz w:val="24"/>
          <w:szCs w:val="24"/>
          <w:lang w:val="sv-SE"/>
        </w:rPr>
        <w:t>lạnh</w:t>
      </w:r>
      <w:r w:rsidRPr="004D46D7">
        <w:rPr>
          <w:color w:val="auto"/>
          <w:sz w:val="24"/>
          <w:szCs w:val="24"/>
          <w:lang w:val="sv-SE"/>
        </w:rPr>
        <w:t xml:space="preserve"> nhiều hơn.</w:t>
      </w:r>
    </w:p>
    <w:p w14:paraId="12E63207" w14:textId="77777777" w:rsidR="0028005D" w:rsidRPr="004D46D7" w:rsidRDefault="0028005D" w:rsidP="004D46D7">
      <w:pPr>
        <w:spacing w:before="40"/>
        <w:jc w:val="both"/>
        <w:rPr>
          <w:color w:val="auto"/>
          <w:sz w:val="24"/>
          <w:szCs w:val="24"/>
          <w:lang w:val="sv-SE"/>
        </w:rPr>
      </w:pPr>
      <w:r w:rsidRPr="004D46D7">
        <w:rPr>
          <w:b/>
          <w:bCs/>
          <w:color w:val="auto"/>
          <w:sz w:val="24"/>
          <w:szCs w:val="24"/>
          <w:lang w:val="sv-SE"/>
        </w:rPr>
        <w:t>C.</w:t>
      </w:r>
      <w:r w:rsidRPr="004D46D7">
        <w:rPr>
          <w:color w:val="auto"/>
          <w:sz w:val="24"/>
          <w:szCs w:val="24"/>
          <w:lang w:val="sv-SE"/>
        </w:rPr>
        <w:t xml:space="preserve"> Ở phòng </w:t>
      </w:r>
      <w:r w:rsidR="009A7F6B" w:rsidRPr="004D46D7">
        <w:rPr>
          <w:color w:val="auto"/>
          <w:sz w:val="24"/>
          <w:szCs w:val="24"/>
          <w:lang w:val="sv-SE"/>
        </w:rPr>
        <w:t>nóng</w:t>
      </w:r>
      <w:r w:rsidRPr="004D46D7">
        <w:rPr>
          <w:color w:val="auto"/>
          <w:sz w:val="24"/>
          <w:szCs w:val="24"/>
          <w:lang w:val="sv-SE"/>
        </w:rPr>
        <w:t xml:space="preserve"> nhiều hơn.</w:t>
      </w:r>
      <w:r w:rsidRPr="004D46D7">
        <w:rPr>
          <w:color w:val="auto"/>
          <w:sz w:val="24"/>
          <w:szCs w:val="24"/>
          <w:lang w:val="sv-SE"/>
        </w:rPr>
        <w:tab/>
      </w:r>
      <w:r w:rsidRPr="004D46D7">
        <w:rPr>
          <w:color w:val="auto"/>
          <w:sz w:val="24"/>
          <w:szCs w:val="24"/>
          <w:lang w:val="sv-SE"/>
        </w:rPr>
        <w:tab/>
      </w:r>
      <w:r w:rsidR="009A7F6B" w:rsidRPr="004D46D7">
        <w:rPr>
          <w:color w:val="auto"/>
          <w:sz w:val="24"/>
          <w:szCs w:val="24"/>
          <w:lang w:val="sv-SE"/>
        </w:rPr>
        <w:tab/>
      </w:r>
      <w:r w:rsidRPr="004D46D7">
        <w:rPr>
          <w:b/>
          <w:bCs/>
          <w:color w:val="auto"/>
          <w:sz w:val="24"/>
          <w:szCs w:val="24"/>
          <w:lang w:val="sv-SE"/>
        </w:rPr>
        <w:t>D.</w:t>
      </w:r>
      <w:r w:rsidRPr="004D46D7">
        <w:rPr>
          <w:color w:val="auto"/>
          <w:sz w:val="24"/>
          <w:szCs w:val="24"/>
          <w:lang w:val="sv-SE"/>
        </w:rPr>
        <w:t xml:space="preserve"> tùy kích thước của cửa.</w:t>
      </w:r>
    </w:p>
    <w:p w14:paraId="2419ECA5" w14:textId="77777777" w:rsidR="00C679CF" w:rsidRPr="004D46D7" w:rsidRDefault="00C679CF" w:rsidP="0026749B">
      <w:pPr>
        <w:pStyle w:val="ListParagraph"/>
        <w:spacing w:after="0" w:line="240" w:lineRule="auto"/>
        <w:ind w:left="0"/>
        <w:jc w:val="both"/>
        <w:rPr>
          <w:rFonts w:ascii="Times New Roman" w:hAnsi="Times New Roman" w:cs="Times New Roman"/>
          <w:b/>
          <w:sz w:val="24"/>
          <w:szCs w:val="24"/>
          <w:lang w:val="pt-BR"/>
        </w:rPr>
      </w:pPr>
      <w:r w:rsidRPr="004D46D7">
        <w:rPr>
          <w:rFonts w:ascii="Times New Roman" w:hAnsi="Times New Roman" w:cs="Times New Roman"/>
          <w:b/>
          <w:bCs/>
          <w:sz w:val="24"/>
          <w:szCs w:val="24"/>
        </w:rPr>
        <w:t xml:space="preserve">Câu </w:t>
      </w:r>
      <w:r w:rsidR="00741E76" w:rsidRPr="004D46D7">
        <w:rPr>
          <w:rFonts w:ascii="Times New Roman" w:hAnsi="Times New Roman" w:cs="Times New Roman"/>
          <w:b/>
          <w:bCs/>
          <w:sz w:val="24"/>
          <w:szCs w:val="24"/>
        </w:rPr>
        <w:t>2</w:t>
      </w:r>
      <w:r w:rsidRPr="004D46D7">
        <w:rPr>
          <w:rFonts w:ascii="Times New Roman" w:hAnsi="Times New Roman" w:cs="Times New Roman"/>
          <w:b/>
          <w:bCs/>
          <w:sz w:val="24"/>
          <w:szCs w:val="24"/>
        </w:rPr>
        <w:t xml:space="preserve">: </w:t>
      </w:r>
      <w:r w:rsidRPr="004D46D7">
        <w:rPr>
          <w:rFonts w:ascii="Times New Roman" w:hAnsi="Times New Roman" w:cs="Times New Roman"/>
          <w:sz w:val="24"/>
          <w:szCs w:val="24"/>
          <w:lang w:val="pt-BR"/>
        </w:rPr>
        <w:t xml:space="preserve">Một lượng khí </w:t>
      </w:r>
      <w:r w:rsidRPr="004D46D7">
        <w:rPr>
          <w:rFonts w:ascii="Times New Roman" w:hAnsi="Times New Roman" w:cs="Times New Roman"/>
          <w:sz w:val="24"/>
          <w:szCs w:val="24"/>
          <w:lang w:val="pl-PL"/>
        </w:rPr>
        <w:t xml:space="preserve">lí tưởng </w:t>
      </w:r>
      <w:r w:rsidRPr="004D46D7">
        <w:rPr>
          <w:rFonts w:ascii="Times New Roman" w:hAnsi="Times New Roman" w:cs="Times New Roman"/>
          <w:sz w:val="24"/>
          <w:szCs w:val="24"/>
          <w:lang w:val="pt-BR"/>
        </w:rPr>
        <w:t xml:space="preserve">có khối lượng m, số mol n, khối lượng mol </w:t>
      </w:r>
      <w:r w:rsidRPr="004D46D7">
        <w:rPr>
          <w:rFonts w:ascii="Times New Roman" w:hAnsi="Times New Roman" w:cs="Times New Roman"/>
          <w:sz w:val="24"/>
          <w:szCs w:val="24"/>
          <w:lang w:val="pt-BR"/>
        </w:rPr>
        <w:sym w:font="Symbol" w:char="F06D"/>
      </w:r>
      <w:r w:rsidRPr="004D46D7">
        <w:rPr>
          <w:rFonts w:ascii="Times New Roman" w:hAnsi="Times New Roman" w:cs="Times New Roman"/>
          <w:sz w:val="24"/>
          <w:szCs w:val="24"/>
          <w:lang w:val="pt-BR"/>
        </w:rPr>
        <w:t>, áp suất p, thể tích V và nhiệt độ T. Phương trình Clapeyron viết cho lượng khí này là</w:t>
      </w:r>
    </w:p>
    <w:p w14:paraId="11982EF7" w14:textId="77777777" w:rsidR="00C679CF" w:rsidRPr="004D46D7" w:rsidRDefault="00C679CF" w:rsidP="0026749B">
      <w:pPr>
        <w:tabs>
          <w:tab w:val="left" w:pos="283"/>
          <w:tab w:val="left" w:pos="2835"/>
          <w:tab w:val="left" w:pos="5386"/>
          <w:tab w:val="left" w:pos="7937"/>
        </w:tabs>
        <w:jc w:val="both"/>
        <w:rPr>
          <w:color w:val="auto"/>
          <w:sz w:val="24"/>
          <w:szCs w:val="24"/>
          <w:lang w:val="pl-PL"/>
        </w:rPr>
      </w:pPr>
      <w:r w:rsidRPr="004D46D7">
        <w:rPr>
          <w:b/>
          <w:color w:val="auto"/>
          <w:sz w:val="24"/>
          <w:szCs w:val="24"/>
          <w:lang w:val="pl-PL"/>
        </w:rPr>
        <w:tab/>
        <w:t xml:space="preserve">A. </w:t>
      </w:r>
      <w:r w:rsidRPr="004D46D7">
        <w:rPr>
          <w:color w:val="auto"/>
          <w:sz w:val="24"/>
          <w:szCs w:val="24"/>
          <w:lang w:val="pl-PL"/>
        </w:rPr>
        <w:t>pV = nRT.</w:t>
      </w:r>
      <w:r w:rsidRPr="004D46D7">
        <w:rPr>
          <w:b/>
          <w:color w:val="auto"/>
          <w:sz w:val="24"/>
          <w:szCs w:val="24"/>
        </w:rPr>
        <w:tab/>
      </w:r>
      <w:r w:rsidRPr="004D46D7">
        <w:rPr>
          <w:b/>
          <w:color w:val="auto"/>
          <w:sz w:val="24"/>
          <w:szCs w:val="24"/>
          <w:lang w:val="pl-PL"/>
        </w:rPr>
        <w:t xml:space="preserve">B. </w:t>
      </w:r>
      <w:r w:rsidRPr="004D46D7">
        <w:rPr>
          <w:color w:val="auto"/>
          <w:sz w:val="24"/>
          <w:szCs w:val="24"/>
          <w:lang w:val="pl-PL"/>
        </w:rPr>
        <w:t xml:space="preserve">pV = </w:t>
      </w:r>
      <w:r w:rsidRPr="004D46D7">
        <w:rPr>
          <w:color w:val="auto"/>
          <w:sz w:val="24"/>
          <w:szCs w:val="24"/>
          <w:lang w:val="pt-BR"/>
        </w:rPr>
        <w:sym w:font="Symbol" w:char="F06D"/>
      </w:r>
      <w:r w:rsidRPr="004D46D7">
        <w:rPr>
          <w:color w:val="auto"/>
          <w:sz w:val="24"/>
          <w:szCs w:val="24"/>
          <w:lang w:val="pt-BR"/>
        </w:rPr>
        <w:t>RT.</w:t>
      </w:r>
      <w:r w:rsidRPr="004D46D7">
        <w:rPr>
          <w:b/>
          <w:color w:val="auto"/>
          <w:sz w:val="24"/>
          <w:szCs w:val="24"/>
        </w:rPr>
        <w:tab/>
      </w:r>
      <w:r w:rsidRPr="004D46D7">
        <w:rPr>
          <w:b/>
          <w:color w:val="auto"/>
          <w:sz w:val="24"/>
          <w:szCs w:val="24"/>
          <w:lang w:val="pl-PL"/>
        </w:rPr>
        <w:t xml:space="preserve">C. </w:t>
      </w:r>
      <w:r w:rsidRPr="004D46D7">
        <w:rPr>
          <w:color w:val="auto"/>
          <w:sz w:val="24"/>
          <w:szCs w:val="24"/>
          <w:lang w:val="pl-PL"/>
        </w:rPr>
        <w:t xml:space="preserve">pV = </w:t>
      </w:r>
      <m:oMath>
        <m:f>
          <m:fPr>
            <m:ctrlPr>
              <w:rPr>
                <w:rFonts w:ascii="Cambria Math" w:hAnsi="Cambria Math"/>
                <w:i/>
                <w:color w:val="auto"/>
                <w:sz w:val="24"/>
                <w:szCs w:val="24"/>
                <w:lang w:val="pl-PL"/>
              </w:rPr>
            </m:ctrlPr>
          </m:fPr>
          <m:num>
            <m:r>
              <w:rPr>
                <w:rFonts w:ascii="Cambria Math" w:hAnsi="Cambria Math"/>
                <w:color w:val="auto"/>
                <w:sz w:val="24"/>
                <w:szCs w:val="24"/>
                <w:lang w:val="pl-PL"/>
              </w:rPr>
              <m:t>n</m:t>
            </m:r>
          </m:num>
          <m:den>
            <m:r>
              <w:rPr>
                <w:rFonts w:ascii="Cambria Math" w:hAnsi="Cambria Math"/>
                <w:color w:val="auto"/>
                <w:sz w:val="24"/>
                <w:szCs w:val="24"/>
                <w:lang w:val="pl-PL"/>
              </w:rPr>
              <m:t>M</m:t>
            </m:r>
          </m:den>
        </m:f>
        <m:r>
          <w:rPr>
            <w:rFonts w:ascii="Cambria Math" w:hAnsi="Cambria Math"/>
            <w:color w:val="auto"/>
            <w:sz w:val="24"/>
            <w:szCs w:val="24"/>
            <w:lang w:val="pl-PL"/>
          </w:rPr>
          <m:t>RT</m:t>
        </m:r>
      </m:oMath>
      <w:r w:rsidRPr="004D46D7">
        <w:rPr>
          <w:color w:val="auto"/>
          <w:sz w:val="24"/>
          <w:szCs w:val="24"/>
          <w:lang w:val="pl-PL"/>
        </w:rPr>
        <w:t>.</w:t>
      </w:r>
      <w:r w:rsidRPr="004D46D7">
        <w:rPr>
          <w:b/>
          <w:color w:val="auto"/>
          <w:sz w:val="24"/>
          <w:szCs w:val="24"/>
        </w:rPr>
        <w:tab/>
      </w:r>
      <w:r w:rsidRPr="004D46D7">
        <w:rPr>
          <w:b/>
          <w:color w:val="auto"/>
          <w:sz w:val="24"/>
          <w:szCs w:val="24"/>
          <w:lang w:val="pl-PL"/>
        </w:rPr>
        <w:t xml:space="preserve">D. </w:t>
      </w:r>
      <w:r w:rsidRPr="004D46D7">
        <w:rPr>
          <w:color w:val="auto"/>
          <w:sz w:val="24"/>
          <w:szCs w:val="24"/>
          <w:lang w:val="pl-PL"/>
        </w:rPr>
        <w:t>pV = mRT.</w:t>
      </w:r>
    </w:p>
    <w:p w14:paraId="164E75FA" w14:textId="77777777" w:rsidR="00C679CF" w:rsidRPr="004D46D7" w:rsidRDefault="00C679CF" w:rsidP="0026749B">
      <w:pPr>
        <w:tabs>
          <w:tab w:val="left" w:pos="360"/>
        </w:tabs>
        <w:rPr>
          <w:iCs/>
          <w:color w:val="auto"/>
          <w:sz w:val="24"/>
          <w:szCs w:val="24"/>
          <w:lang w:val="pt-BR"/>
        </w:rPr>
      </w:pPr>
      <w:r w:rsidRPr="004D46D7">
        <w:rPr>
          <w:b/>
          <w:bCs/>
          <w:color w:val="auto"/>
          <w:sz w:val="24"/>
          <w:szCs w:val="24"/>
          <w:lang w:val="de-DE"/>
        </w:rPr>
        <w:t xml:space="preserve">Câu </w:t>
      </w:r>
      <w:r w:rsidR="00741E76" w:rsidRPr="004D46D7">
        <w:rPr>
          <w:b/>
          <w:bCs/>
          <w:color w:val="auto"/>
          <w:sz w:val="24"/>
          <w:szCs w:val="24"/>
          <w:lang w:val="de-DE"/>
        </w:rPr>
        <w:t>3</w:t>
      </w:r>
      <w:r w:rsidRPr="004D46D7">
        <w:rPr>
          <w:b/>
          <w:bCs/>
          <w:color w:val="auto"/>
          <w:sz w:val="24"/>
          <w:szCs w:val="24"/>
          <w:lang w:val="de-DE"/>
        </w:rPr>
        <w:t>:</w:t>
      </w:r>
      <w:r w:rsidRPr="004D46D7">
        <w:rPr>
          <w:color w:val="auto"/>
          <w:sz w:val="24"/>
          <w:szCs w:val="24"/>
          <w:lang w:val="de-DE"/>
        </w:rPr>
        <w:t xml:space="preserve"> </w:t>
      </w:r>
      <w:r w:rsidRPr="004D46D7">
        <w:rPr>
          <w:iCs/>
          <w:color w:val="auto"/>
          <w:sz w:val="24"/>
          <w:szCs w:val="24"/>
          <w:lang w:val="pt-BR"/>
        </w:rPr>
        <w:t>Hằng số khí lí tưởng R có giá trị bằng</w:t>
      </w:r>
    </w:p>
    <w:p w14:paraId="5B10ACCB" w14:textId="77777777" w:rsidR="00C679CF" w:rsidRPr="004D46D7" w:rsidRDefault="00C679CF" w:rsidP="0026749B">
      <w:pPr>
        <w:tabs>
          <w:tab w:val="left" w:pos="360"/>
        </w:tabs>
        <w:rPr>
          <w:iCs/>
          <w:color w:val="auto"/>
          <w:sz w:val="24"/>
          <w:szCs w:val="24"/>
        </w:rPr>
      </w:pPr>
      <w:r w:rsidRPr="004D46D7">
        <w:rPr>
          <w:b/>
          <w:bCs/>
          <w:iCs/>
          <w:color w:val="auto"/>
          <w:sz w:val="24"/>
          <w:szCs w:val="24"/>
        </w:rPr>
        <w:tab/>
        <w:t>A.</w:t>
      </w:r>
      <w:r w:rsidRPr="004D46D7">
        <w:rPr>
          <w:iCs/>
          <w:color w:val="auto"/>
          <w:sz w:val="24"/>
          <w:szCs w:val="24"/>
        </w:rPr>
        <w:t xml:space="preserve"> </w:t>
      </w:r>
      <w:r w:rsidR="009A7F6B" w:rsidRPr="004D46D7">
        <w:rPr>
          <w:iCs/>
          <w:color w:val="auto"/>
          <w:sz w:val="24"/>
          <w:szCs w:val="24"/>
        </w:rPr>
        <w:t>1</w:t>
      </w:r>
      <w:r w:rsidRPr="004D46D7">
        <w:rPr>
          <w:iCs/>
          <w:color w:val="auto"/>
          <w:sz w:val="24"/>
          <w:szCs w:val="24"/>
        </w:rPr>
        <w:t>,083 at</w:t>
      </w:r>
      <w:r w:rsidR="009A7F6B" w:rsidRPr="004D46D7">
        <w:rPr>
          <w:iCs/>
          <w:color w:val="auto"/>
          <w:sz w:val="24"/>
          <w:szCs w:val="24"/>
        </w:rPr>
        <w:tab/>
        <w:t>m</w:t>
      </w:r>
      <w:r w:rsidRPr="004D46D7">
        <w:rPr>
          <w:iCs/>
          <w:color w:val="auto"/>
          <w:sz w:val="24"/>
          <w:szCs w:val="24"/>
        </w:rPr>
        <w:t>.lit/mol.K.</w:t>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b/>
          <w:bCs/>
          <w:iCs/>
          <w:color w:val="auto"/>
          <w:sz w:val="24"/>
          <w:szCs w:val="24"/>
        </w:rPr>
        <w:t>B</w:t>
      </w:r>
      <w:r w:rsidRPr="004D46D7">
        <w:rPr>
          <w:iCs/>
          <w:color w:val="auto"/>
          <w:sz w:val="24"/>
          <w:szCs w:val="24"/>
        </w:rPr>
        <w:t xml:space="preserve">. </w:t>
      </w:r>
      <w:r w:rsidR="009A7F6B" w:rsidRPr="004D46D7">
        <w:rPr>
          <w:iCs/>
          <w:color w:val="auto"/>
          <w:sz w:val="24"/>
          <w:szCs w:val="24"/>
        </w:rPr>
        <w:t>0</w:t>
      </w:r>
      <w:r w:rsidRPr="004D46D7">
        <w:rPr>
          <w:iCs/>
          <w:color w:val="auto"/>
          <w:sz w:val="24"/>
          <w:szCs w:val="24"/>
        </w:rPr>
        <w:t>,31 J/mol.K.</w:t>
      </w:r>
    </w:p>
    <w:p w14:paraId="29C1D1B2" w14:textId="77777777" w:rsidR="00C679CF" w:rsidRPr="004D46D7" w:rsidRDefault="00C679CF" w:rsidP="0026749B">
      <w:pPr>
        <w:tabs>
          <w:tab w:val="left" w:pos="360"/>
        </w:tabs>
        <w:rPr>
          <w:iCs/>
          <w:color w:val="auto"/>
          <w:sz w:val="24"/>
          <w:szCs w:val="24"/>
        </w:rPr>
      </w:pPr>
      <w:r w:rsidRPr="004D46D7">
        <w:rPr>
          <w:b/>
          <w:bCs/>
          <w:iCs/>
          <w:color w:val="auto"/>
          <w:sz w:val="24"/>
          <w:szCs w:val="24"/>
        </w:rPr>
        <w:tab/>
        <w:t>C.</w:t>
      </w:r>
      <w:r w:rsidRPr="004D46D7">
        <w:rPr>
          <w:iCs/>
          <w:color w:val="auto"/>
          <w:sz w:val="24"/>
          <w:szCs w:val="24"/>
        </w:rPr>
        <w:t xml:space="preserve"> 0,</w:t>
      </w:r>
      <w:r w:rsidR="009A7F6B" w:rsidRPr="004D46D7">
        <w:rPr>
          <w:iCs/>
          <w:color w:val="auto"/>
          <w:sz w:val="24"/>
          <w:szCs w:val="24"/>
        </w:rPr>
        <w:t>3</w:t>
      </w:r>
      <w:r w:rsidRPr="004D46D7">
        <w:rPr>
          <w:iCs/>
          <w:color w:val="auto"/>
          <w:sz w:val="24"/>
          <w:szCs w:val="24"/>
        </w:rPr>
        <w:t>8 atm.lit/mol.K.</w:t>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Pr="004D46D7">
        <w:rPr>
          <w:iCs/>
          <w:color w:val="auto"/>
          <w:sz w:val="24"/>
          <w:szCs w:val="24"/>
        </w:rPr>
        <w:tab/>
      </w:r>
      <w:r w:rsidR="009A7F6B" w:rsidRPr="004D46D7">
        <w:rPr>
          <w:b/>
          <w:bCs/>
          <w:iCs/>
          <w:color w:val="auto"/>
          <w:sz w:val="24"/>
          <w:szCs w:val="24"/>
        </w:rPr>
        <w:t>D</w:t>
      </w:r>
      <w:r w:rsidR="009A7F6B" w:rsidRPr="004D46D7">
        <w:rPr>
          <w:iCs/>
          <w:color w:val="auto"/>
          <w:sz w:val="24"/>
          <w:szCs w:val="24"/>
        </w:rPr>
        <w:t>. 8,31 J/mol.K.</w:t>
      </w:r>
    </w:p>
    <w:p w14:paraId="0B966D5D" w14:textId="77777777" w:rsidR="00C679CF" w:rsidRPr="004D46D7" w:rsidRDefault="00C679CF" w:rsidP="0026749B">
      <w:pPr>
        <w:jc w:val="both"/>
        <w:rPr>
          <w:color w:val="auto"/>
          <w:sz w:val="24"/>
          <w:szCs w:val="24"/>
          <w:lang w:val="de-DE"/>
        </w:rPr>
      </w:pPr>
      <w:r w:rsidRPr="004D46D7">
        <w:rPr>
          <w:b/>
          <w:bCs/>
          <w:color w:val="auto"/>
          <w:sz w:val="24"/>
          <w:szCs w:val="24"/>
          <w:lang w:val="de-DE"/>
        </w:rPr>
        <w:t xml:space="preserve">Câu </w:t>
      </w:r>
      <w:r w:rsidR="00741E76" w:rsidRPr="004D46D7">
        <w:rPr>
          <w:b/>
          <w:bCs/>
          <w:color w:val="auto"/>
          <w:sz w:val="24"/>
          <w:szCs w:val="24"/>
          <w:lang w:val="de-DE"/>
        </w:rPr>
        <w:t>4</w:t>
      </w:r>
      <w:r w:rsidRPr="004D46D7">
        <w:rPr>
          <w:b/>
          <w:bCs/>
          <w:color w:val="auto"/>
          <w:sz w:val="24"/>
          <w:szCs w:val="24"/>
          <w:lang w:val="de-DE"/>
        </w:rPr>
        <w:t>:</w:t>
      </w:r>
      <w:r w:rsidRPr="004D46D7">
        <w:rPr>
          <w:color w:val="auto"/>
          <w:sz w:val="24"/>
          <w:szCs w:val="24"/>
          <w:lang w:val="de-DE"/>
        </w:rPr>
        <w:t xml:space="preserve"> Một khí chứa trong một bình dung tích 3 lít có áp suất 200 kPa và nhiệt độ 16 </w:t>
      </w:r>
      <w:r w:rsidRPr="004D46D7">
        <w:rPr>
          <w:color w:val="auto"/>
          <w:sz w:val="24"/>
          <w:szCs w:val="24"/>
          <w:vertAlign w:val="superscript"/>
          <w:lang w:val="de-DE"/>
        </w:rPr>
        <w:t>o</w:t>
      </w:r>
      <w:r w:rsidRPr="004D46D7">
        <w:rPr>
          <w:color w:val="auto"/>
          <w:sz w:val="24"/>
          <w:szCs w:val="24"/>
          <w:lang w:val="de-DE"/>
        </w:rPr>
        <w:t>C có khối lượng 11 g. Khối lượng mol của khí ấy bằng</w:t>
      </w:r>
    </w:p>
    <w:p w14:paraId="24EE3824" w14:textId="77777777" w:rsidR="00C679CF" w:rsidRPr="004D46D7" w:rsidRDefault="00C679CF" w:rsidP="0026749B">
      <w:pPr>
        <w:pStyle w:val="ListParagraph"/>
        <w:spacing w:after="0" w:line="240" w:lineRule="auto"/>
        <w:ind w:left="0"/>
        <w:rPr>
          <w:rFonts w:ascii="Times New Roman" w:hAnsi="Times New Roman" w:cs="Times New Roman"/>
          <w:sz w:val="24"/>
          <w:szCs w:val="24"/>
          <w:lang w:val="de-DE"/>
        </w:rPr>
      </w:pPr>
      <w:r w:rsidRPr="004D46D7">
        <w:rPr>
          <w:rFonts w:ascii="Times New Roman" w:hAnsi="Times New Roman" w:cs="Times New Roman"/>
          <w:b/>
          <w:bCs/>
          <w:sz w:val="24"/>
          <w:szCs w:val="24"/>
          <w:lang w:val="de-DE"/>
        </w:rPr>
        <w:t>A.</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5</w:t>
      </w:r>
      <w:r w:rsidRPr="004D46D7">
        <w:rPr>
          <w:rFonts w:ascii="Times New Roman" w:hAnsi="Times New Roman" w:cs="Times New Roman"/>
          <w:sz w:val="24"/>
          <w:szCs w:val="24"/>
          <w:lang w:val="de-DE"/>
        </w:rPr>
        <w:t xml:space="preserve">2g/mol. </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B.</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35</w:t>
      </w:r>
      <w:r w:rsidRPr="004D46D7">
        <w:rPr>
          <w:rFonts w:ascii="Times New Roman" w:hAnsi="Times New Roman" w:cs="Times New Roman"/>
          <w:sz w:val="24"/>
          <w:szCs w:val="24"/>
          <w:lang w:val="de-DE"/>
        </w:rPr>
        <w:t xml:space="preserve"> g/mol.</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C.</w:t>
      </w:r>
      <w:r w:rsidRPr="004D46D7">
        <w:rPr>
          <w:rFonts w:ascii="Times New Roman" w:hAnsi="Times New Roman" w:cs="Times New Roman"/>
          <w:sz w:val="24"/>
          <w:szCs w:val="24"/>
          <w:lang w:val="de-DE"/>
        </w:rPr>
        <w:t xml:space="preserve"> 2</w:t>
      </w:r>
      <w:r w:rsidR="009A7F6B" w:rsidRPr="004D46D7">
        <w:rPr>
          <w:rFonts w:ascii="Times New Roman" w:hAnsi="Times New Roman" w:cs="Times New Roman"/>
          <w:sz w:val="24"/>
          <w:szCs w:val="24"/>
          <w:lang w:val="de-DE"/>
        </w:rPr>
        <w:t>3</w:t>
      </w:r>
      <w:r w:rsidRPr="004D46D7">
        <w:rPr>
          <w:rFonts w:ascii="Times New Roman" w:hAnsi="Times New Roman" w:cs="Times New Roman"/>
          <w:sz w:val="24"/>
          <w:szCs w:val="24"/>
          <w:lang w:val="de-DE"/>
        </w:rPr>
        <w:t xml:space="preserve"> g/mol. </w:t>
      </w:r>
      <w:r w:rsidRPr="004D46D7">
        <w:rPr>
          <w:rFonts w:ascii="Times New Roman" w:hAnsi="Times New Roman" w:cs="Times New Roman"/>
          <w:sz w:val="24"/>
          <w:szCs w:val="24"/>
          <w:lang w:val="de-DE"/>
        </w:rPr>
        <w:tab/>
      </w:r>
      <w:r w:rsidRPr="004D46D7">
        <w:rPr>
          <w:rFonts w:ascii="Times New Roman" w:hAnsi="Times New Roman" w:cs="Times New Roman"/>
          <w:sz w:val="24"/>
          <w:szCs w:val="24"/>
          <w:lang w:val="de-DE"/>
        </w:rPr>
        <w:tab/>
      </w:r>
      <w:r w:rsidRPr="004D46D7">
        <w:rPr>
          <w:rFonts w:ascii="Times New Roman" w:hAnsi="Times New Roman" w:cs="Times New Roman"/>
          <w:b/>
          <w:bCs/>
          <w:sz w:val="24"/>
          <w:szCs w:val="24"/>
          <w:lang w:val="de-DE"/>
        </w:rPr>
        <w:t>D.</w:t>
      </w:r>
      <w:r w:rsidRPr="004D46D7">
        <w:rPr>
          <w:rFonts w:ascii="Times New Roman" w:hAnsi="Times New Roman" w:cs="Times New Roman"/>
          <w:sz w:val="24"/>
          <w:szCs w:val="24"/>
          <w:lang w:val="de-DE"/>
        </w:rPr>
        <w:t xml:space="preserve"> </w:t>
      </w:r>
      <w:r w:rsidR="009A7F6B" w:rsidRPr="004D46D7">
        <w:rPr>
          <w:rFonts w:ascii="Times New Roman" w:hAnsi="Times New Roman" w:cs="Times New Roman"/>
          <w:sz w:val="24"/>
          <w:szCs w:val="24"/>
          <w:lang w:val="de-DE"/>
        </w:rPr>
        <w:t>44</w:t>
      </w:r>
      <w:r w:rsidRPr="004D46D7">
        <w:rPr>
          <w:rFonts w:ascii="Times New Roman" w:hAnsi="Times New Roman" w:cs="Times New Roman"/>
          <w:sz w:val="24"/>
          <w:szCs w:val="24"/>
          <w:lang w:val="de-DE"/>
        </w:rPr>
        <w:t>g / mol.</w:t>
      </w:r>
    </w:p>
    <w:p w14:paraId="61EC8F1F" w14:textId="77777777" w:rsidR="00C679CF" w:rsidRPr="004D46D7" w:rsidRDefault="00C679CF" w:rsidP="0026749B">
      <w:pPr>
        <w:jc w:val="both"/>
        <w:rPr>
          <w:color w:val="auto"/>
          <w:sz w:val="24"/>
          <w:szCs w:val="24"/>
          <w:lang w:val="pt-BR"/>
        </w:rPr>
      </w:pPr>
      <w:r w:rsidRPr="004D46D7">
        <w:rPr>
          <w:b/>
          <w:bCs/>
          <w:color w:val="auto"/>
          <w:sz w:val="24"/>
          <w:szCs w:val="24"/>
          <w:lang w:val="de-DE"/>
        </w:rPr>
        <w:t xml:space="preserve">Câu </w:t>
      </w:r>
      <w:r w:rsidR="00741E76" w:rsidRPr="004D46D7">
        <w:rPr>
          <w:b/>
          <w:bCs/>
          <w:color w:val="auto"/>
          <w:sz w:val="24"/>
          <w:szCs w:val="24"/>
          <w:lang w:val="de-DE"/>
        </w:rPr>
        <w:t>5</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pt-BR"/>
        </w:rPr>
        <w:t>Cho biết khối lượng mol của khí Hêli là 4 g/mol. Cho R = 0,082 atm.lít/mol.K. Ở điều kiện tiêu chuẩn khối lượng riêng của khí này bằng</w:t>
      </w:r>
    </w:p>
    <w:p w14:paraId="4B3B947E" w14:textId="77777777" w:rsidR="00C679CF" w:rsidRPr="004D46D7" w:rsidRDefault="00C679CF" w:rsidP="0026749B">
      <w:pPr>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9A7F6B" w:rsidRPr="004D46D7">
        <w:rPr>
          <w:color w:val="auto"/>
          <w:sz w:val="24"/>
          <w:szCs w:val="24"/>
          <w:lang w:val="pt-BR"/>
        </w:rPr>
        <w:t>0</w:t>
      </w:r>
      <w:r w:rsidRPr="004D46D7">
        <w:rPr>
          <w:color w:val="auto"/>
          <w:sz w:val="24"/>
          <w:szCs w:val="24"/>
          <w:lang w:val="pt-BR"/>
        </w:rPr>
        <w:t>,</w:t>
      </w:r>
      <w:r w:rsidR="009A7F6B" w:rsidRPr="004D46D7">
        <w:rPr>
          <w:color w:val="auto"/>
          <w:sz w:val="24"/>
          <w:szCs w:val="24"/>
          <w:lang w:val="pt-BR"/>
        </w:rPr>
        <w:t>25</w:t>
      </w:r>
      <w:r w:rsidRPr="004D46D7">
        <w:rPr>
          <w:color w:val="auto"/>
          <w:sz w:val="24"/>
          <w:szCs w:val="24"/>
          <w:lang w:val="pt-BR"/>
        </w:rPr>
        <w:t xml:space="preserve"> g/lít.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w:r w:rsidR="009A7F6B" w:rsidRPr="004D46D7">
        <w:rPr>
          <w:color w:val="auto"/>
          <w:sz w:val="24"/>
          <w:szCs w:val="24"/>
          <w:lang w:val="pt-BR"/>
        </w:rPr>
        <w:t>0,1</w:t>
      </w:r>
      <w:r w:rsidRPr="004D46D7">
        <w:rPr>
          <w:color w:val="auto"/>
          <w:sz w:val="24"/>
          <w:szCs w:val="24"/>
          <w:lang w:val="pt-BR"/>
        </w:rPr>
        <w:t xml:space="preserve">8 g/lít.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w:r w:rsidR="009A7F6B" w:rsidRPr="004D46D7">
        <w:rPr>
          <w:color w:val="auto"/>
          <w:sz w:val="24"/>
          <w:szCs w:val="24"/>
          <w:lang w:val="pt-BR"/>
        </w:rPr>
        <w:t>8</w:t>
      </w:r>
      <w:r w:rsidRPr="004D46D7">
        <w:rPr>
          <w:color w:val="auto"/>
          <w:sz w:val="24"/>
          <w:szCs w:val="24"/>
          <w:lang w:val="pt-BR"/>
        </w:rPr>
        <w:t xml:space="preserve"> kg/m</w:t>
      </w:r>
      <w:r w:rsidRPr="004D46D7">
        <w:rPr>
          <w:color w:val="auto"/>
          <w:sz w:val="24"/>
          <w:szCs w:val="24"/>
          <w:vertAlign w:val="superscript"/>
          <w:lang w:val="pt-BR"/>
        </w:rPr>
        <w:t>3</w:t>
      </w:r>
      <w:r w:rsidRPr="004D46D7">
        <w:rPr>
          <w:color w:val="auto"/>
          <w:sz w:val="24"/>
          <w:szCs w:val="24"/>
          <w:lang w:val="pt-BR"/>
        </w:rPr>
        <w:t xml:space="preserve">.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9A7F6B" w:rsidRPr="004D46D7">
        <w:rPr>
          <w:color w:val="auto"/>
          <w:sz w:val="24"/>
          <w:szCs w:val="24"/>
          <w:lang w:val="pt-BR"/>
        </w:rPr>
        <w:t>6</w:t>
      </w:r>
      <w:r w:rsidRPr="004D46D7">
        <w:rPr>
          <w:color w:val="auto"/>
          <w:sz w:val="24"/>
          <w:szCs w:val="24"/>
          <w:lang w:val="pt-BR"/>
        </w:rPr>
        <w:t xml:space="preserve"> g/m</w:t>
      </w:r>
      <w:r w:rsidRPr="004D46D7">
        <w:rPr>
          <w:color w:val="auto"/>
          <w:sz w:val="24"/>
          <w:szCs w:val="24"/>
          <w:vertAlign w:val="superscript"/>
          <w:lang w:val="pt-BR"/>
        </w:rPr>
        <w:t>3</w:t>
      </w:r>
      <w:r w:rsidRPr="004D46D7">
        <w:rPr>
          <w:color w:val="auto"/>
          <w:sz w:val="24"/>
          <w:szCs w:val="24"/>
          <w:lang w:val="pt-BR"/>
        </w:rPr>
        <w:t>.</w:t>
      </w:r>
    </w:p>
    <w:p w14:paraId="47BC85C2"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pt-BR"/>
        </w:rPr>
      </w:pPr>
      <w:r w:rsidRPr="004D46D7">
        <w:rPr>
          <w:rFonts w:ascii="Times New Roman" w:hAnsi="Times New Roman" w:cs="Times New Roman"/>
          <w:b/>
          <w:bCs/>
          <w:sz w:val="24"/>
          <w:szCs w:val="24"/>
          <w:lang w:val="de-DE"/>
        </w:rPr>
        <w:t xml:space="preserve">Câu </w:t>
      </w:r>
      <w:r w:rsidR="009A7F6B" w:rsidRPr="004D46D7">
        <w:rPr>
          <w:rFonts w:ascii="Times New Roman" w:hAnsi="Times New Roman" w:cs="Times New Roman"/>
          <w:b/>
          <w:bCs/>
          <w:sz w:val="24"/>
          <w:szCs w:val="24"/>
          <w:lang w:val="de-DE"/>
        </w:rPr>
        <w:t>6</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pt-BR"/>
        </w:rPr>
        <w:t>Một bình chứa khí oxi dung tích 10 lít ở áp suất 250 kPa và nhiệt độ 27</w:t>
      </w:r>
      <w:r w:rsidRPr="004D46D7">
        <w:rPr>
          <w:rFonts w:ascii="Times New Roman" w:hAnsi="Times New Roman" w:cs="Times New Roman"/>
          <w:sz w:val="24"/>
          <w:szCs w:val="24"/>
          <w:vertAlign w:val="superscript"/>
          <w:lang w:val="pt-BR"/>
        </w:rPr>
        <w:t>0</w:t>
      </w:r>
      <w:r w:rsidRPr="004D46D7">
        <w:rPr>
          <w:rFonts w:ascii="Times New Roman" w:hAnsi="Times New Roman" w:cs="Times New Roman"/>
          <w:sz w:val="24"/>
          <w:szCs w:val="24"/>
          <w:lang w:val="pt-BR"/>
        </w:rPr>
        <w:t>C. khối lượng khí oxi trong bình là</w:t>
      </w:r>
    </w:p>
    <w:p w14:paraId="2664311B"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pt-BR"/>
        </w:rPr>
      </w:pPr>
      <w:r w:rsidRPr="004D46D7">
        <w:rPr>
          <w:rFonts w:ascii="Times New Roman" w:hAnsi="Times New Roman" w:cs="Times New Roman"/>
          <w:b/>
          <w:sz w:val="24"/>
          <w:szCs w:val="24"/>
          <w:lang w:val="pt-BR"/>
        </w:rPr>
        <w:tab/>
        <w:t xml:space="preserve">A. </w:t>
      </w:r>
      <w:r w:rsidR="009A7F6B" w:rsidRPr="004D46D7">
        <w:rPr>
          <w:rFonts w:ascii="Times New Roman" w:hAnsi="Times New Roman" w:cs="Times New Roman"/>
          <w:sz w:val="24"/>
          <w:szCs w:val="24"/>
          <w:lang w:val="pt-BR"/>
        </w:rPr>
        <w:t>15,7</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B.</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48,2</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C.</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22,6</w:t>
      </w:r>
      <w:r w:rsidRPr="004D46D7">
        <w:rPr>
          <w:rFonts w:ascii="Times New Roman" w:hAnsi="Times New Roman" w:cs="Times New Roman"/>
          <w:sz w:val="24"/>
          <w:szCs w:val="24"/>
          <w:lang w:val="pt-BR"/>
        </w:rPr>
        <w:t xml:space="preserve"> g. </w:t>
      </w:r>
      <w:r w:rsidRPr="004D46D7">
        <w:rPr>
          <w:rFonts w:ascii="Times New Roman" w:hAnsi="Times New Roman" w:cs="Times New Roman"/>
          <w:sz w:val="24"/>
          <w:szCs w:val="24"/>
          <w:lang w:val="pt-BR"/>
        </w:rPr>
        <w:tab/>
      </w:r>
      <w:r w:rsidRPr="004D46D7">
        <w:rPr>
          <w:rFonts w:ascii="Times New Roman" w:hAnsi="Times New Roman" w:cs="Times New Roman"/>
          <w:b/>
          <w:sz w:val="24"/>
          <w:szCs w:val="24"/>
          <w:lang w:val="pt-BR"/>
        </w:rPr>
        <w:t>D.</w:t>
      </w:r>
      <w:r w:rsidRPr="004D46D7">
        <w:rPr>
          <w:rFonts w:ascii="Times New Roman" w:hAnsi="Times New Roman" w:cs="Times New Roman"/>
          <w:sz w:val="24"/>
          <w:szCs w:val="24"/>
          <w:lang w:val="pt-BR"/>
        </w:rPr>
        <w:t xml:space="preserve"> </w:t>
      </w:r>
      <w:r w:rsidR="009A7F6B" w:rsidRPr="004D46D7">
        <w:rPr>
          <w:rFonts w:ascii="Times New Roman" w:hAnsi="Times New Roman" w:cs="Times New Roman"/>
          <w:sz w:val="24"/>
          <w:szCs w:val="24"/>
          <w:lang w:val="pt-BR"/>
        </w:rPr>
        <w:t>32,1</w:t>
      </w:r>
      <w:r w:rsidRPr="004D46D7">
        <w:rPr>
          <w:rFonts w:ascii="Times New Roman" w:hAnsi="Times New Roman" w:cs="Times New Roman"/>
          <w:sz w:val="24"/>
          <w:szCs w:val="24"/>
          <w:lang w:val="pt-BR"/>
        </w:rPr>
        <w:t xml:space="preserve"> g.</w:t>
      </w:r>
    </w:p>
    <w:p w14:paraId="6CBC932D"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rPr>
      </w:pPr>
      <w:r w:rsidRPr="004D46D7">
        <w:rPr>
          <w:rFonts w:ascii="Times New Roman" w:hAnsi="Times New Roman" w:cs="Times New Roman"/>
          <w:b/>
          <w:bCs/>
          <w:sz w:val="24"/>
          <w:szCs w:val="24"/>
          <w:lang w:val="da-DK"/>
        </w:rPr>
        <w:t xml:space="preserve">Câu </w:t>
      </w:r>
      <w:r w:rsidR="009A7F6B" w:rsidRPr="004D46D7">
        <w:rPr>
          <w:rFonts w:ascii="Times New Roman" w:hAnsi="Times New Roman" w:cs="Times New Roman"/>
          <w:b/>
          <w:bCs/>
          <w:sz w:val="24"/>
          <w:szCs w:val="24"/>
          <w:lang w:val="da-DK"/>
        </w:rPr>
        <w:t>7</w:t>
      </w:r>
      <w:r w:rsidRPr="004D46D7">
        <w:rPr>
          <w:rFonts w:ascii="Times New Roman" w:hAnsi="Times New Roman" w:cs="Times New Roman"/>
          <w:b/>
          <w:bCs/>
          <w:sz w:val="24"/>
          <w:szCs w:val="24"/>
          <w:lang w:val="da-DK"/>
        </w:rPr>
        <w:t>:</w:t>
      </w:r>
      <w:r w:rsidRPr="004D46D7">
        <w:rPr>
          <w:rFonts w:ascii="Times New Roman" w:hAnsi="Times New Roman" w:cs="Times New Roman"/>
          <w:sz w:val="24"/>
          <w:szCs w:val="24"/>
          <w:lang w:val="da-DK"/>
        </w:rPr>
        <w:t xml:space="preserve"> </w:t>
      </w:r>
      <w:r w:rsidRPr="004D46D7">
        <w:rPr>
          <w:rFonts w:ascii="Times New Roman" w:hAnsi="Times New Roman" w:cs="Times New Roman"/>
          <w:sz w:val="24"/>
          <w:szCs w:val="24"/>
          <w:lang w:val="pt-BR"/>
        </w:rPr>
        <w:t>Một bình dung tích 5 lít chứa 7g nitơ (N</w:t>
      </w:r>
      <w:r w:rsidRPr="004D46D7">
        <w:rPr>
          <w:rFonts w:ascii="Times New Roman" w:hAnsi="Times New Roman" w:cs="Times New Roman"/>
          <w:sz w:val="24"/>
          <w:szCs w:val="24"/>
          <w:vertAlign w:val="subscript"/>
          <w:lang w:val="pt-BR"/>
        </w:rPr>
        <w:t>2</w:t>
      </w:r>
      <w:r w:rsidRPr="004D46D7">
        <w:rPr>
          <w:rFonts w:ascii="Times New Roman" w:hAnsi="Times New Roman" w:cs="Times New Roman"/>
          <w:sz w:val="24"/>
          <w:szCs w:val="24"/>
          <w:lang w:val="pt-BR"/>
        </w:rPr>
        <w:t xml:space="preserve">) ở 2 </w:t>
      </w:r>
      <w:r w:rsidRPr="004D46D7">
        <w:rPr>
          <w:rFonts w:ascii="Times New Roman" w:hAnsi="Times New Roman" w:cs="Times New Roman"/>
          <w:sz w:val="24"/>
          <w:szCs w:val="24"/>
          <w:vertAlign w:val="superscript"/>
          <w:lang w:val="pt-BR"/>
        </w:rPr>
        <w:t>0</w:t>
      </w:r>
      <w:r w:rsidRPr="004D46D7">
        <w:rPr>
          <w:rFonts w:ascii="Times New Roman" w:hAnsi="Times New Roman" w:cs="Times New Roman"/>
          <w:sz w:val="24"/>
          <w:szCs w:val="24"/>
          <w:lang w:val="pt-BR"/>
        </w:rPr>
        <w:t xml:space="preserve">C. </w:t>
      </w:r>
      <w:r w:rsidRPr="004D46D7">
        <w:rPr>
          <w:rFonts w:ascii="Times New Roman" w:hAnsi="Times New Roman" w:cs="Times New Roman"/>
          <w:sz w:val="24"/>
          <w:szCs w:val="24"/>
        </w:rPr>
        <w:t>Áp suất khí trong bình là</w:t>
      </w:r>
    </w:p>
    <w:p w14:paraId="1967124C"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rPr>
      </w:pPr>
      <w:r w:rsidRPr="004D46D7">
        <w:rPr>
          <w:rFonts w:ascii="Times New Roman" w:hAnsi="Times New Roman" w:cs="Times New Roman"/>
          <w:b/>
          <w:sz w:val="24"/>
          <w:szCs w:val="24"/>
        </w:rPr>
        <w:tab/>
        <w:t xml:space="preserve">A. </w:t>
      </w:r>
      <w:r w:rsidRPr="004D46D7">
        <w:rPr>
          <w:rFonts w:ascii="Times New Roman" w:hAnsi="Times New Roman" w:cs="Times New Roman"/>
          <w:sz w:val="24"/>
          <w:szCs w:val="24"/>
        </w:rPr>
        <w:t>1,</w:t>
      </w:r>
      <w:r w:rsidR="009A7F6B" w:rsidRPr="004D46D7">
        <w:rPr>
          <w:rFonts w:ascii="Times New Roman" w:hAnsi="Times New Roman" w:cs="Times New Roman"/>
          <w:sz w:val="24"/>
          <w:szCs w:val="24"/>
        </w:rPr>
        <w:t>1</w:t>
      </w:r>
      <w:r w:rsidRPr="004D46D7">
        <w:rPr>
          <w:rFonts w:ascii="Times New Roman" w:hAnsi="Times New Roman" w:cs="Times New Roman"/>
          <w:sz w:val="24"/>
          <w:szCs w:val="24"/>
        </w:rPr>
        <w:t xml:space="preserve"> atm. </w:t>
      </w:r>
      <w:r w:rsidRPr="004D46D7">
        <w:rPr>
          <w:rFonts w:ascii="Times New Roman" w:hAnsi="Times New Roman" w:cs="Times New Roman"/>
          <w:sz w:val="24"/>
          <w:szCs w:val="24"/>
        </w:rPr>
        <w:tab/>
      </w:r>
      <w:r w:rsidRPr="004D46D7">
        <w:rPr>
          <w:rFonts w:ascii="Times New Roman" w:hAnsi="Times New Roman" w:cs="Times New Roman"/>
          <w:b/>
          <w:sz w:val="24"/>
          <w:szCs w:val="24"/>
        </w:rPr>
        <w:t>B.</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0</w:t>
      </w:r>
      <w:r w:rsidRPr="004D46D7">
        <w:rPr>
          <w:rFonts w:ascii="Times New Roman" w:hAnsi="Times New Roman" w:cs="Times New Roman"/>
          <w:sz w:val="24"/>
          <w:szCs w:val="24"/>
        </w:rPr>
        <w:t>,</w:t>
      </w:r>
      <w:r w:rsidR="009A7F6B" w:rsidRPr="004D46D7">
        <w:rPr>
          <w:rFonts w:ascii="Times New Roman" w:hAnsi="Times New Roman" w:cs="Times New Roman"/>
          <w:sz w:val="24"/>
          <w:szCs w:val="24"/>
        </w:rPr>
        <w:t xml:space="preserve">76 </w:t>
      </w:r>
      <w:r w:rsidRPr="004D46D7">
        <w:rPr>
          <w:rFonts w:ascii="Times New Roman" w:hAnsi="Times New Roman" w:cs="Times New Roman"/>
          <w:sz w:val="24"/>
          <w:szCs w:val="24"/>
        </w:rPr>
        <w:t xml:space="preserve">atm. </w:t>
      </w:r>
      <w:r w:rsidRPr="004D46D7">
        <w:rPr>
          <w:rFonts w:ascii="Times New Roman" w:hAnsi="Times New Roman" w:cs="Times New Roman"/>
          <w:sz w:val="24"/>
          <w:szCs w:val="24"/>
        </w:rPr>
        <w:tab/>
      </w:r>
      <w:r w:rsidRPr="004D46D7">
        <w:rPr>
          <w:rFonts w:ascii="Times New Roman" w:hAnsi="Times New Roman" w:cs="Times New Roman"/>
          <w:b/>
          <w:sz w:val="24"/>
          <w:szCs w:val="24"/>
        </w:rPr>
        <w:t>C.</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 xml:space="preserve">5,32 </w:t>
      </w:r>
      <w:r w:rsidRPr="004D46D7">
        <w:rPr>
          <w:rFonts w:ascii="Times New Roman" w:hAnsi="Times New Roman" w:cs="Times New Roman"/>
          <w:sz w:val="24"/>
          <w:szCs w:val="24"/>
        </w:rPr>
        <w:t xml:space="preserve">atm. </w:t>
      </w:r>
      <w:r w:rsidRPr="004D46D7">
        <w:rPr>
          <w:rFonts w:ascii="Times New Roman" w:hAnsi="Times New Roman" w:cs="Times New Roman"/>
          <w:sz w:val="24"/>
          <w:szCs w:val="24"/>
        </w:rPr>
        <w:tab/>
      </w:r>
      <w:r w:rsidRPr="004D46D7">
        <w:rPr>
          <w:rFonts w:ascii="Times New Roman" w:hAnsi="Times New Roman" w:cs="Times New Roman"/>
          <w:b/>
          <w:sz w:val="24"/>
          <w:szCs w:val="24"/>
        </w:rPr>
        <w:t>D.</w:t>
      </w:r>
      <w:r w:rsidRPr="004D46D7">
        <w:rPr>
          <w:rFonts w:ascii="Times New Roman" w:hAnsi="Times New Roman" w:cs="Times New Roman"/>
          <w:sz w:val="24"/>
          <w:szCs w:val="24"/>
        </w:rPr>
        <w:t xml:space="preserve"> </w:t>
      </w:r>
      <w:r w:rsidR="009A7F6B" w:rsidRPr="004D46D7">
        <w:rPr>
          <w:rFonts w:ascii="Times New Roman" w:hAnsi="Times New Roman" w:cs="Times New Roman"/>
          <w:sz w:val="24"/>
          <w:szCs w:val="24"/>
        </w:rPr>
        <w:t>0,24</w:t>
      </w:r>
      <w:r w:rsidRPr="004D46D7">
        <w:rPr>
          <w:rFonts w:ascii="Times New Roman" w:hAnsi="Times New Roman" w:cs="Times New Roman"/>
          <w:sz w:val="24"/>
          <w:szCs w:val="24"/>
        </w:rPr>
        <w:t xml:space="preserve"> atm.</w:t>
      </w:r>
    </w:p>
    <w:p w14:paraId="2235A549" w14:textId="77777777" w:rsidR="00C679CF" w:rsidRPr="004D46D7" w:rsidRDefault="00C679CF" w:rsidP="0026749B">
      <w:pPr>
        <w:pStyle w:val="NormalWeb"/>
        <w:spacing w:line="276" w:lineRule="auto"/>
        <w:ind w:firstLine="0"/>
        <w:rPr>
          <w:rStyle w:val="Strong"/>
          <w:b w:val="0"/>
          <w:bCs w:val="0"/>
          <w:lang w:val="pt-BR"/>
        </w:rPr>
      </w:pPr>
      <w:r w:rsidRPr="004D46D7">
        <w:rPr>
          <w:b/>
          <w:bCs/>
          <w:iCs/>
          <w:lang w:val="sv-SE"/>
        </w:rPr>
        <w:t xml:space="preserve">Câu </w:t>
      </w:r>
      <w:r w:rsidR="009A7F6B" w:rsidRPr="004D46D7">
        <w:rPr>
          <w:b/>
          <w:bCs/>
          <w:iCs/>
          <w:lang w:val="sv-SE"/>
        </w:rPr>
        <w:t>8</w:t>
      </w:r>
      <w:r w:rsidRPr="004D46D7">
        <w:rPr>
          <w:b/>
          <w:bCs/>
          <w:iCs/>
          <w:lang w:val="sv-SE"/>
        </w:rPr>
        <w:t>:</w:t>
      </w:r>
      <w:r w:rsidRPr="004D46D7">
        <w:rPr>
          <w:iCs/>
          <w:lang w:val="sv-SE"/>
        </w:rPr>
        <w:t xml:space="preserve"> </w:t>
      </w:r>
      <w:r w:rsidRPr="004D46D7">
        <w:rPr>
          <w:rStyle w:val="Strong"/>
          <w:b w:val="0"/>
          <w:bCs w:val="0"/>
          <w:lang w:val="nl-NL"/>
        </w:rPr>
        <w:t xml:space="preserve">Thực hiện quá trình biến đổi trạng thái của một nửa mol khí Helium </w:t>
      </w:r>
      <w:r w:rsidRPr="004D46D7">
        <w:rPr>
          <w:b/>
          <w:bCs/>
          <w:position w:val="-16"/>
        </w:rPr>
        <w:object w:dxaOrig="700" w:dyaOrig="460" w14:anchorId="255F9F7F">
          <v:shape id="_x0000_i1033" type="#_x0000_t75" alt="" style="width:36.35pt;height:21.35pt" o:ole="">
            <v:imagedata r:id="rId35" o:title=""/>
          </v:shape>
          <o:OLEObject Type="Embed" ProgID="Equation.DSMT4" ShapeID="_x0000_i1033" DrawAspect="Content" ObjectID="_1789927743" r:id="rId36"/>
        </w:object>
      </w:r>
      <w:r w:rsidRPr="004D46D7">
        <w:rPr>
          <w:rStyle w:val="Strong"/>
          <w:b w:val="0"/>
          <w:bCs w:val="0"/>
          <w:lang w:val="nl-NL"/>
        </w:rPr>
        <w:t xml:space="preserve"> từ điều kiện tiêu chuẩn đến trạng thái có nhiệt độ 273</w:t>
      </w:r>
      <w:r w:rsidRPr="004D46D7">
        <w:rPr>
          <w:rStyle w:val="Strong"/>
          <w:b w:val="0"/>
          <w:bCs w:val="0"/>
          <w:vertAlign w:val="superscript"/>
          <w:lang w:val="nl-NL"/>
        </w:rPr>
        <w:t>0</w:t>
      </w:r>
      <w:r w:rsidRPr="004D46D7">
        <w:rPr>
          <w:rStyle w:val="Strong"/>
          <w:b w:val="0"/>
          <w:bCs w:val="0"/>
          <w:lang w:val="nl-NL"/>
        </w:rPr>
        <w:t xml:space="preserve">C, áp suất 3,5atm. </w:t>
      </w:r>
      <w:r w:rsidRPr="004D46D7">
        <w:rPr>
          <w:rStyle w:val="Strong"/>
          <w:b w:val="0"/>
          <w:bCs w:val="0"/>
          <w:lang w:val="pt-BR"/>
        </w:rPr>
        <w:t xml:space="preserve">Thể tích khí Helium ở trạng thái đó là </w:t>
      </w:r>
    </w:p>
    <w:p w14:paraId="7F12936B" w14:textId="77777777" w:rsidR="00A43F09" w:rsidRPr="004D46D7" w:rsidRDefault="00C679CF" w:rsidP="0026749B">
      <w:pPr>
        <w:pStyle w:val="NormalWeb"/>
        <w:tabs>
          <w:tab w:val="left" w:pos="283"/>
          <w:tab w:val="left" w:pos="2835"/>
          <w:tab w:val="left" w:pos="5386"/>
          <w:tab w:val="left" w:pos="7937"/>
        </w:tabs>
        <w:spacing w:line="276" w:lineRule="auto"/>
        <w:ind w:firstLine="0"/>
        <w:rPr>
          <w:rStyle w:val="Strong"/>
          <w:b w:val="0"/>
          <w:bCs w:val="0"/>
          <w:lang w:val="nl-NL"/>
        </w:rPr>
      </w:pPr>
      <w:r w:rsidRPr="004D46D7">
        <w:rPr>
          <w:rStyle w:val="Strong"/>
          <w:lang w:val="nl-NL"/>
        </w:rPr>
        <w:t>A.</w:t>
      </w:r>
      <w:r w:rsidR="009A7F6B" w:rsidRPr="004D46D7">
        <w:rPr>
          <w:rStyle w:val="Strong"/>
          <w:b w:val="0"/>
          <w:bCs w:val="0"/>
          <w:lang w:val="nl-NL"/>
        </w:rPr>
        <w:t xml:space="preserve"> 6,4</w:t>
      </w:r>
      <w:r w:rsidRPr="004D46D7">
        <w:rPr>
          <w:rStyle w:val="Strong"/>
          <w:b w:val="0"/>
          <w:bCs w:val="0"/>
          <w:lang w:val="nl-NL"/>
        </w:rPr>
        <w:t xml:space="preserve"> lít.</w:t>
      </w:r>
      <w:r w:rsidRPr="004D46D7">
        <w:rPr>
          <w:rStyle w:val="Strong"/>
          <w:lang w:val="nl-NL"/>
        </w:rPr>
        <w:tab/>
        <w:t xml:space="preserve">B. </w:t>
      </w:r>
      <w:r w:rsidR="009A7F6B" w:rsidRPr="004D46D7">
        <w:rPr>
          <w:rStyle w:val="Strong"/>
          <w:b w:val="0"/>
          <w:bCs w:val="0"/>
          <w:lang w:val="nl-NL"/>
        </w:rPr>
        <w:t>22,7</w:t>
      </w:r>
      <w:r w:rsidRPr="004D46D7">
        <w:rPr>
          <w:rStyle w:val="Strong"/>
          <w:b w:val="0"/>
          <w:bCs w:val="0"/>
          <w:lang w:val="nl-NL"/>
        </w:rPr>
        <w:t xml:space="preserve"> m</w:t>
      </w:r>
      <w:r w:rsidRPr="004D46D7">
        <w:rPr>
          <w:rStyle w:val="Strong"/>
          <w:b w:val="0"/>
          <w:bCs w:val="0"/>
          <w:vertAlign w:val="superscript"/>
          <w:lang w:val="nl-NL"/>
        </w:rPr>
        <w:t>3</w:t>
      </w:r>
      <w:r w:rsidRPr="004D46D7">
        <w:rPr>
          <w:rStyle w:val="Strong"/>
          <w:b w:val="0"/>
          <w:bCs w:val="0"/>
          <w:lang w:val="nl-NL"/>
        </w:rPr>
        <w:t>.</w:t>
      </w:r>
      <w:r w:rsidRPr="004D46D7">
        <w:rPr>
          <w:rStyle w:val="Strong"/>
          <w:lang w:val="nl-NL"/>
        </w:rPr>
        <w:tab/>
        <w:t xml:space="preserve">C. </w:t>
      </w:r>
      <w:r w:rsidR="009A7F6B" w:rsidRPr="004D46D7">
        <w:rPr>
          <w:rStyle w:val="Strong"/>
          <w:b w:val="0"/>
          <w:bCs w:val="0"/>
          <w:lang w:val="nl-NL"/>
        </w:rPr>
        <w:t>2</w:t>
      </w:r>
      <w:r w:rsidRPr="004D46D7">
        <w:rPr>
          <w:rStyle w:val="Strong"/>
          <w:b w:val="0"/>
          <w:bCs w:val="0"/>
          <w:lang w:val="nl-NL"/>
        </w:rPr>
        <w:t>6,</w:t>
      </w:r>
      <w:r w:rsidR="009A7F6B" w:rsidRPr="004D46D7">
        <w:rPr>
          <w:rStyle w:val="Strong"/>
          <w:b w:val="0"/>
          <w:bCs w:val="0"/>
          <w:lang w:val="nl-NL"/>
        </w:rPr>
        <w:t>5</w:t>
      </w:r>
      <w:r w:rsidRPr="004D46D7">
        <w:rPr>
          <w:rStyle w:val="Strong"/>
          <w:b w:val="0"/>
          <w:bCs w:val="0"/>
          <w:lang w:val="nl-NL"/>
        </w:rPr>
        <w:t xml:space="preserve"> lít.</w:t>
      </w:r>
      <w:r w:rsidRPr="004D46D7">
        <w:rPr>
          <w:rStyle w:val="Strong"/>
          <w:lang w:val="nl-NL"/>
        </w:rPr>
        <w:tab/>
        <w:t xml:space="preserve">D. </w:t>
      </w:r>
      <w:r w:rsidR="009A7F6B" w:rsidRPr="004D46D7">
        <w:rPr>
          <w:rStyle w:val="Strong"/>
          <w:b w:val="0"/>
          <w:bCs w:val="0"/>
          <w:lang w:val="nl-NL"/>
        </w:rPr>
        <w:t>20,3</w:t>
      </w:r>
      <w:r w:rsidRPr="004D46D7">
        <w:rPr>
          <w:rStyle w:val="Strong"/>
          <w:b w:val="0"/>
          <w:bCs w:val="0"/>
          <w:lang w:val="nl-NL"/>
        </w:rPr>
        <w:t xml:space="preserve"> m</w:t>
      </w:r>
      <w:r w:rsidRPr="004D46D7">
        <w:rPr>
          <w:rStyle w:val="Strong"/>
          <w:b w:val="0"/>
          <w:bCs w:val="0"/>
          <w:vertAlign w:val="superscript"/>
          <w:lang w:val="nl-NL"/>
        </w:rPr>
        <w:t>3</w:t>
      </w:r>
      <w:r w:rsidRPr="004D46D7">
        <w:rPr>
          <w:rStyle w:val="Strong"/>
          <w:b w:val="0"/>
          <w:bCs w:val="0"/>
          <w:lang w:val="nl-NL"/>
        </w:rPr>
        <w:t>.</w:t>
      </w:r>
    </w:p>
    <w:p w14:paraId="06AE6F07"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pt-BR"/>
        </w:rPr>
      </w:pPr>
      <w:r w:rsidRPr="004D46D7">
        <w:rPr>
          <w:rFonts w:ascii="Times New Roman" w:hAnsi="Times New Roman" w:cs="Times New Roman"/>
          <w:b/>
          <w:bCs/>
          <w:iCs/>
          <w:sz w:val="24"/>
          <w:szCs w:val="24"/>
          <w:lang w:val="sv-SE"/>
        </w:rPr>
        <w:t xml:space="preserve">Câu </w:t>
      </w:r>
      <w:r w:rsidR="009A7F6B" w:rsidRPr="004D46D7">
        <w:rPr>
          <w:rFonts w:ascii="Times New Roman" w:hAnsi="Times New Roman" w:cs="Times New Roman"/>
          <w:b/>
          <w:bCs/>
          <w:iCs/>
          <w:sz w:val="24"/>
          <w:szCs w:val="24"/>
          <w:lang w:val="sv-SE"/>
        </w:rPr>
        <w:t>9</w:t>
      </w:r>
      <w:r w:rsidRPr="004D46D7">
        <w:rPr>
          <w:rFonts w:ascii="Times New Roman" w:hAnsi="Times New Roman" w:cs="Times New Roman"/>
          <w:b/>
          <w:bCs/>
          <w:iCs/>
          <w:sz w:val="24"/>
          <w:szCs w:val="24"/>
          <w:lang w:val="sv-SE"/>
        </w:rPr>
        <w:t>:</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pt-BR"/>
        </w:rPr>
        <w:t>Ở độ cao 10 km cách mặt đất thì áp suất không khí bằng 30,6 kPa và nhiệt độ bằng 320 K. Coi không khí như một chất khí thuần nhất có khối lượng mol là 28,8 g/mol. Lấy hằng số A-vô-ga-đrô là N</w:t>
      </w:r>
      <w:r w:rsidRPr="004D46D7">
        <w:rPr>
          <w:rFonts w:ascii="Times New Roman" w:hAnsi="Times New Roman" w:cs="Times New Roman"/>
          <w:sz w:val="24"/>
          <w:szCs w:val="24"/>
          <w:vertAlign w:val="subscript"/>
          <w:lang w:val="pt-BR"/>
        </w:rPr>
        <w:t xml:space="preserve">A </w:t>
      </w:r>
      <w:r w:rsidRPr="004D46D7">
        <w:rPr>
          <w:rFonts w:ascii="Times New Roman" w:hAnsi="Times New Roman" w:cs="Times New Roman"/>
          <w:sz w:val="24"/>
          <w:szCs w:val="24"/>
          <w:lang w:val="pt-BR"/>
        </w:rPr>
        <w:t>= 6,02.10</w:t>
      </w:r>
      <w:r w:rsidRPr="004D46D7">
        <w:rPr>
          <w:rFonts w:ascii="Times New Roman" w:hAnsi="Times New Roman" w:cs="Times New Roman"/>
          <w:sz w:val="24"/>
          <w:szCs w:val="24"/>
          <w:vertAlign w:val="superscript"/>
          <w:lang w:val="pt-BR"/>
        </w:rPr>
        <w:t>23</w:t>
      </w:r>
      <w:r w:rsidRPr="004D46D7">
        <w:rPr>
          <w:rFonts w:ascii="Times New Roman" w:hAnsi="Times New Roman" w:cs="Times New Roman"/>
          <w:sz w:val="24"/>
          <w:szCs w:val="24"/>
          <w:lang w:val="pt-BR"/>
        </w:rPr>
        <w:t xml:space="preserve"> (mol</w:t>
      </w:r>
      <w:r w:rsidRPr="004D46D7">
        <w:rPr>
          <w:rFonts w:ascii="Times New Roman" w:hAnsi="Times New Roman" w:cs="Times New Roman"/>
          <w:sz w:val="24"/>
          <w:szCs w:val="24"/>
          <w:vertAlign w:val="superscript"/>
          <w:lang w:val="pt-BR"/>
        </w:rPr>
        <w:t>-1</w:t>
      </w:r>
      <w:r w:rsidRPr="004D46D7">
        <w:rPr>
          <w:rFonts w:ascii="Times New Roman" w:hAnsi="Times New Roman" w:cs="Times New Roman"/>
          <w:sz w:val="24"/>
          <w:szCs w:val="24"/>
          <w:lang w:val="pt-BR"/>
        </w:rPr>
        <w:t>). Khối lượng riêng và mật độ phân tử của không khí tại độ cao đó lần lượt là</w:t>
      </w:r>
    </w:p>
    <w:p w14:paraId="6CE61C75" w14:textId="77777777" w:rsidR="00C679CF" w:rsidRPr="004D46D7" w:rsidRDefault="00C679CF" w:rsidP="0026749B">
      <w:pPr>
        <w:tabs>
          <w:tab w:val="left" w:pos="283"/>
          <w:tab w:val="left" w:pos="2835"/>
          <w:tab w:val="left" w:pos="5386"/>
          <w:tab w:val="left" w:pos="7937"/>
        </w:tabs>
        <w:spacing w:line="276" w:lineRule="auto"/>
        <w:ind w:left="283"/>
        <w:jc w:val="both"/>
        <w:rPr>
          <w:b/>
          <w:color w:val="auto"/>
          <w:sz w:val="24"/>
          <w:szCs w:val="24"/>
          <w:lang w:val="pt-BR"/>
        </w:rPr>
      </w:pPr>
      <w:r w:rsidRPr="004D46D7">
        <w:rPr>
          <w:b/>
          <w:color w:val="auto"/>
          <w:sz w:val="24"/>
          <w:szCs w:val="24"/>
          <w:lang w:val="pt-BR"/>
        </w:rPr>
        <w:tab/>
        <w:t>A.</w:t>
      </w:r>
      <w:r w:rsidRPr="004D46D7">
        <w:rPr>
          <w:color w:val="auto"/>
          <w:sz w:val="24"/>
          <w:szCs w:val="24"/>
          <w:lang w:val="pt-BR"/>
        </w:rPr>
        <w:t xml:space="preserve"> 6,9.10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w:t>
      </w:r>
      <w:r w:rsidRPr="004D46D7">
        <w:rPr>
          <w:b/>
          <w:color w:val="auto"/>
          <w:sz w:val="24"/>
          <w:szCs w:val="24"/>
          <w:lang w:val="pt-BR"/>
        </w:rPr>
        <w:tab/>
      </w:r>
      <w:r w:rsidR="00A43F09" w:rsidRPr="004D46D7">
        <w:rPr>
          <w:b/>
          <w:color w:val="auto"/>
          <w:sz w:val="24"/>
          <w:szCs w:val="24"/>
          <w:lang w:val="pt-BR"/>
        </w:rPr>
        <w:tab/>
      </w:r>
      <w:r w:rsidRPr="004D46D7">
        <w:rPr>
          <w:b/>
          <w:color w:val="auto"/>
          <w:sz w:val="24"/>
          <w:szCs w:val="24"/>
          <w:lang w:val="pt-BR"/>
        </w:rPr>
        <w:t>B.</w:t>
      </w:r>
      <w:r w:rsidRPr="004D46D7">
        <w:rPr>
          <w:color w:val="auto"/>
          <w:sz w:val="24"/>
          <w:szCs w:val="24"/>
          <w:lang w:val="pt-BR"/>
        </w:rPr>
        <w:t xml:space="preserve"> </w:t>
      </w:r>
      <w:r w:rsidR="009A7F6B" w:rsidRPr="004D46D7">
        <w:rPr>
          <w:color w:val="auto"/>
          <w:sz w:val="24"/>
          <w:szCs w:val="24"/>
          <w:lang w:val="pt-BR"/>
        </w:rPr>
        <w:t>7</w:t>
      </w:r>
      <w:r w:rsidRPr="004D46D7">
        <w:rPr>
          <w:color w:val="auto"/>
          <w:sz w:val="24"/>
          <w:szCs w:val="24"/>
          <w:lang w:val="pt-BR"/>
        </w:rPr>
        <w:t>,</w:t>
      </w:r>
      <w:r w:rsidR="009A7F6B" w:rsidRPr="004D46D7">
        <w:rPr>
          <w:color w:val="auto"/>
          <w:sz w:val="24"/>
          <w:szCs w:val="24"/>
          <w:lang w:val="pt-BR"/>
        </w:rPr>
        <w:t>2</w:t>
      </w:r>
      <w:r w:rsidRPr="004D46D7">
        <w:rPr>
          <w:color w:val="auto"/>
          <w:sz w:val="24"/>
          <w:szCs w:val="24"/>
          <w:lang w:val="pt-BR"/>
        </w:rPr>
        <w:t>.10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 xml:space="preserve"> </w:t>
      </w:r>
    </w:p>
    <w:p w14:paraId="52DEA831"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pt-BR"/>
        </w:rPr>
      </w:pPr>
      <w:r w:rsidRPr="004D46D7">
        <w:rPr>
          <w:b/>
          <w:color w:val="auto"/>
          <w:sz w:val="24"/>
          <w:szCs w:val="24"/>
          <w:lang w:val="pt-BR"/>
        </w:rPr>
        <w:tab/>
        <w:t>C.</w:t>
      </w:r>
      <w:r w:rsidRPr="004D46D7">
        <w:rPr>
          <w:color w:val="auto"/>
          <w:sz w:val="24"/>
          <w:szCs w:val="24"/>
          <w:lang w:val="pt-BR"/>
        </w:rPr>
        <w:t xml:space="preserve"> </w:t>
      </w:r>
      <w:r w:rsidR="009A7F6B" w:rsidRPr="004D46D7">
        <w:rPr>
          <w:color w:val="auto"/>
          <w:sz w:val="24"/>
          <w:szCs w:val="24"/>
          <w:lang w:val="pt-BR"/>
        </w:rPr>
        <w:t>5</w:t>
      </w:r>
      <w:r w:rsidRPr="004D46D7">
        <w:rPr>
          <w:color w:val="auto"/>
          <w:sz w:val="24"/>
          <w:szCs w:val="24"/>
          <w:lang w:val="pt-BR"/>
        </w:rPr>
        <w:t>,</w:t>
      </w:r>
      <w:r w:rsidR="009A7F6B" w:rsidRPr="004D46D7">
        <w:rPr>
          <w:color w:val="auto"/>
          <w:sz w:val="24"/>
          <w:szCs w:val="24"/>
          <w:lang w:val="pt-BR"/>
        </w:rPr>
        <w:t>8</w:t>
      </w:r>
      <w:r w:rsidRPr="004D46D7">
        <w:rPr>
          <w:color w:val="auto"/>
          <w:sz w:val="24"/>
          <w:szCs w:val="24"/>
          <w:lang w:val="pt-BR"/>
        </w:rPr>
        <w:t>.10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w:t>
      </w:r>
      <w:r w:rsidRPr="004D46D7">
        <w:rPr>
          <w:b/>
          <w:color w:val="auto"/>
          <w:sz w:val="24"/>
          <w:szCs w:val="24"/>
          <w:lang w:val="pt-BR"/>
        </w:rPr>
        <w:tab/>
      </w:r>
      <w:r w:rsidR="00A43F09" w:rsidRPr="004D46D7">
        <w:rPr>
          <w:b/>
          <w:color w:val="auto"/>
          <w:sz w:val="24"/>
          <w:szCs w:val="24"/>
          <w:lang w:val="pt-BR"/>
        </w:rPr>
        <w:tab/>
      </w:r>
      <w:r w:rsidRPr="004D46D7">
        <w:rPr>
          <w:b/>
          <w:color w:val="auto"/>
          <w:sz w:val="24"/>
          <w:szCs w:val="24"/>
          <w:lang w:val="pt-BR"/>
        </w:rPr>
        <w:t>D.</w:t>
      </w:r>
      <w:r w:rsidRPr="004D46D7">
        <w:rPr>
          <w:color w:val="auto"/>
          <w:sz w:val="24"/>
          <w:szCs w:val="24"/>
          <w:lang w:val="pt-BR"/>
        </w:rPr>
        <w:t xml:space="preserve"> </w:t>
      </w:r>
      <w:r w:rsidR="009A7F6B" w:rsidRPr="004D46D7">
        <w:rPr>
          <w:color w:val="auto"/>
          <w:sz w:val="24"/>
          <w:szCs w:val="24"/>
          <w:lang w:val="pt-BR"/>
        </w:rPr>
        <w:t>9</w:t>
      </w:r>
      <w:r w:rsidRPr="004D46D7">
        <w:rPr>
          <w:color w:val="auto"/>
          <w:sz w:val="24"/>
          <w:szCs w:val="24"/>
          <w:lang w:val="pt-BR"/>
        </w:rPr>
        <w:t>,8.10</w:t>
      </w:r>
      <w:r w:rsidRPr="004D46D7">
        <w:rPr>
          <w:color w:val="auto"/>
          <w:sz w:val="24"/>
          <w:szCs w:val="24"/>
          <w:vertAlign w:val="superscript"/>
          <w:lang w:val="pt-BR"/>
        </w:rPr>
        <w:t>24</w:t>
      </w:r>
      <w:r w:rsidRPr="004D46D7">
        <w:rPr>
          <w:color w:val="auto"/>
          <w:sz w:val="24"/>
          <w:szCs w:val="24"/>
          <w:lang w:val="pt-BR"/>
        </w:rPr>
        <w:t xml:space="preserve"> phân tử/m</w:t>
      </w:r>
      <w:r w:rsidRPr="004D46D7">
        <w:rPr>
          <w:color w:val="auto"/>
          <w:sz w:val="24"/>
          <w:szCs w:val="24"/>
          <w:vertAlign w:val="superscript"/>
          <w:lang w:val="pt-BR"/>
        </w:rPr>
        <w:t>3</w:t>
      </w:r>
      <w:r w:rsidRPr="004D46D7">
        <w:rPr>
          <w:color w:val="auto"/>
          <w:sz w:val="24"/>
          <w:szCs w:val="24"/>
          <w:lang w:val="pt-BR"/>
        </w:rPr>
        <w:t xml:space="preserve"> </w:t>
      </w:r>
    </w:p>
    <w:p w14:paraId="42E74B06" w14:textId="77777777" w:rsidR="00C679CF" w:rsidRPr="004D46D7" w:rsidRDefault="00C679CF" w:rsidP="0026749B">
      <w:pPr>
        <w:pStyle w:val="ListParagraph"/>
        <w:spacing w:after="0" w:line="240"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w:t>
      </w:r>
      <w:r w:rsidR="009A7F6B" w:rsidRPr="004D46D7">
        <w:rPr>
          <w:rFonts w:ascii="Times New Roman" w:hAnsi="Times New Roman" w:cs="Times New Roman"/>
          <w:b/>
          <w:bCs/>
          <w:sz w:val="24"/>
          <w:szCs w:val="24"/>
          <w:lang w:val="sv-SE"/>
        </w:rPr>
        <w:t>10</w:t>
      </w:r>
      <w:r w:rsidRPr="004D46D7">
        <w:rPr>
          <w:rFonts w:ascii="Times New Roman" w:hAnsi="Times New Roman" w:cs="Times New Roman"/>
          <w:b/>
          <w:bCs/>
          <w:sz w:val="24"/>
          <w:szCs w:val="24"/>
          <w:lang w:val="sv-SE"/>
        </w:rPr>
        <w:t>:</w:t>
      </w:r>
      <w:r w:rsidRPr="004D46D7">
        <w:rPr>
          <w:rFonts w:ascii="Times New Roman" w:hAnsi="Times New Roman" w:cs="Times New Roman"/>
          <w:sz w:val="24"/>
          <w:szCs w:val="24"/>
          <w:lang w:val="sv-SE"/>
        </w:rPr>
        <w:t xml:space="preserve"> Một bình kín chứa một mol khí Nitơ ở áp suất 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 xml:space="preserve">N/m, nhiệt độ 27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b/>
          <w:sz w:val="24"/>
          <w:szCs w:val="24"/>
          <w:lang w:val="sv-SE"/>
        </w:rPr>
        <w:t xml:space="preserve"> </w:t>
      </w:r>
      <w:r w:rsidRPr="004D46D7">
        <w:rPr>
          <w:rFonts w:ascii="Times New Roman" w:hAnsi="Times New Roman" w:cs="Times New Roman"/>
          <w:sz w:val="24"/>
          <w:szCs w:val="24"/>
          <w:lang w:val="sv-SE"/>
        </w:rPr>
        <w:t>Nung bình đến khi áp suất khí là 5.10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N/m</w:t>
      </w:r>
      <w:r w:rsidRPr="004D46D7">
        <w:rPr>
          <w:rFonts w:ascii="Times New Roman" w:hAnsi="Times New Roman" w:cs="Times New Roman"/>
          <w:sz w:val="24"/>
          <w:szCs w:val="24"/>
          <w:vertAlign w:val="superscript"/>
          <w:lang w:val="sv-SE"/>
        </w:rPr>
        <w:t>2</w:t>
      </w:r>
      <w:r w:rsidRPr="004D46D7">
        <w:rPr>
          <w:rFonts w:ascii="Times New Roman" w:hAnsi="Times New Roman" w:cs="Times New Roman"/>
          <w:sz w:val="24"/>
          <w:szCs w:val="24"/>
          <w:lang w:val="sv-SE"/>
        </w:rPr>
        <w:t>. Nhiệt độ khí sau đó là</w:t>
      </w:r>
    </w:p>
    <w:p w14:paraId="3E35FC3F" w14:textId="77777777" w:rsidR="00C679CF" w:rsidRPr="004D46D7" w:rsidRDefault="00C679CF" w:rsidP="0026749B">
      <w:pPr>
        <w:pStyle w:val="ListParagraph"/>
        <w:tabs>
          <w:tab w:val="left" w:pos="284"/>
          <w:tab w:val="left" w:pos="3119"/>
          <w:tab w:val="left" w:pos="5529"/>
        </w:tabs>
        <w:ind w:left="0"/>
        <w:jc w:val="both"/>
        <w:rPr>
          <w:rFonts w:ascii="Times New Roman" w:hAnsi="Times New Roman" w:cs="Times New Roman"/>
          <w:sz w:val="24"/>
          <w:szCs w:val="24"/>
          <w:lang w:val="sv-SE"/>
        </w:rPr>
      </w:pPr>
      <w:r w:rsidRPr="004D46D7">
        <w:rPr>
          <w:rFonts w:ascii="Times New Roman" w:hAnsi="Times New Roman" w:cs="Times New Roman"/>
          <w:b/>
          <w:sz w:val="24"/>
          <w:szCs w:val="24"/>
          <w:lang w:val="sv-SE"/>
        </w:rPr>
        <w:tab/>
        <w:t xml:space="preserve">A. </w:t>
      </w:r>
      <w:r w:rsidRPr="004D46D7">
        <w:rPr>
          <w:rFonts w:ascii="Times New Roman" w:hAnsi="Times New Roman" w:cs="Times New Roman"/>
          <w:sz w:val="24"/>
          <w:szCs w:val="24"/>
          <w:lang w:val="sv-SE"/>
        </w:rPr>
        <w:t>12</w:t>
      </w:r>
      <w:r w:rsidR="009A7F6B" w:rsidRPr="004D46D7">
        <w:rPr>
          <w:rFonts w:ascii="Times New Roman" w:hAnsi="Times New Roman" w:cs="Times New Roman"/>
          <w:sz w:val="24"/>
          <w:szCs w:val="24"/>
          <w:lang w:val="sv-SE"/>
        </w:rPr>
        <w:t>2</w:t>
      </w:r>
      <w:r w:rsidRPr="004D46D7">
        <w:rPr>
          <w:rFonts w:ascii="Times New Roman" w:hAnsi="Times New Roman" w:cs="Times New Roman"/>
          <w:sz w:val="24"/>
          <w:szCs w:val="24"/>
          <w:lang w:val="sv-SE"/>
        </w:rPr>
        <w:t xml:space="preserve">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B. </w:t>
      </w:r>
      <w:r w:rsidR="009A7F6B" w:rsidRPr="004D46D7">
        <w:rPr>
          <w:rFonts w:ascii="Times New Roman" w:hAnsi="Times New Roman" w:cs="Times New Roman"/>
          <w:sz w:val="24"/>
          <w:szCs w:val="24"/>
          <w:lang w:val="sv-SE"/>
        </w:rPr>
        <w:t>257</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C. </w:t>
      </w:r>
      <w:r w:rsidR="009A7F6B" w:rsidRPr="004D46D7">
        <w:rPr>
          <w:rFonts w:ascii="Times New Roman" w:hAnsi="Times New Roman" w:cs="Times New Roman"/>
          <w:sz w:val="24"/>
          <w:szCs w:val="24"/>
          <w:lang w:val="sv-SE"/>
        </w:rPr>
        <w:t>494</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sz w:val="24"/>
          <w:szCs w:val="24"/>
          <w:u w:color="00B050"/>
          <w:lang w:val="sv-SE"/>
        </w:rPr>
        <w:t>D</w:t>
      </w:r>
      <w:r w:rsidRPr="004D46D7">
        <w:rPr>
          <w:rFonts w:ascii="Times New Roman" w:hAnsi="Times New Roman" w:cs="Times New Roman"/>
          <w:b/>
          <w:sz w:val="24"/>
          <w:szCs w:val="24"/>
          <w:lang w:val="sv-SE"/>
        </w:rPr>
        <w:t xml:space="preserve">. </w:t>
      </w:r>
      <w:r w:rsidR="009A7F6B" w:rsidRPr="004D46D7">
        <w:rPr>
          <w:rFonts w:ascii="Times New Roman" w:hAnsi="Times New Roman" w:cs="Times New Roman"/>
          <w:sz w:val="24"/>
          <w:szCs w:val="24"/>
          <w:lang w:val="sv-SE"/>
        </w:rPr>
        <w:t>353</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381AD946" w14:textId="77777777" w:rsidR="00C679CF" w:rsidRPr="004D46D7" w:rsidRDefault="00C679CF" w:rsidP="0026749B">
      <w:pPr>
        <w:pStyle w:val="ListParagraph"/>
        <w:spacing w:after="0" w:line="276" w:lineRule="auto"/>
        <w:ind w:left="0"/>
        <w:jc w:val="both"/>
        <w:rPr>
          <w:rFonts w:ascii="Times New Roman" w:hAnsi="Times New Roman" w:cs="Times New Roman"/>
          <w:b/>
          <w:sz w:val="24"/>
          <w:szCs w:val="24"/>
          <w:lang w:val="sv-SE"/>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1</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nl-NL"/>
        </w:rPr>
        <w:t xml:space="preserve">Cho 4 bình có dung tích như nhau và cùng nhiệt độ, đựng các khí khác nhau, bình 1 đựng 4 g hiđro, bình hai đựng 22 g khí cacbonic, bình 3 đựng 7 g khí nitơ, bình 4 đựng 4 g oxi. </w:t>
      </w:r>
      <w:r w:rsidRPr="004D46D7">
        <w:rPr>
          <w:rFonts w:ascii="Times New Roman" w:hAnsi="Times New Roman" w:cs="Times New Roman"/>
          <w:sz w:val="24"/>
          <w:szCs w:val="24"/>
          <w:lang w:val="sv-SE"/>
        </w:rPr>
        <w:t>Bình khí có áp suất lớn nhất là</w:t>
      </w:r>
    </w:p>
    <w:p w14:paraId="790E2AD8" w14:textId="77777777" w:rsidR="00C679CF" w:rsidRPr="004D46D7" w:rsidRDefault="00C679CF" w:rsidP="0026749B">
      <w:pPr>
        <w:pStyle w:val="ListParagraph"/>
        <w:tabs>
          <w:tab w:val="left" w:pos="283"/>
          <w:tab w:val="left" w:pos="2835"/>
          <w:tab w:val="left" w:pos="5386"/>
          <w:tab w:val="left" w:pos="7937"/>
        </w:tabs>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b/>
          <w:sz w:val="24"/>
          <w:szCs w:val="24"/>
          <w:lang w:val="nl-NL"/>
        </w:rPr>
        <w:tab/>
        <w:t xml:space="preserve">A. </w:t>
      </w:r>
      <w:r w:rsidRPr="004D46D7">
        <w:rPr>
          <w:rFonts w:ascii="Times New Roman" w:hAnsi="Times New Roman" w:cs="Times New Roman"/>
          <w:sz w:val="24"/>
          <w:szCs w:val="24"/>
          <w:lang w:val="nl-NL"/>
        </w:rPr>
        <w:t xml:space="preserve">bình </w:t>
      </w:r>
      <w:r w:rsidR="009A7F6B" w:rsidRPr="004D46D7">
        <w:rPr>
          <w:rFonts w:ascii="Times New Roman" w:hAnsi="Times New Roman" w:cs="Times New Roman"/>
          <w:sz w:val="24"/>
          <w:szCs w:val="24"/>
          <w:lang w:val="nl-NL"/>
        </w:rPr>
        <w:t>4</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B.</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2</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C.</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3</w:t>
      </w:r>
      <w:r w:rsidRPr="004D46D7">
        <w:rPr>
          <w:rFonts w:ascii="Times New Roman" w:hAnsi="Times New Roman" w:cs="Times New Roman"/>
          <w:sz w:val="24"/>
          <w:szCs w:val="24"/>
          <w:lang w:val="nl-NL"/>
        </w:rPr>
        <w:t xml:space="preserve">. </w:t>
      </w:r>
      <w:r w:rsidRPr="004D46D7">
        <w:rPr>
          <w:rFonts w:ascii="Times New Roman" w:hAnsi="Times New Roman" w:cs="Times New Roman"/>
          <w:sz w:val="24"/>
          <w:szCs w:val="24"/>
          <w:lang w:val="nl-NL"/>
        </w:rPr>
        <w:tab/>
      </w:r>
      <w:r w:rsidRPr="004D46D7">
        <w:rPr>
          <w:rFonts w:ascii="Times New Roman" w:hAnsi="Times New Roman" w:cs="Times New Roman"/>
          <w:b/>
          <w:sz w:val="24"/>
          <w:szCs w:val="24"/>
          <w:lang w:val="nl-NL"/>
        </w:rPr>
        <w:t>D.</w:t>
      </w:r>
      <w:r w:rsidRPr="004D46D7">
        <w:rPr>
          <w:rFonts w:ascii="Times New Roman" w:hAnsi="Times New Roman" w:cs="Times New Roman"/>
          <w:sz w:val="24"/>
          <w:szCs w:val="24"/>
          <w:lang w:val="nl-NL"/>
        </w:rPr>
        <w:t xml:space="preserve"> bình </w:t>
      </w:r>
      <w:r w:rsidR="009A7F6B" w:rsidRPr="004D46D7">
        <w:rPr>
          <w:rFonts w:ascii="Times New Roman" w:hAnsi="Times New Roman" w:cs="Times New Roman"/>
          <w:sz w:val="24"/>
          <w:szCs w:val="24"/>
          <w:lang w:val="nl-NL"/>
        </w:rPr>
        <w:t>1</w:t>
      </w:r>
      <w:r w:rsidRPr="004D46D7">
        <w:rPr>
          <w:rFonts w:ascii="Times New Roman" w:hAnsi="Times New Roman" w:cs="Times New Roman"/>
          <w:sz w:val="24"/>
          <w:szCs w:val="24"/>
          <w:lang w:val="nl-NL"/>
        </w:rPr>
        <w:t>.</w:t>
      </w:r>
    </w:p>
    <w:p w14:paraId="2F8E8732" w14:textId="77777777" w:rsidR="00C679CF" w:rsidRPr="004D46D7" w:rsidRDefault="00C679CF" w:rsidP="0026749B">
      <w:pPr>
        <w:pStyle w:val="ListParagraph"/>
        <w:spacing w:after="0" w:line="240" w:lineRule="auto"/>
        <w:ind w:left="0"/>
        <w:jc w:val="both"/>
        <w:rPr>
          <w:rFonts w:ascii="Times New Roman" w:hAnsi="Times New Roman" w:cs="Times New Roman"/>
          <w:sz w:val="24"/>
          <w:szCs w:val="24"/>
          <w:lang w:val="nl-NL"/>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2</w:t>
      </w:r>
      <w:r w:rsidRPr="004D46D7">
        <w:rPr>
          <w:rFonts w:ascii="Times New Roman" w:hAnsi="Times New Roman" w:cs="Times New Roman"/>
          <w:b/>
          <w:bCs/>
          <w:iCs/>
          <w:sz w:val="24"/>
          <w:szCs w:val="24"/>
          <w:lang w:val="sv-SE"/>
        </w:rPr>
        <w:t>:</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shd w:val="clear" w:color="auto" w:fill="FFFFFF"/>
          <w:lang w:val="nl-NL"/>
        </w:rPr>
        <w:t>Khí cầu có dung tích 328 m</w:t>
      </w:r>
      <w:r w:rsidRPr="004D46D7">
        <w:rPr>
          <w:rFonts w:ascii="Times New Roman" w:hAnsi="Times New Roman" w:cs="Times New Roman"/>
          <w:sz w:val="24"/>
          <w:szCs w:val="24"/>
          <w:shd w:val="clear" w:color="auto" w:fill="FFFFFF"/>
          <w:vertAlign w:val="superscript"/>
          <w:lang w:val="nl-NL"/>
        </w:rPr>
        <w:t>3</w:t>
      </w:r>
      <w:r w:rsidRPr="004D46D7">
        <w:rPr>
          <w:rFonts w:ascii="Times New Roman" w:hAnsi="Times New Roman" w:cs="Times New Roman"/>
          <w:sz w:val="24"/>
          <w:szCs w:val="24"/>
          <w:shd w:val="clear" w:color="auto" w:fill="FFFFFF"/>
          <w:lang w:val="nl-NL"/>
        </w:rPr>
        <w:t> được bơm khí hidro. Khi bơm xong, hidro trong khí cầu có nhiệt độ 27 °C, áp suất 0,9 atm. Hỏi phải bơm bao nhiêu lâu nếu mỗi giây bơm được 2,5 g hidro vào khí cầu?</w:t>
      </w:r>
    </w:p>
    <w:p w14:paraId="09E56435" w14:textId="77777777" w:rsidR="00C679CF" w:rsidRPr="004D46D7" w:rsidRDefault="00C679CF" w:rsidP="0026749B">
      <w:pPr>
        <w:tabs>
          <w:tab w:val="left" w:pos="283"/>
          <w:tab w:val="left" w:pos="2694"/>
          <w:tab w:val="left" w:pos="5529"/>
          <w:tab w:val="left" w:pos="8080"/>
        </w:tabs>
        <w:jc w:val="both"/>
        <w:rPr>
          <w:color w:val="auto"/>
          <w:sz w:val="24"/>
          <w:szCs w:val="24"/>
          <w:lang w:val="nl-NL"/>
        </w:rPr>
      </w:pPr>
      <w:r w:rsidRPr="004D46D7">
        <w:rPr>
          <w:b/>
          <w:color w:val="auto"/>
          <w:sz w:val="24"/>
          <w:szCs w:val="24"/>
          <w:lang w:val="nl-NL"/>
        </w:rPr>
        <w:tab/>
        <w:t xml:space="preserve">A. </w:t>
      </w:r>
      <w:r w:rsidR="009A7F6B" w:rsidRPr="004D46D7">
        <w:rPr>
          <w:color w:val="auto"/>
          <w:sz w:val="24"/>
          <w:szCs w:val="24"/>
          <w:lang w:val="nl-NL"/>
        </w:rPr>
        <w:t>336</w:t>
      </w:r>
      <w:r w:rsidRPr="004D46D7">
        <w:rPr>
          <w:color w:val="auto"/>
          <w:sz w:val="24"/>
          <w:szCs w:val="24"/>
          <w:lang w:val="nl-NL"/>
        </w:rPr>
        <w:t>0 s.</w:t>
      </w:r>
      <w:r w:rsidRPr="004D46D7">
        <w:rPr>
          <w:b/>
          <w:color w:val="auto"/>
          <w:sz w:val="24"/>
          <w:szCs w:val="24"/>
          <w:lang w:val="nl-NL"/>
        </w:rPr>
        <w:tab/>
        <w:t xml:space="preserve">B. </w:t>
      </w:r>
      <w:r w:rsidR="009A7F6B" w:rsidRPr="004D46D7">
        <w:rPr>
          <w:color w:val="auto"/>
          <w:sz w:val="24"/>
          <w:szCs w:val="24"/>
          <w:lang w:val="nl-NL"/>
        </w:rPr>
        <w:t>450</w:t>
      </w:r>
      <w:r w:rsidRPr="004D46D7">
        <w:rPr>
          <w:color w:val="auto"/>
          <w:sz w:val="24"/>
          <w:szCs w:val="24"/>
          <w:lang w:val="nl-NL"/>
        </w:rPr>
        <w:t>0 s.</w:t>
      </w:r>
      <w:r w:rsidRPr="004D46D7">
        <w:rPr>
          <w:b/>
          <w:color w:val="auto"/>
          <w:sz w:val="24"/>
          <w:szCs w:val="24"/>
          <w:lang w:val="nl-NL"/>
        </w:rPr>
        <w:tab/>
      </w:r>
      <w:r w:rsidRPr="004D46D7">
        <w:rPr>
          <w:b/>
          <w:color w:val="auto"/>
          <w:sz w:val="24"/>
          <w:szCs w:val="24"/>
          <w:u w:color="00B050"/>
          <w:lang w:val="nl-NL"/>
        </w:rPr>
        <w:t>C</w:t>
      </w:r>
      <w:r w:rsidRPr="004D46D7">
        <w:rPr>
          <w:b/>
          <w:color w:val="auto"/>
          <w:sz w:val="24"/>
          <w:szCs w:val="24"/>
          <w:lang w:val="nl-NL"/>
        </w:rPr>
        <w:t xml:space="preserve">. </w:t>
      </w:r>
      <w:r w:rsidR="009A7F6B" w:rsidRPr="004D46D7">
        <w:rPr>
          <w:color w:val="auto"/>
          <w:sz w:val="24"/>
          <w:szCs w:val="24"/>
          <w:lang w:val="nl-NL"/>
        </w:rPr>
        <w:t>855</w:t>
      </w:r>
      <w:r w:rsidRPr="004D46D7">
        <w:rPr>
          <w:color w:val="auto"/>
          <w:sz w:val="24"/>
          <w:szCs w:val="24"/>
          <w:lang w:val="nl-NL"/>
        </w:rPr>
        <w:t>0 s.</w:t>
      </w:r>
      <w:r w:rsidRPr="004D46D7">
        <w:rPr>
          <w:b/>
          <w:color w:val="auto"/>
          <w:sz w:val="24"/>
          <w:szCs w:val="24"/>
          <w:lang w:val="nl-NL"/>
        </w:rPr>
        <w:tab/>
        <w:t xml:space="preserve">D. </w:t>
      </w:r>
      <w:r w:rsidR="009A7F6B" w:rsidRPr="004D46D7">
        <w:rPr>
          <w:color w:val="auto"/>
          <w:sz w:val="24"/>
          <w:szCs w:val="24"/>
          <w:lang w:val="nl-NL"/>
        </w:rPr>
        <w:t>9</w:t>
      </w:r>
      <w:r w:rsidRPr="004D46D7">
        <w:rPr>
          <w:color w:val="auto"/>
          <w:sz w:val="24"/>
          <w:szCs w:val="24"/>
          <w:lang w:val="nl-NL"/>
        </w:rPr>
        <w:t>6</w:t>
      </w:r>
      <w:r w:rsidR="009A7F6B" w:rsidRPr="004D46D7">
        <w:rPr>
          <w:color w:val="auto"/>
          <w:sz w:val="24"/>
          <w:szCs w:val="24"/>
          <w:lang w:val="nl-NL"/>
        </w:rPr>
        <w:t>0</w:t>
      </w:r>
      <w:r w:rsidRPr="004D46D7">
        <w:rPr>
          <w:color w:val="auto"/>
          <w:sz w:val="24"/>
          <w:szCs w:val="24"/>
          <w:lang w:val="nl-NL"/>
        </w:rPr>
        <w:t>0 s.</w:t>
      </w:r>
    </w:p>
    <w:p w14:paraId="4041ECF7" w14:textId="77777777" w:rsidR="00C679CF" w:rsidRPr="004D46D7" w:rsidRDefault="00C679CF" w:rsidP="0026749B">
      <w:pPr>
        <w:pStyle w:val="ListParagraph"/>
        <w:spacing w:after="0" w:line="240" w:lineRule="auto"/>
        <w:ind w:left="0"/>
        <w:jc w:val="both"/>
        <w:rPr>
          <w:rStyle w:val="fontstyle01"/>
          <w:rFonts w:ascii="Times New Roman" w:hAnsi="Times New Roman" w:cs="Times New Roman"/>
          <w:b/>
          <w:color w:val="auto"/>
          <w:sz w:val="24"/>
          <w:szCs w:val="24"/>
          <w:lang w:val="sv-SE"/>
        </w:rPr>
      </w:pPr>
      <w:r w:rsidRPr="004D46D7">
        <w:rPr>
          <w:rFonts w:ascii="Times New Roman" w:hAnsi="Times New Roman" w:cs="Times New Roman"/>
          <w:b/>
          <w:bCs/>
          <w:iCs/>
          <w:sz w:val="24"/>
          <w:szCs w:val="24"/>
          <w:lang w:val="sv-SE"/>
        </w:rPr>
        <w:t>Câu 1</w:t>
      </w:r>
      <w:r w:rsidR="009A7F6B" w:rsidRPr="004D46D7">
        <w:rPr>
          <w:rFonts w:ascii="Times New Roman" w:hAnsi="Times New Roman" w:cs="Times New Roman"/>
          <w:b/>
          <w:bCs/>
          <w:iCs/>
          <w:sz w:val="24"/>
          <w:szCs w:val="24"/>
          <w:lang w:val="sv-SE"/>
        </w:rPr>
        <w:t>3</w:t>
      </w:r>
      <w:r w:rsidRPr="004D46D7">
        <w:rPr>
          <w:rFonts w:ascii="Times New Roman" w:hAnsi="Times New Roman" w:cs="Times New Roman"/>
          <w:b/>
          <w:bCs/>
          <w:iCs/>
          <w:sz w:val="24"/>
          <w:szCs w:val="24"/>
          <w:lang w:val="sv-SE"/>
        </w:rPr>
        <w:t xml:space="preserve">: </w:t>
      </w:r>
      <w:r w:rsidRPr="004D46D7">
        <w:rPr>
          <w:rStyle w:val="fontstyle01"/>
          <w:rFonts w:ascii="Times New Roman" w:hAnsi="Times New Roman" w:cs="Times New Roman"/>
          <w:color w:val="auto"/>
          <w:sz w:val="24"/>
          <w:szCs w:val="24"/>
          <w:lang w:val="sv-SE"/>
        </w:rPr>
        <w:t>Làm thí nghiệm người ta thấy bình chứa l kg khí nitơ bị nổ ở nhiệt độ 350 °C. Tính khối lượng khí hiđrô có thế chứa trong bình cùng loại nếu nhiệt độ tối đa bị nổ là 50 °C và hệ số an toàn bằng 5, nghĩa là áp suất tối đa chỉ bằng 1/5 áp suất gây nổ. Cho H = 1; N = 14; R = 8,31 J/mol.K.</w:t>
      </w:r>
    </w:p>
    <w:p w14:paraId="3C2CA3E9" w14:textId="77777777" w:rsidR="00C679CF" w:rsidRPr="004D46D7" w:rsidRDefault="00C679CF" w:rsidP="0026749B">
      <w:pPr>
        <w:tabs>
          <w:tab w:val="left" w:pos="283"/>
          <w:tab w:val="left" w:pos="2835"/>
          <w:tab w:val="left" w:pos="5670"/>
          <w:tab w:val="left" w:pos="8505"/>
        </w:tabs>
        <w:jc w:val="both"/>
        <w:rPr>
          <w:color w:val="auto"/>
          <w:sz w:val="24"/>
          <w:szCs w:val="24"/>
          <w:lang w:val="sv-SE"/>
        </w:rPr>
      </w:pPr>
      <w:r w:rsidRPr="004D46D7">
        <w:rPr>
          <w:b/>
          <w:color w:val="auto"/>
          <w:sz w:val="24"/>
          <w:szCs w:val="24"/>
          <w:lang w:val="sv-SE"/>
        </w:rPr>
        <w:tab/>
        <w:t xml:space="preserve">A. </w:t>
      </w:r>
      <w:r w:rsidR="009A7F6B" w:rsidRPr="004D46D7">
        <w:rPr>
          <w:color w:val="auto"/>
          <w:sz w:val="24"/>
          <w:szCs w:val="24"/>
          <w:lang w:val="sv-SE"/>
        </w:rPr>
        <w:t>1</w:t>
      </w:r>
      <w:r w:rsidRPr="004D46D7">
        <w:rPr>
          <w:color w:val="auto"/>
          <w:sz w:val="24"/>
          <w:szCs w:val="24"/>
          <w:lang w:val="sv-SE"/>
        </w:rPr>
        <w:t>0,</w:t>
      </w:r>
      <w:r w:rsidR="009A7F6B" w:rsidRPr="004D46D7">
        <w:rPr>
          <w:color w:val="auto"/>
          <w:sz w:val="24"/>
          <w:szCs w:val="24"/>
          <w:lang w:val="sv-SE"/>
        </w:rPr>
        <w:t xml:space="preserve">75 </w:t>
      </w:r>
      <w:r w:rsidRPr="004D46D7">
        <w:rPr>
          <w:color w:val="auto"/>
          <w:sz w:val="24"/>
          <w:szCs w:val="24"/>
          <w:lang w:val="sv-SE"/>
        </w:rPr>
        <w:t>g.</w:t>
      </w:r>
      <w:r w:rsidRPr="004D46D7">
        <w:rPr>
          <w:b/>
          <w:color w:val="auto"/>
          <w:sz w:val="24"/>
          <w:szCs w:val="24"/>
          <w:lang w:val="sv-SE"/>
        </w:rPr>
        <w:tab/>
        <w:t xml:space="preserve">B. </w:t>
      </w:r>
      <w:r w:rsidRPr="004D46D7">
        <w:rPr>
          <w:color w:val="auto"/>
          <w:sz w:val="24"/>
          <w:szCs w:val="24"/>
          <w:lang w:val="sv-SE"/>
        </w:rPr>
        <w:t>2</w:t>
      </w:r>
      <w:r w:rsidR="009A7F6B" w:rsidRPr="004D46D7">
        <w:rPr>
          <w:color w:val="auto"/>
          <w:sz w:val="24"/>
          <w:szCs w:val="24"/>
          <w:lang w:val="sv-SE"/>
        </w:rPr>
        <w:t>7</w:t>
      </w:r>
      <w:r w:rsidRPr="004D46D7">
        <w:rPr>
          <w:color w:val="auto"/>
          <w:sz w:val="24"/>
          <w:szCs w:val="24"/>
          <w:lang w:val="sv-SE"/>
        </w:rPr>
        <w:t>,</w:t>
      </w:r>
      <w:r w:rsidR="009A7F6B" w:rsidRPr="004D46D7">
        <w:rPr>
          <w:color w:val="auto"/>
          <w:sz w:val="24"/>
          <w:szCs w:val="24"/>
          <w:lang w:val="sv-SE"/>
        </w:rPr>
        <w:t>5</w:t>
      </w:r>
      <w:r w:rsidRPr="004D46D7">
        <w:rPr>
          <w:color w:val="auto"/>
          <w:sz w:val="24"/>
          <w:szCs w:val="24"/>
          <w:lang w:val="sv-SE"/>
        </w:rPr>
        <w:t>5</w:t>
      </w:r>
      <w:r w:rsidR="009A7F6B" w:rsidRPr="004D46D7">
        <w:rPr>
          <w:color w:val="auto"/>
          <w:sz w:val="24"/>
          <w:szCs w:val="24"/>
          <w:lang w:val="sv-SE"/>
        </w:rPr>
        <w:t xml:space="preserve"> </w:t>
      </w:r>
      <w:r w:rsidRPr="004D46D7">
        <w:rPr>
          <w:color w:val="auto"/>
          <w:sz w:val="24"/>
          <w:szCs w:val="24"/>
          <w:lang w:val="sv-SE"/>
        </w:rPr>
        <w:t>g.</w:t>
      </w:r>
      <w:r w:rsidRPr="004D46D7">
        <w:rPr>
          <w:b/>
          <w:color w:val="auto"/>
          <w:sz w:val="24"/>
          <w:szCs w:val="24"/>
          <w:lang w:val="sv-SE"/>
        </w:rPr>
        <w:tab/>
      </w:r>
      <w:r w:rsidRPr="004D46D7">
        <w:rPr>
          <w:b/>
          <w:color w:val="auto"/>
          <w:sz w:val="24"/>
          <w:szCs w:val="24"/>
          <w:u w:color="00B050"/>
          <w:lang w:val="sv-SE"/>
        </w:rPr>
        <w:t>C</w:t>
      </w:r>
      <w:r w:rsidRPr="004D46D7">
        <w:rPr>
          <w:b/>
          <w:color w:val="auto"/>
          <w:sz w:val="24"/>
          <w:szCs w:val="24"/>
          <w:lang w:val="sv-SE"/>
        </w:rPr>
        <w:t xml:space="preserve">. </w:t>
      </w:r>
      <w:r w:rsidR="009A7F6B" w:rsidRPr="004D46D7">
        <w:rPr>
          <w:rStyle w:val="fontstyle01"/>
          <w:rFonts w:ascii="Times New Roman" w:hAnsi="Times New Roman"/>
          <w:color w:val="auto"/>
          <w:sz w:val="24"/>
          <w:szCs w:val="24"/>
          <w:lang w:val="sv-SE"/>
        </w:rPr>
        <w:t>18</w:t>
      </w:r>
      <w:r w:rsidRPr="004D46D7">
        <w:rPr>
          <w:rStyle w:val="fontstyle01"/>
          <w:rFonts w:ascii="Times New Roman" w:hAnsi="Times New Roman"/>
          <w:color w:val="auto"/>
          <w:sz w:val="24"/>
          <w:szCs w:val="24"/>
          <w:lang w:val="sv-SE"/>
        </w:rPr>
        <w:t>,</w:t>
      </w:r>
      <w:r w:rsidR="009A7F6B" w:rsidRPr="004D46D7">
        <w:rPr>
          <w:rStyle w:val="fontstyle01"/>
          <w:rFonts w:ascii="Times New Roman" w:hAnsi="Times New Roman"/>
          <w:color w:val="auto"/>
          <w:sz w:val="24"/>
          <w:szCs w:val="24"/>
          <w:lang w:val="sv-SE"/>
        </w:rPr>
        <w:t>2</w:t>
      </w:r>
      <w:r w:rsidRPr="004D46D7">
        <w:rPr>
          <w:rStyle w:val="fontstyle01"/>
          <w:rFonts w:ascii="Times New Roman" w:hAnsi="Times New Roman"/>
          <w:color w:val="auto"/>
          <w:sz w:val="24"/>
          <w:szCs w:val="24"/>
          <w:lang w:val="sv-SE"/>
        </w:rPr>
        <w:t>5 g.</w:t>
      </w:r>
      <w:r w:rsidRPr="004D46D7">
        <w:rPr>
          <w:b/>
          <w:color w:val="auto"/>
          <w:sz w:val="24"/>
          <w:szCs w:val="24"/>
          <w:lang w:val="sv-SE"/>
        </w:rPr>
        <w:tab/>
        <w:t xml:space="preserve">D. </w:t>
      </w:r>
      <w:r w:rsidR="009A7F6B" w:rsidRPr="004D46D7">
        <w:rPr>
          <w:color w:val="auto"/>
          <w:sz w:val="24"/>
          <w:szCs w:val="24"/>
          <w:lang w:val="sv-SE"/>
        </w:rPr>
        <w:t xml:space="preserve">33,52 </w:t>
      </w:r>
      <w:r w:rsidRPr="004D46D7">
        <w:rPr>
          <w:color w:val="auto"/>
          <w:sz w:val="24"/>
          <w:szCs w:val="24"/>
          <w:lang w:val="sv-SE"/>
        </w:rPr>
        <w:t>g.</w:t>
      </w:r>
    </w:p>
    <w:p w14:paraId="1798F5DE" w14:textId="77777777" w:rsidR="00741E76" w:rsidRPr="004D46D7" w:rsidRDefault="00741E76" w:rsidP="0026749B">
      <w:pPr>
        <w:tabs>
          <w:tab w:val="left" w:pos="283"/>
          <w:tab w:val="left" w:pos="2835"/>
          <w:tab w:val="left" w:pos="5670"/>
          <w:tab w:val="left" w:pos="8505"/>
        </w:tabs>
        <w:jc w:val="both"/>
        <w:rPr>
          <w:color w:val="auto"/>
          <w:sz w:val="24"/>
          <w:szCs w:val="24"/>
          <w:lang w:val="sv-SE"/>
        </w:rPr>
      </w:pPr>
    </w:p>
    <w:p w14:paraId="621CFF6B" w14:textId="77777777" w:rsidR="00C679CF" w:rsidRPr="004D46D7" w:rsidRDefault="00C679CF" w:rsidP="0026749B">
      <w:pPr>
        <w:spacing w:before="40"/>
        <w:jc w:val="both"/>
        <w:rPr>
          <w:b/>
          <w:color w:val="auto"/>
          <w:sz w:val="24"/>
          <w:szCs w:val="24"/>
          <w:lang w:val="nl-NL"/>
        </w:rPr>
      </w:pPr>
      <w:r w:rsidRPr="004D46D7">
        <w:rPr>
          <w:b/>
          <w:bCs/>
          <w:iCs/>
          <w:color w:val="auto"/>
          <w:sz w:val="24"/>
          <w:szCs w:val="24"/>
          <w:lang w:val="sv-SE"/>
        </w:rPr>
        <w:lastRenderedPageBreak/>
        <w:t>Câu 14:</w:t>
      </w:r>
      <w:r w:rsidRPr="004D46D7">
        <w:rPr>
          <w:iCs/>
          <w:color w:val="auto"/>
          <w:sz w:val="24"/>
          <w:szCs w:val="24"/>
          <w:lang w:val="sv-SE"/>
        </w:rPr>
        <w:t xml:space="preserve"> </w:t>
      </w:r>
      <w:r w:rsidRPr="004D46D7">
        <w:rPr>
          <w:color w:val="auto"/>
          <w:sz w:val="24"/>
          <w:szCs w:val="24"/>
          <w:lang w:val="nl-NL"/>
        </w:rPr>
        <w:t>Hai bình cùng dung tích chứa cùng một loại khí với khối lượng m</w:t>
      </w:r>
      <w:r w:rsidRPr="004D46D7">
        <w:rPr>
          <w:color w:val="auto"/>
          <w:sz w:val="24"/>
          <w:szCs w:val="24"/>
          <w:vertAlign w:val="subscript"/>
          <w:lang w:val="nl-NL"/>
        </w:rPr>
        <w:t>1</w:t>
      </w:r>
      <w:r w:rsidRPr="004D46D7">
        <w:rPr>
          <w:color w:val="auto"/>
          <w:sz w:val="24"/>
          <w:szCs w:val="24"/>
          <w:lang w:val="nl-NL"/>
        </w:rPr>
        <w:t xml:space="preserve"> và m</w:t>
      </w:r>
      <w:r w:rsidRPr="004D46D7">
        <w:rPr>
          <w:color w:val="auto"/>
          <w:sz w:val="24"/>
          <w:szCs w:val="24"/>
          <w:vertAlign w:val="subscript"/>
          <w:lang w:val="nl-NL"/>
        </w:rPr>
        <w:t>2</w:t>
      </w:r>
      <w:r w:rsidRPr="004D46D7">
        <w:rPr>
          <w:color w:val="auto"/>
          <w:sz w:val="24"/>
          <w:szCs w:val="24"/>
          <w:lang w:val="nl-NL"/>
        </w:rPr>
        <w:t xml:space="preserve"> có đồ thị biến đổi áp suất theo nhiệt độ như hình bên. Mối quan hệ giữa m</w:t>
      </w:r>
      <w:r w:rsidRPr="004D46D7">
        <w:rPr>
          <w:color w:val="auto"/>
          <w:sz w:val="24"/>
          <w:szCs w:val="24"/>
          <w:vertAlign w:val="subscript"/>
          <w:lang w:val="nl-NL"/>
        </w:rPr>
        <w:t>1</w:t>
      </w:r>
      <w:r w:rsidRPr="004D46D7">
        <w:rPr>
          <w:color w:val="auto"/>
          <w:sz w:val="24"/>
          <w:szCs w:val="24"/>
          <w:lang w:val="nl-NL"/>
        </w:rPr>
        <w:t xml:space="preserve"> và m</w:t>
      </w:r>
      <w:r w:rsidRPr="004D46D7">
        <w:rPr>
          <w:color w:val="auto"/>
          <w:sz w:val="24"/>
          <w:szCs w:val="24"/>
          <w:vertAlign w:val="subscript"/>
          <w:lang w:val="nl-NL"/>
        </w:rPr>
        <w:t>2</w:t>
      </w:r>
      <w:r w:rsidRPr="004D46D7">
        <w:rPr>
          <w:color w:val="auto"/>
          <w:sz w:val="24"/>
          <w:szCs w:val="24"/>
          <w:lang w:val="nl-NL"/>
        </w:rPr>
        <w:t xml:space="preserve"> là</w:t>
      </w:r>
    </w:p>
    <w:p w14:paraId="0D7F8770"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r w:rsidRPr="004D46D7">
        <w:rPr>
          <w:noProof/>
          <w:szCs w:val="24"/>
        </w:rPr>
        <mc:AlternateContent>
          <mc:Choice Requires="wpg">
            <w:drawing>
              <wp:anchor distT="0" distB="0" distL="114300" distR="114300" simplePos="0" relativeHeight="251675648" behindDoc="0" locked="0" layoutInCell="1" allowOverlap="1" wp14:anchorId="60769F5B" wp14:editId="41CC4631">
                <wp:simplePos x="0" y="0"/>
                <wp:positionH relativeFrom="margin">
                  <wp:posOffset>1059009</wp:posOffset>
                </wp:positionH>
                <wp:positionV relativeFrom="paragraph">
                  <wp:posOffset>59158</wp:posOffset>
                </wp:positionV>
                <wp:extent cx="1236980" cy="1070610"/>
                <wp:effectExtent l="0" t="0" r="0" b="0"/>
                <wp:wrapSquare wrapText="bothSides"/>
                <wp:docPr id="1171" name="Group 48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172" name="Group 4889"/>
                        <wpg:cNvGrpSpPr>
                          <a:grpSpLocks/>
                        </wpg:cNvGrpSpPr>
                        <wpg:grpSpPr bwMode="auto">
                          <a:xfrm>
                            <a:off x="3796" y="9063"/>
                            <a:ext cx="1885" cy="1574"/>
                            <a:chOff x="3796" y="8832"/>
                            <a:chExt cx="1885" cy="1574"/>
                          </a:xfrm>
                        </wpg:grpSpPr>
                        <wpg:grpSp>
                          <wpg:cNvPr id="1173" name="Group 4890"/>
                          <wpg:cNvGrpSpPr>
                            <a:grpSpLocks/>
                          </wpg:cNvGrpSpPr>
                          <wpg:grpSpPr bwMode="auto">
                            <a:xfrm>
                              <a:off x="3796" y="8832"/>
                              <a:ext cx="1885" cy="1574"/>
                              <a:chOff x="3890" y="4625"/>
                              <a:chExt cx="1885" cy="1574"/>
                            </a:xfrm>
                          </wpg:grpSpPr>
                          <wpg:grpSp>
                            <wpg:cNvPr id="1174" name="Group 4891"/>
                            <wpg:cNvGrpSpPr>
                              <a:grpSpLocks/>
                            </wpg:cNvGrpSpPr>
                            <wpg:grpSpPr bwMode="auto">
                              <a:xfrm>
                                <a:off x="3890" y="4625"/>
                                <a:ext cx="1885" cy="1574"/>
                                <a:chOff x="3890" y="4625"/>
                                <a:chExt cx="1885" cy="1574"/>
                              </a:xfrm>
                            </wpg:grpSpPr>
                            <wpg:grpSp>
                              <wpg:cNvPr id="1175" name="Group 4892"/>
                              <wpg:cNvGrpSpPr>
                                <a:grpSpLocks/>
                              </wpg:cNvGrpSpPr>
                              <wpg:grpSpPr bwMode="auto">
                                <a:xfrm>
                                  <a:off x="3890" y="4625"/>
                                  <a:ext cx="1885" cy="1574"/>
                                  <a:chOff x="1064" y="4734"/>
                                  <a:chExt cx="1885" cy="1574"/>
                                </a:xfrm>
                              </wpg:grpSpPr>
                              <wps:wsp>
                                <wps:cNvPr id="1176" name="Text Box 4893"/>
                                <wps:cNvSpPr txBox="1">
                                  <a:spLocks noChangeArrowheads="1"/>
                                </wps:cNvSpPr>
                                <wps:spPr bwMode="auto">
                                  <a:xfrm>
                                    <a:off x="1064" y="5636"/>
                                    <a:ext cx="639" cy="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6AEFA" w14:textId="77777777" w:rsidR="00C679CF" w:rsidRPr="00674EA1" w:rsidRDefault="00C679CF" w:rsidP="00C679CF">
                                      <w:pPr>
                                        <w:rPr>
                                          <w:color w:val="auto"/>
                                          <w:sz w:val="20"/>
                                          <w:szCs w:val="20"/>
                                        </w:rPr>
                                      </w:pPr>
                                      <w:r w:rsidRPr="00674EA1">
                                        <w:rPr>
                                          <w:color w:val="auto"/>
                                          <w:sz w:val="20"/>
                                          <w:szCs w:val="20"/>
                                        </w:rPr>
                                        <w:t>O</w:t>
                                      </w:r>
                                    </w:p>
                                  </w:txbxContent>
                                </wps:txbx>
                                <wps:bodyPr rot="0" vert="horz" wrap="square" lIns="91440" tIns="45720" rIns="91440" bIns="45720" anchor="t" anchorCtr="0" upright="1">
                                  <a:noAutofit/>
                                </wps:bodyPr>
                              </wps:wsp>
                              <wps:wsp>
                                <wps:cNvPr id="1177" name="Text Box 4894"/>
                                <wps:cNvSpPr txBox="1">
                                  <a:spLocks noChangeArrowheads="1"/>
                                </wps:cNvSpPr>
                                <wps:spPr bwMode="auto">
                                  <a:xfrm>
                                    <a:off x="1270" y="4734"/>
                                    <a:ext cx="550"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C0D2C" w14:textId="77777777" w:rsidR="00C679CF" w:rsidRPr="00674EA1" w:rsidRDefault="00C679CF" w:rsidP="00C679CF">
                                      <w:pPr>
                                        <w:rPr>
                                          <w:color w:val="auto"/>
                                          <w:sz w:val="20"/>
                                          <w:szCs w:val="20"/>
                                        </w:rPr>
                                      </w:pPr>
                                      <w:r w:rsidRPr="00674EA1">
                                        <w:rPr>
                                          <w:color w:val="auto"/>
                                          <w:sz w:val="20"/>
                                          <w:szCs w:val="20"/>
                                        </w:rPr>
                                        <w:t>p</w:t>
                                      </w:r>
                                    </w:p>
                                  </w:txbxContent>
                                </wps:txbx>
                                <wps:bodyPr rot="0" vert="horz" wrap="square" lIns="91440" tIns="45720" rIns="91440" bIns="45720" anchor="t" anchorCtr="0" upright="1">
                                  <a:noAutofit/>
                                </wps:bodyPr>
                              </wps:wsp>
                              <wps:wsp>
                                <wps:cNvPr id="1182" name="Text Box 4895"/>
                                <wps:cNvSpPr txBox="1">
                                  <a:spLocks noChangeArrowheads="1"/>
                                </wps:cNvSpPr>
                                <wps:spPr bwMode="auto">
                                  <a:xfrm>
                                    <a:off x="2204" y="5775"/>
                                    <a:ext cx="745" cy="3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95B04F" w14:textId="77777777" w:rsidR="00C679CF" w:rsidRPr="00674EA1" w:rsidRDefault="00C679CF" w:rsidP="00C679CF">
                                      <w:pPr>
                                        <w:rPr>
                                          <w:color w:val="auto"/>
                                          <w:sz w:val="20"/>
                                          <w:szCs w:val="20"/>
                                        </w:rPr>
                                      </w:pPr>
                                      <w:r w:rsidRPr="00674EA1">
                                        <w:rPr>
                                          <w:color w:val="auto"/>
                                          <w:sz w:val="20"/>
                                          <w:szCs w:val="20"/>
                                        </w:rPr>
                                        <w:t>T</w:t>
                                      </w:r>
                                    </w:p>
                                  </w:txbxContent>
                                </wps:txbx>
                                <wps:bodyPr rot="0" vert="horz" wrap="square" lIns="91440" tIns="45720" rIns="91440" bIns="45720" anchor="t" anchorCtr="0" upright="1">
                                  <a:noAutofit/>
                                </wps:bodyPr>
                              </wps:wsp>
                              <wps:wsp>
                                <wps:cNvPr id="1183" name="Text Box 4896"/>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C5A97" w14:textId="77777777" w:rsidR="00C679CF" w:rsidRPr="00674EA1" w:rsidRDefault="00C679CF" w:rsidP="00C679CF">
                                      <w:pPr>
                                        <w:rPr>
                                          <w:color w:val="auto"/>
                                          <w:szCs w:val="20"/>
                                        </w:rPr>
                                      </w:pPr>
                                    </w:p>
                                  </w:txbxContent>
                                </wps:txbx>
                                <wps:bodyPr rot="0" vert="horz" wrap="square" lIns="91440" tIns="45720" rIns="91440" bIns="45720" anchor="t" anchorCtr="0" upright="1">
                                  <a:noAutofit/>
                                </wps:bodyPr>
                              </wps:wsp>
                            </wpg:grpSp>
                            <wpg:grpSp>
                              <wpg:cNvPr id="6279" name="Group 4897"/>
                              <wpg:cNvGrpSpPr>
                                <a:grpSpLocks/>
                              </wpg:cNvGrpSpPr>
                              <wpg:grpSpPr bwMode="auto">
                                <a:xfrm>
                                  <a:off x="4153" y="4769"/>
                                  <a:ext cx="1086" cy="900"/>
                                  <a:chOff x="4153" y="4769"/>
                                  <a:chExt cx="1086" cy="900"/>
                                </a:xfrm>
                              </wpg:grpSpPr>
                              <wps:wsp>
                                <wps:cNvPr id="6291" name="Line 4898"/>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6292" name="AutoShape 4899"/>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6302" name="Group 4900"/>
                            <wpg:cNvGrpSpPr>
                              <a:grpSpLocks/>
                            </wpg:cNvGrpSpPr>
                            <wpg:grpSpPr bwMode="auto">
                              <a:xfrm>
                                <a:off x="4153" y="4769"/>
                                <a:ext cx="746" cy="897"/>
                                <a:chOff x="4153" y="4769"/>
                                <a:chExt cx="746" cy="897"/>
                              </a:xfrm>
                            </wpg:grpSpPr>
                            <wps:wsp>
                              <wps:cNvPr id="1206" name="AutoShape 4901"/>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207" name="AutoShape 4902"/>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6336" name="AutoShape 4903"/>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6337" name="AutoShape 4904"/>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38" name="Text Box 4905"/>
                        <wps:cNvSpPr txBox="1">
                          <a:spLocks noChangeArrowheads="1"/>
                        </wps:cNvSpPr>
                        <wps:spPr bwMode="auto">
                          <a:xfrm>
                            <a:off x="4315" y="8951"/>
                            <a:ext cx="769" cy="4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4FDE7"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wps:txbx>
                        <wps:bodyPr rot="0" vert="horz" wrap="square" lIns="91440" tIns="45720" rIns="91440" bIns="45720" anchor="t" anchorCtr="0" upright="1">
                          <a:noAutofit/>
                        </wps:bodyPr>
                      </wps:wsp>
                      <wps:wsp>
                        <wps:cNvPr id="6340" name="Text Box 4906"/>
                        <wps:cNvSpPr txBox="1">
                          <a:spLocks noChangeArrowheads="1"/>
                        </wps:cNvSpPr>
                        <wps:spPr bwMode="auto">
                          <a:xfrm>
                            <a:off x="4669" y="9333"/>
                            <a:ext cx="782" cy="5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10351"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769F5B" id="Group 4888" o:spid="_x0000_s1065" style="position:absolute;left:0;text-align:left;margin-left:83.4pt;margin-top:4.65pt;width:97.4pt;height:84.3pt;z-index:251675648;mso-position-horizontal-relative:margin"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">
                <v:group id="Group 4889" o:spid="_x0000_s1066"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">
                  <v:group id="Group 4890" o:spid="_x0000_s1067"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group id="Group 4891" o:spid="_x0000_s1068"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">
                      <v:group id="Group 4892" o:spid="_x0000_s1069"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Text Box 4893" o:spid="_x0000_s1070" type="#_x0000_t202" style="position:absolute;left:1064;top:5636;width:639;height: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" filled="f" stroked="f">
                          <v:textbox>
                            <w:txbxContent>
                              <w:p w14:paraId="5E56AEFA" w14:textId="77777777" w:rsidR="00C679CF" w:rsidRPr="00674EA1" w:rsidRDefault="00C679CF" w:rsidP="00C679CF">
                                <w:pPr>
                                  <w:rPr>
                                    <w:color w:val="auto"/>
                                    <w:sz w:val="20"/>
                                    <w:szCs w:val="20"/>
                                  </w:rPr>
                                </w:pPr>
                                <w:r w:rsidRPr="00674EA1">
                                  <w:rPr>
                                    <w:color w:val="auto"/>
                                    <w:sz w:val="20"/>
                                    <w:szCs w:val="20"/>
                                  </w:rPr>
                                  <w:t>O</w:t>
                                </w:r>
                              </w:p>
                            </w:txbxContent>
                          </v:textbox>
                        </v:shape>
                        <v:shape id="Text Box 4894" o:spid="_x0000_s1071" type="#_x0000_t202" style="position:absolute;left:1270;top:4734;width:550;height:4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" filled="f" stroked="f">
                          <v:textbox>
                            <w:txbxContent>
                              <w:p w14:paraId="5A1C0D2C" w14:textId="77777777" w:rsidR="00C679CF" w:rsidRPr="00674EA1" w:rsidRDefault="00C679CF" w:rsidP="00C679CF">
                                <w:pPr>
                                  <w:rPr>
                                    <w:color w:val="auto"/>
                                    <w:sz w:val="20"/>
                                    <w:szCs w:val="20"/>
                                  </w:rPr>
                                </w:pPr>
                                <w:r w:rsidRPr="00674EA1">
                                  <w:rPr>
                                    <w:color w:val="auto"/>
                                    <w:sz w:val="20"/>
                                    <w:szCs w:val="20"/>
                                  </w:rPr>
                                  <w:t>p</w:t>
                                </w:r>
                              </w:p>
                            </w:txbxContent>
                          </v:textbox>
                        </v:shape>
                        <v:shape id="Text Box 4895" o:spid="_x0000_s1072" type="#_x0000_t202" style="position:absolute;left:2204;top:5775;width:745;height:3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" filled="f" stroked="f">
                          <v:textbox>
                            <w:txbxContent>
                              <w:p w14:paraId="7F95B04F" w14:textId="77777777" w:rsidR="00C679CF" w:rsidRPr="00674EA1" w:rsidRDefault="00C679CF" w:rsidP="00C679CF">
                                <w:pPr>
                                  <w:rPr>
                                    <w:color w:val="auto"/>
                                    <w:sz w:val="20"/>
                                    <w:szCs w:val="20"/>
                                  </w:rPr>
                                </w:pPr>
                                <w:r w:rsidRPr="00674EA1">
                                  <w:rPr>
                                    <w:color w:val="auto"/>
                                    <w:sz w:val="20"/>
                                    <w:szCs w:val="20"/>
                                  </w:rPr>
                                  <w:t>T</w:t>
                                </w:r>
                              </w:p>
                            </w:txbxContent>
                          </v:textbox>
                        </v:shape>
                        <v:shape id="Text Box 4896" o:spid="_x0000_s1073"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" filled="f" stroked="f">
                          <v:textbox>
                            <w:txbxContent>
                              <w:p w14:paraId="20EC5A97" w14:textId="77777777" w:rsidR="00C679CF" w:rsidRPr="00674EA1" w:rsidRDefault="00C679CF" w:rsidP="00C679CF">
                                <w:pPr>
                                  <w:rPr>
                                    <w:color w:val="auto"/>
                                    <w:szCs w:val="20"/>
                                  </w:rPr>
                                </w:pPr>
                              </w:p>
                            </w:txbxContent>
                          </v:textbox>
                        </v:shape>
                      </v:group>
                      <v:group id="Group 4897" o:spid="_x0000_s1074"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">
                        <v:line id="Line 4898" o:spid="_x0000_s1075"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">
                          <v:stroke endarrow="classic"/>
                        </v:line>
                        <v:shape id="AutoShape 4899" o:spid="_x0000_s1076"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">
                          <v:stroke endarrow="classic"/>
                        </v:shape>
                      </v:group>
                    </v:group>
                    <v:group id="Group 4900" o:spid="_x0000_s1077"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">
                      <v:shape id="AutoShape 4901" o:spid="_x0000_s1078"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">
                        <v:stroke dashstyle="dash"/>
                      </v:shape>
                      <v:shape id="AutoShape 4902" o:spid="_x0000_s1079"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"/>
                    </v:group>
                  </v:group>
                  <v:shape id="AutoShape 4903" o:spid="_x0000_s1080"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">
                    <v:stroke dashstyle="dash"/>
                  </v:shape>
                  <v:shape id="AutoShape 4904" o:spid="_x0000_s1081"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"/>
                </v:group>
                <v:shape id="Text Box 4905" o:spid="_x0000_s1082" type="#_x0000_t202" style="position:absolute;left:4315;top:8951;width:769;height:4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" filled="f" stroked="f">
                  <v:textbox>
                    <w:txbxContent>
                      <w:p w14:paraId="3614FDE7"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2</w:t>
                        </w:r>
                      </w:p>
                    </w:txbxContent>
                  </v:textbox>
                </v:shape>
                <v:shape id="Text Box 4906" o:spid="_x0000_s1083" type="#_x0000_t202" style="position:absolute;left:4669;top:9333;width:782;height: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" filled="f" stroked="f">
                  <v:textbox>
                    <w:txbxContent>
                      <w:p w14:paraId="3CA10351" w14:textId="77777777" w:rsidR="00C679CF" w:rsidRPr="00674EA1" w:rsidRDefault="00C679CF" w:rsidP="00C679CF">
                        <w:pPr>
                          <w:rPr>
                            <w:rFonts w:ascii="Cambria" w:hAnsi="Cambria"/>
                            <w:color w:val="auto"/>
                            <w:sz w:val="26"/>
                            <w:szCs w:val="26"/>
                            <w:vertAlign w:val="subscript"/>
                          </w:rPr>
                        </w:pPr>
                        <w:r w:rsidRPr="00674EA1">
                          <w:rPr>
                            <w:rFonts w:ascii="Cambria" w:hAnsi="Cambria"/>
                            <w:color w:val="auto"/>
                            <w:sz w:val="26"/>
                            <w:szCs w:val="26"/>
                          </w:rPr>
                          <w:t>m</w:t>
                        </w:r>
                        <w:r w:rsidRPr="00674EA1">
                          <w:rPr>
                            <w:rFonts w:ascii="Cambria" w:hAnsi="Cambria"/>
                            <w:color w:val="auto"/>
                            <w:sz w:val="26"/>
                            <w:szCs w:val="26"/>
                            <w:vertAlign w:val="subscript"/>
                          </w:rPr>
                          <w:t>1</w:t>
                        </w:r>
                      </w:p>
                    </w:txbxContent>
                  </v:textbox>
                </v:shape>
                <w10:wrap type="square" anchorx="margin"/>
              </v:group>
            </w:pict>
          </mc:Fallback>
        </mc:AlternateContent>
      </w:r>
    </w:p>
    <w:p w14:paraId="707B85D0"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4DC96A42"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42FE3CD2"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2E700BC6"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1B806959"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p>
    <w:p w14:paraId="28563A93" w14:textId="77777777" w:rsidR="00C679CF" w:rsidRPr="004D46D7" w:rsidRDefault="00C679CF" w:rsidP="0026749B">
      <w:pPr>
        <w:pStyle w:val="NoSpacing"/>
        <w:tabs>
          <w:tab w:val="left" w:pos="283"/>
          <w:tab w:val="left" w:pos="2835"/>
          <w:tab w:val="left" w:pos="5386"/>
          <w:tab w:val="left" w:pos="7937"/>
        </w:tabs>
        <w:spacing w:line="276" w:lineRule="auto"/>
        <w:ind w:firstLine="0"/>
        <w:rPr>
          <w:b/>
          <w:szCs w:val="24"/>
          <w:lang w:val="nl-NL"/>
        </w:rPr>
      </w:pPr>
      <w:r w:rsidRPr="004D46D7">
        <w:rPr>
          <w:b/>
          <w:szCs w:val="24"/>
          <w:lang w:val="nl-NL"/>
        </w:rPr>
        <w:t xml:space="preserve">A. </w:t>
      </w:r>
      <w:r w:rsidRPr="004D46D7">
        <w:rPr>
          <w:szCs w:val="24"/>
          <w:lang w:val="nl-NL"/>
        </w:rPr>
        <w:t>m</w:t>
      </w:r>
      <w:r w:rsidRPr="004D46D7">
        <w:rPr>
          <w:szCs w:val="24"/>
          <w:vertAlign w:val="subscript"/>
          <w:lang w:val="nl-NL"/>
        </w:rPr>
        <w:t>1</w:t>
      </w:r>
      <w:r w:rsidRPr="004D46D7">
        <w:rPr>
          <w:szCs w:val="24"/>
          <w:lang w:val="nl-NL"/>
        </w:rPr>
        <w:t>&gt; m</w:t>
      </w:r>
      <w:r w:rsidRPr="004D46D7">
        <w:rPr>
          <w:szCs w:val="24"/>
          <w:vertAlign w:val="subscript"/>
          <w:lang w:val="nl-NL"/>
        </w:rPr>
        <w:t>2</w:t>
      </w:r>
      <w:r w:rsidRPr="004D46D7">
        <w:rPr>
          <w:szCs w:val="24"/>
          <w:lang w:val="nl-NL"/>
        </w:rPr>
        <w:t>.</w:t>
      </w:r>
      <w:r w:rsidRPr="004D46D7">
        <w:rPr>
          <w:b/>
          <w:szCs w:val="24"/>
          <w:lang w:val="nl-NL"/>
        </w:rPr>
        <w:tab/>
        <w:t xml:space="preserve">B. </w:t>
      </w:r>
      <w:r w:rsidRPr="004D46D7">
        <w:rPr>
          <w:szCs w:val="24"/>
          <w:lang w:val="nl-NL"/>
        </w:rPr>
        <w:t>m</w:t>
      </w:r>
      <w:r w:rsidRPr="004D46D7">
        <w:rPr>
          <w:szCs w:val="24"/>
          <w:vertAlign w:val="subscript"/>
          <w:lang w:val="nl-NL"/>
        </w:rPr>
        <w:t>1</w:t>
      </w:r>
      <w:r w:rsidRPr="004D46D7">
        <w:rPr>
          <w:szCs w:val="24"/>
          <w:lang w:val="nl-NL"/>
        </w:rPr>
        <w:t>&lt; m</w:t>
      </w:r>
      <w:r w:rsidRPr="004D46D7">
        <w:rPr>
          <w:szCs w:val="24"/>
          <w:vertAlign w:val="subscript"/>
          <w:lang w:val="nl-NL"/>
        </w:rPr>
        <w:t>2</w:t>
      </w:r>
      <w:r w:rsidRPr="004D46D7">
        <w:rPr>
          <w:szCs w:val="24"/>
          <w:lang w:val="nl-NL"/>
        </w:rPr>
        <w:t>.</w:t>
      </w:r>
      <w:r w:rsidRPr="004D46D7">
        <w:rPr>
          <w:b/>
          <w:szCs w:val="24"/>
          <w:lang w:val="nl-NL"/>
        </w:rPr>
        <w:tab/>
        <w:t xml:space="preserve">C. </w:t>
      </w:r>
      <w:r w:rsidRPr="004D46D7">
        <w:rPr>
          <w:szCs w:val="24"/>
          <w:lang w:val="nl-NL"/>
        </w:rPr>
        <w:t>m</w:t>
      </w:r>
      <w:r w:rsidRPr="004D46D7">
        <w:rPr>
          <w:szCs w:val="24"/>
          <w:vertAlign w:val="subscript"/>
          <w:lang w:val="nl-NL"/>
        </w:rPr>
        <w:t>1</w:t>
      </w:r>
      <w:r w:rsidRPr="004D46D7">
        <w:rPr>
          <w:szCs w:val="24"/>
          <w:lang w:val="nl-NL"/>
        </w:rPr>
        <w:t xml:space="preserve"> = m</w:t>
      </w:r>
      <w:r w:rsidRPr="004D46D7">
        <w:rPr>
          <w:szCs w:val="24"/>
          <w:vertAlign w:val="subscript"/>
          <w:lang w:val="nl-NL"/>
        </w:rPr>
        <w:t>2</w:t>
      </w:r>
      <w:r w:rsidRPr="004D46D7">
        <w:rPr>
          <w:szCs w:val="24"/>
          <w:lang w:val="nl-NL"/>
        </w:rPr>
        <w:t>.</w:t>
      </w:r>
      <w:r w:rsidRPr="004D46D7">
        <w:rPr>
          <w:b/>
          <w:szCs w:val="24"/>
          <w:lang w:val="nl-NL"/>
        </w:rPr>
        <w:tab/>
        <w:t xml:space="preserve">D. </w:t>
      </w:r>
      <w:r w:rsidRPr="004D46D7">
        <w:rPr>
          <w:b/>
          <w:position w:val="-12"/>
          <w:szCs w:val="24"/>
          <w:lang w:val="nl-NL"/>
        </w:rPr>
        <w:object w:dxaOrig="859" w:dyaOrig="360" w14:anchorId="54ADA15D">
          <v:shape id="_x0000_i1034" type="#_x0000_t75" alt="" style="width:42pt;height:21.35pt" o:ole="">
            <v:imagedata r:id="rId37" o:title=""/>
          </v:shape>
          <o:OLEObject Type="Embed" ProgID="Equation.DSMT4" ShapeID="_x0000_i1034" DrawAspect="Content" ObjectID="_1789927744" r:id="rId38"/>
        </w:object>
      </w:r>
      <w:r w:rsidRPr="004D46D7">
        <w:rPr>
          <w:b/>
          <w:szCs w:val="24"/>
          <w:lang w:val="nl-NL"/>
        </w:rPr>
        <w:t xml:space="preserve"> </w:t>
      </w:r>
    </w:p>
    <w:p w14:paraId="0F11D892" w14:textId="77777777" w:rsidR="00C679CF" w:rsidRPr="004D46D7" w:rsidRDefault="00C679CF" w:rsidP="0026749B">
      <w:pPr>
        <w:spacing w:line="276" w:lineRule="auto"/>
        <w:jc w:val="both"/>
        <w:rPr>
          <w:color w:val="auto"/>
          <w:sz w:val="24"/>
          <w:szCs w:val="24"/>
          <w:lang w:val="nl-NL"/>
        </w:rPr>
      </w:pPr>
      <w:r w:rsidRPr="004D46D7">
        <w:rPr>
          <w:b/>
          <w:bCs/>
          <w:iCs/>
          <w:color w:val="auto"/>
          <w:sz w:val="24"/>
          <w:szCs w:val="24"/>
          <w:lang w:val="da-DK"/>
        </w:rPr>
        <w:t>Câu 15:</w:t>
      </w:r>
      <w:r w:rsidRPr="004D46D7">
        <w:rPr>
          <w:iCs/>
          <w:color w:val="auto"/>
          <w:sz w:val="24"/>
          <w:szCs w:val="24"/>
          <w:lang w:val="da-DK"/>
        </w:rPr>
        <w:t xml:space="preserve"> </w:t>
      </w:r>
      <w:r w:rsidRPr="004D46D7">
        <w:rPr>
          <w:color w:val="auto"/>
          <w:sz w:val="24"/>
          <w:szCs w:val="24"/>
          <w:lang w:val="nl-NL"/>
        </w:rPr>
        <w:t>Một bình chứa ôxi (O</w:t>
      </w:r>
      <w:r w:rsidRPr="004D46D7">
        <w:rPr>
          <w:color w:val="auto"/>
          <w:sz w:val="24"/>
          <w:szCs w:val="24"/>
          <w:vertAlign w:val="subscript"/>
          <w:lang w:val="nl-NL"/>
        </w:rPr>
        <w:t>2</w:t>
      </w:r>
      <w:r w:rsidRPr="004D46D7">
        <w:rPr>
          <w:color w:val="auto"/>
          <w:sz w:val="24"/>
          <w:szCs w:val="24"/>
          <w:lang w:val="nl-NL"/>
        </w:rPr>
        <w:t>) nén ở áp suất p</w:t>
      </w:r>
      <w:r w:rsidRPr="004D46D7">
        <w:rPr>
          <w:color w:val="auto"/>
          <w:sz w:val="24"/>
          <w:szCs w:val="24"/>
          <w:vertAlign w:val="subscript"/>
          <w:lang w:val="nl-NL"/>
        </w:rPr>
        <w:t>1</w:t>
      </w:r>
      <w:r w:rsidRPr="004D46D7">
        <w:rPr>
          <w:color w:val="auto"/>
          <w:sz w:val="24"/>
          <w:szCs w:val="24"/>
          <w:lang w:val="nl-NL"/>
        </w:rPr>
        <w:t xml:space="preserve"> = 15MPa và nhiệt độ  t</w:t>
      </w:r>
      <w:r w:rsidRPr="004D46D7">
        <w:rPr>
          <w:color w:val="auto"/>
          <w:sz w:val="24"/>
          <w:szCs w:val="24"/>
          <w:vertAlign w:val="subscript"/>
          <w:lang w:val="nl-NL"/>
        </w:rPr>
        <w:t>1</w:t>
      </w:r>
      <w:r w:rsidRPr="004D46D7">
        <w:rPr>
          <w:color w:val="auto"/>
          <w:sz w:val="24"/>
          <w:szCs w:val="24"/>
          <w:lang w:val="nl-NL"/>
        </w:rPr>
        <w:t xml:space="preserve"> = 37</w:t>
      </w:r>
      <w:r w:rsidRPr="004D46D7">
        <w:rPr>
          <w:color w:val="auto"/>
          <w:sz w:val="24"/>
          <w:szCs w:val="24"/>
          <w:vertAlign w:val="superscript"/>
          <w:lang w:val="nl-NL"/>
        </w:rPr>
        <w:t>0</w:t>
      </w:r>
      <w:r w:rsidRPr="004D46D7">
        <w:rPr>
          <w:color w:val="auto"/>
          <w:sz w:val="24"/>
          <w:szCs w:val="24"/>
          <w:lang w:val="nl-NL"/>
        </w:rPr>
        <w:t>C có khối lượng (bình và khí) M</w:t>
      </w:r>
      <w:r w:rsidRPr="004D46D7">
        <w:rPr>
          <w:color w:val="auto"/>
          <w:sz w:val="24"/>
          <w:szCs w:val="24"/>
          <w:vertAlign w:val="subscript"/>
          <w:lang w:val="nl-NL"/>
        </w:rPr>
        <w:t>1</w:t>
      </w:r>
      <w:r w:rsidRPr="004D46D7">
        <w:rPr>
          <w:color w:val="auto"/>
          <w:sz w:val="24"/>
          <w:szCs w:val="24"/>
          <w:lang w:val="nl-NL"/>
        </w:rPr>
        <w:t xml:space="preserve"> = 50 kg. Dùng khí một thời gian, áp suất khí là p</w:t>
      </w:r>
      <w:r w:rsidRPr="004D46D7">
        <w:rPr>
          <w:color w:val="auto"/>
          <w:sz w:val="24"/>
          <w:szCs w:val="24"/>
          <w:vertAlign w:val="subscript"/>
          <w:lang w:val="nl-NL"/>
        </w:rPr>
        <w:t>2</w:t>
      </w:r>
      <w:r w:rsidRPr="004D46D7">
        <w:rPr>
          <w:color w:val="auto"/>
          <w:sz w:val="24"/>
          <w:szCs w:val="24"/>
          <w:lang w:val="nl-NL"/>
        </w:rPr>
        <w:t xml:space="preserve"> = 5 MPa nhiệt độ t</w:t>
      </w:r>
      <w:r w:rsidRPr="004D46D7">
        <w:rPr>
          <w:color w:val="auto"/>
          <w:sz w:val="24"/>
          <w:szCs w:val="24"/>
          <w:vertAlign w:val="subscript"/>
          <w:lang w:val="nl-NL"/>
        </w:rPr>
        <w:t>2</w:t>
      </w:r>
      <w:r w:rsidRPr="004D46D7">
        <w:rPr>
          <w:color w:val="auto"/>
          <w:sz w:val="24"/>
          <w:szCs w:val="24"/>
          <w:lang w:val="nl-NL"/>
        </w:rPr>
        <w:t xml:space="preserve"> = 7</w:t>
      </w:r>
      <w:r w:rsidRPr="004D46D7">
        <w:rPr>
          <w:color w:val="auto"/>
          <w:sz w:val="24"/>
          <w:szCs w:val="24"/>
          <w:vertAlign w:val="superscript"/>
          <w:lang w:val="nl-NL"/>
        </w:rPr>
        <w:t>0</w:t>
      </w:r>
      <w:r w:rsidRPr="004D46D7">
        <w:rPr>
          <w:color w:val="auto"/>
          <w:sz w:val="24"/>
          <w:szCs w:val="24"/>
          <w:lang w:val="nl-NL"/>
        </w:rPr>
        <w:t>C, khối lượng của bình và khí là M</w:t>
      </w:r>
      <w:r w:rsidRPr="004D46D7">
        <w:rPr>
          <w:color w:val="auto"/>
          <w:sz w:val="24"/>
          <w:szCs w:val="24"/>
          <w:vertAlign w:val="subscript"/>
          <w:lang w:val="nl-NL"/>
        </w:rPr>
        <w:t>2</w:t>
      </w:r>
      <w:r w:rsidRPr="004D46D7">
        <w:rPr>
          <w:color w:val="auto"/>
          <w:sz w:val="24"/>
          <w:szCs w:val="24"/>
          <w:lang w:val="nl-NL"/>
        </w:rPr>
        <w:t xml:space="preserve"> = 49 kg. Khối lượng khí còn lại trong bình </w:t>
      </w:r>
      <w:r w:rsidRPr="004D46D7">
        <w:rPr>
          <w:b/>
          <w:color w:val="auto"/>
          <w:sz w:val="24"/>
          <w:szCs w:val="24"/>
          <w:lang w:val="nl-NL"/>
        </w:rPr>
        <w:t>xấp xỉ</w:t>
      </w:r>
      <w:r w:rsidRPr="004D46D7">
        <w:rPr>
          <w:color w:val="auto"/>
          <w:sz w:val="24"/>
          <w:szCs w:val="24"/>
          <w:lang w:val="nl-NL"/>
        </w:rPr>
        <w:t xml:space="preserve"> bằng</w:t>
      </w:r>
    </w:p>
    <w:p w14:paraId="3AAE113C"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nl-NL"/>
        </w:rPr>
      </w:pPr>
      <w:r w:rsidRPr="004D46D7">
        <w:rPr>
          <w:b/>
          <w:color w:val="auto"/>
          <w:sz w:val="24"/>
          <w:szCs w:val="24"/>
          <w:lang w:val="nl-NL"/>
        </w:rPr>
        <w:tab/>
        <w:t xml:space="preserve">A. </w:t>
      </w:r>
      <w:r w:rsidR="009A7F6B" w:rsidRPr="004D46D7">
        <w:rPr>
          <w:color w:val="auto"/>
          <w:sz w:val="24"/>
          <w:szCs w:val="24"/>
          <w:lang w:val="nl-NL"/>
        </w:rPr>
        <w:t>12</w:t>
      </w:r>
      <w:r w:rsidRPr="004D46D7">
        <w:rPr>
          <w:color w:val="auto"/>
          <w:sz w:val="24"/>
          <w:szCs w:val="24"/>
          <w:lang w:val="nl-NL"/>
        </w:rPr>
        <w:t>,5</w:t>
      </w:r>
      <w:r w:rsidR="009A7F6B" w:rsidRPr="004D46D7">
        <w:rPr>
          <w:color w:val="auto"/>
          <w:sz w:val="24"/>
          <w:szCs w:val="24"/>
          <w:lang w:val="nl-NL"/>
        </w:rPr>
        <w:t>7</w:t>
      </w:r>
      <w:r w:rsidRPr="004D46D7">
        <w:rPr>
          <w:color w:val="auto"/>
          <w:sz w:val="24"/>
          <w:szCs w:val="24"/>
          <w:lang w:val="nl-NL"/>
        </w:rPr>
        <w:t xml:space="preserve"> kg.</w:t>
      </w:r>
      <w:r w:rsidRPr="004D46D7">
        <w:rPr>
          <w:b/>
          <w:color w:val="auto"/>
          <w:sz w:val="24"/>
          <w:szCs w:val="24"/>
          <w:lang w:val="nl-NL"/>
        </w:rPr>
        <w:tab/>
        <w:t>B.</w:t>
      </w:r>
      <w:r w:rsidRPr="004D46D7">
        <w:rPr>
          <w:color w:val="auto"/>
          <w:sz w:val="24"/>
          <w:szCs w:val="24"/>
          <w:lang w:val="nl-NL"/>
        </w:rPr>
        <w:t xml:space="preserve"> </w:t>
      </w:r>
      <w:r w:rsidR="009A7F6B" w:rsidRPr="004D46D7">
        <w:rPr>
          <w:color w:val="auto"/>
          <w:sz w:val="24"/>
          <w:szCs w:val="24"/>
          <w:lang w:val="nl-NL"/>
        </w:rPr>
        <w:t>5</w:t>
      </w:r>
      <w:r w:rsidRPr="004D46D7">
        <w:rPr>
          <w:color w:val="auto"/>
          <w:sz w:val="24"/>
          <w:szCs w:val="24"/>
          <w:lang w:val="nl-NL"/>
        </w:rPr>
        <w:t>,5</w:t>
      </w:r>
      <w:r w:rsidR="009A7F6B" w:rsidRPr="004D46D7">
        <w:rPr>
          <w:color w:val="auto"/>
          <w:sz w:val="24"/>
          <w:szCs w:val="24"/>
          <w:lang w:val="nl-NL"/>
        </w:rPr>
        <w:t>2</w:t>
      </w:r>
      <w:r w:rsidRPr="004D46D7">
        <w:rPr>
          <w:color w:val="auto"/>
          <w:sz w:val="24"/>
          <w:szCs w:val="24"/>
          <w:lang w:val="nl-NL"/>
        </w:rPr>
        <w:t xml:space="preserve"> kg.</w:t>
      </w:r>
      <w:r w:rsidRPr="004D46D7">
        <w:rPr>
          <w:b/>
          <w:color w:val="auto"/>
          <w:sz w:val="24"/>
          <w:szCs w:val="24"/>
          <w:lang w:val="nl-NL"/>
        </w:rPr>
        <w:tab/>
        <w:t>C.</w:t>
      </w:r>
      <w:r w:rsidRPr="004D46D7">
        <w:rPr>
          <w:color w:val="auto"/>
          <w:sz w:val="24"/>
          <w:szCs w:val="24"/>
          <w:lang w:val="nl-NL"/>
        </w:rPr>
        <w:t xml:space="preserve"> </w:t>
      </w:r>
      <w:r w:rsidR="009A7F6B" w:rsidRPr="004D46D7">
        <w:rPr>
          <w:color w:val="auto"/>
          <w:sz w:val="24"/>
          <w:szCs w:val="24"/>
          <w:lang w:val="nl-NL"/>
        </w:rPr>
        <w:t>0,58</w:t>
      </w:r>
      <w:r w:rsidRPr="004D46D7">
        <w:rPr>
          <w:color w:val="auto"/>
          <w:sz w:val="24"/>
          <w:szCs w:val="24"/>
          <w:lang w:val="nl-NL"/>
        </w:rPr>
        <w:t xml:space="preserve"> kg.</w:t>
      </w:r>
      <w:r w:rsidRPr="004D46D7">
        <w:rPr>
          <w:b/>
          <w:color w:val="auto"/>
          <w:sz w:val="24"/>
          <w:szCs w:val="24"/>
          <w:lang w:val="nl-NL"/>
        </w:rPr>
        <w:tab/>
        <w:t>D.</w:t>
      </w:r>
      <w:r w:rsidRPr="004D46D7">
        <w:rPr>
          <w:color w:val="auto"/>
          <w:sz w:val="24"/>
          <w:szCs w:val="24"/>
          <w:lang w:val="nl-NL"/>
        </w:rPr>
        <w:t xml:space="preserve"> </w:t>
      </w:r>
      <w:r w:rsidR="009A7F6B" w:rsidRPr="004D46D7">
        <w:rPr>
          <w:color w:val="auto"/>
          <w:sz w:val="24"/>
          <w:szCs w:val="24"/>
          <w:lang w:val="nl-NL"/>
        </w:rPr>
        <w:t>1</w:t>
      </w:r>
      <w:r w:rsidRPr="004D46D7">
        <w:rPr>
          <w:color w:val="auto"/>
          <w:sz w:val="24"/>
          <w:szCs w:val="24"/>
          <w:lang w:val="nl-NL"/>
        </w:rPr>
        <w:t>,4</w:t>
      </w:r>
      <w:r w:rsidR="009A7F6B" w:rsidRPr="004D46D7">
        <w:rPr>
          <w:color w:val="auto"/>
          <w:sz w:val="24"/>
          <w:szCs w:val="24"/>
          <w:lang w:val="nl-NL"/>
        </w:rPr>
        <w:t>7</w:t>
      </w:r>
      <w:r w:rsidRPr="004D46D7">
        <w:rPr>
          <w:color w:val="auto"/>
          <w:sz w:val="24"/>
          <w:szCs w:val="24"/>
          <w:lang w:val="nl-NL"/>
        </w:rPr>
        <w:t xml:space="preserve"> kg.</w:t>
      </w:r>
    </w:p>
    <w:p w14:paraId="42D80D7A" w14:textId="77777777" w:rsidR="00C679CF" w:rsidRPr="004D46D7" w:rsidRDefault="00C679CF" w:rsidP="0026749B">
      <w:pPr>
        <w:tabs>
          <w:tab w:val="left" w:pos="283"/>
          <w:tab w:val="left" w:pos="2835"/>
          <w:tab w:val="left" w:pos="5386"/>
          <w:tab w:val="left" w:pos="7937"/>
        </w:tabs>
        <w:spacing w:line="276" w:lineRule="auto"/>
        <w:jc w:val="both"/>
        <w:rPr>
          <w:color w:val="auto"/>
          <w:sz w:val="24"/>
          <w:szCs w:val="24"/>
          <w:lang w:val="pt-BR"/>
        </w:rPr>
      </w:pPr>
      <w:r w:rsidRPr="004D46D7">
        <w:rPr>
          <w:b/>
          <w:bCs/>
          <w:iCs/>
          <w:color w:val="auto"/>
          <w:sz w:val="24"/>
          <w:szCs w:val="24"/>
          <w:lang w:val="sv-SE"/>
        </w:rPr>
        <w:t>Câu 16:</w:t>
      </w:r>
      <w:r w:rsidRPr="004D46D7">
        <w:rPr>
          <w:iCs/>
          <w:color w:val="auto"/>
          <w:sz w:val="24"/>
          <w:szCs w:val="24"/>
          <w:lang w:val="sv-SE"/>
        </w:rPr>
        <w:t xml:space="preserve"> </w:t>
      </w:r>
      <w:r w:rsidRPr="004D46D7">
        <w:rPr>
          <w:color w:val="auto"/>
          <w:sz w:val="24"/>
          <w:szCs w:val="24"/>
          <w:lang w:val="pt-BR"/>
        </w:rPr>
        <w:t xml:space="preserve">Một lượng khí hidro đựng trong bình có thể tích 4 lít ở áp suất 3 atm, nhiệt độ 27 </w:t>
      </w:r>
      <w:r w:rsidRPr="004D46D7">
        <w:rPr>
          <w:color w:val="auto"/>
          <w:sz w:val="24"/>
          <w:szCs w:val="24"/>
          <w:vertAlign w:val="superscript"/>
          <w:lang w:val="pt-BR"/>
        </w:rPr>
        <w:t>o</w:t>
      </w:r>
      <w:r w:rsidRPr="004D46D7">
        <w:rPr>
          <w:color w:val="auto"/>
          <w:sz w:val="24"/>
          <w:szCs w:val="24"/>
          <w:lang w:val="pt-BR"/>
        </w:rPr>
        <w:t xml:space="preserve">C. Đun nóng khí đến 127 </w:t>
      </w:r>
      <w:r w:rsidRPr="004D46D7">
        <w:rPr>
          <w:color w:val="auto"/>
          <w:sz w:val="24"/>
          <w:szCs w:val="24"/>
          <w:vertAlign w:val="superscript"/>
          <w:lang w:val="pt-BR"/>
        </w:rPr>
        <w:t>o</w:t>
      </w:r>
      <w:r w:rsidRPr="004D46D7">
        <w:rPr>
          <w:color w:val="auto"/>
          <w:sz w:val="24"/>
          <w:szCs w:val="24"/>
          <w:lang w:val="pt-BR"/>
        </w:rPr>
        <w:t>C. Do bình hở nên 1 nửa lượng khí thoát ra. Áp suất khí trong bình bây giờ bằng</w:t>
      </w:r>
    </w:p>
    <w:p w14:paraId="7589E3A0" w14:textId="77777777" w:rsidR="00C679CF" w:rsidRPr="004D46D7" w:rsidRDefault="00C679CF" w:rsidP="0026749B">
      <w:pPr>
        <w:spacing w:before="40"/>
        <w:jc w:val="both"/>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5661D2" w:rsidRPr="004D46D7">
        <w:rPr>
          <w:color w:val="auto"/>
          <w:sz w:val="24"/>
          <w:szCs w:val="24"/>
          <w:lang w:val="pt-BR"/>
        </w:rPr>
        <w:t>4,35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w:r w:rsidR="005661D2" w:rsidRPr="004D46D7">
        <w:rPr>
          <w:color w:val="auto"/>
          <w:sz w:val="24"/>
          <w:szCs w:val="24"/>
          <w:lang w:val="pt-BR"/>
        </w:rPr>
        <w:t>1,75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w:r w:rsidR="005661D2" w:rsidRPr="004D46D7">
        <w:rPr>
          <w:color w:val="auto"/>
          <w:sz w:val="24"/>
          <w:szCs w:val="24"/>
          <w:lang w:val="pt-BR"/>
        </w:rPr>
        <w:t>3,5</w:t>
      </w:r>
      <w:r w:rsidRPr="004D46D7">
        <w:rPr>
          <w:color w:val="auto"/>
          <w:sz w:val="24"/>
          <w:szCs w:val="24"/>
          <w:lang w:val="pt-BR"/>
        </w:rPr>
        <w:t xml:space="preserve"> atm.</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5661D2" w:rsidRPr="004D46D7">
        <w:rPr>
          <w:color w:val="auto"/>
          <w:sz w:val="24"/>
          <w:szCs w:val="24"/>
          <w:lang w:val="pt-BR"/>
        </w:rPr>
        <w:t>2</w:t>
      </w:r>
      <w:r w:rsidRPr="004D46D7">
        <w:rPr>
          <w:color w:val="auto"/>
          <w:sz w:val="24"/>
          <w:szCs w:val="24"/>
          <w:lang w:val="pt-BR"/>
        </w:rPr>
        <w:t xml:space="preserve"> atm.</w:t>
      </w:r>
    </w:p>
    <w:p w14:paraId="45EE56F4" w14:textId="77777777" w:rsidR="00C679CF" w:rsidRPr="004D46D7" w:rsidRDefault="00C679CF" w:rsidP="0026749B">
      <w:pPr>
        <w:spacing w:before="40"/>
        <w:jc w:val="both"/>
        <w:rPr>
          <w:color w:val="auto"/>
          <w:sz w:val="24"/>
          <w:szCs w:val="24"/>
          <w:lang w:val="da-DK"/>
        </w:rPr>
      </w:pPr>
      <w:r w:rsidRPr="004D46D7">
        <w:rPr>
          <w:b/>
          <w:bCs/>
          <w:color w:val="auto"/>
          <w:sz w:val="24"/>
          <w:szCs w:val="24"/>
          <w:lang w:val="de-DE"/>
        </w:rPr>
        <w:t>Câu 17:</w:t>
      </w:r>
      <w:r w:rsidRPr="004D46D7">
        <w:rPr>
          <w:color w:val="auto"/>
          <w:sz w:val="24"/>
          <w:szCs w:val="24"/>
          <w:lang w:val="de-DE"/>
        </w:rPr>
        <w:t xml:space="preserve"> </w:t>
      </w:r>
      <w:r w:rsidRPr="004D46D7">
        <w:rPr>
          <w:color w:val="auto"/>
          <w:sz w:val="24"/>
          <w:szCs w:val="24"/>
          <w:lang w:val="da-DK"/>
        </w:rPr>
        <w:t>Một bình kín có van điều áp chứa 1 mol khí nitơ ở áp suất 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xml:space="preserve"> ở 27 </w:t>
      </w:r>
      <w:r w:rsidRPr="004D46D7">
        <w:rPr>
          <w:color w:val="auto"/>
          <w:sz w:val="24"/>
          <w:szCs w:val="24"/>
          <w:vertAlign w:val="superscript"/>
          <w:lang w:val="da-DK"/>
        </w:rPr>
        <w:t>o</w:t>
      </w:r>
      <w:r w:rsidRPr="004D46D7">
        <w:rPr>
          <w:color w:val="auto"/>
          <w:sz w:val="24"/>
          <w:szCs w:val="24"/>
          <w:lang w:val="da-DK"/>
        </w:rPr>
        <w:t>C. Nung bình đến khi áp suất khí là 5.10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xml:space="preserve"> , khi đó van điều áp mở ra và một lượng khí thoát ra ngoài, nhiệt độ vẫn giữ không đổi khi khí thoát. Sau đó áp suất giảm còn 4.10</w:t>
      </w:r>
      <w:r w:rsidRPr="004D46D7">
        <w:rPr>
          <w:color w:val="auto"/>
          <w:sz w:val="24"/>
          <w:szCs w:val="24"/>
          <w:vertAlign w:val="superscript"/>
          <w:lang w:val="da-DK"/>
        </w:rPr>
        <w:t xml:space="preserve">5 </w:t>
      </w:r>
      <w:r w:rsidRPr="004D46D7">
        <w:rPr>
          <w:color w:val="auto"/>
          <w:sz w:val="24"/>
          <w:szCs w:val="24"/>
          <w:lang w:val="da-DK"/>
        </w:rPr>
        <w:t>N/m</w:t>
      </w:r>
      <w:r w:rsidRPr="004D46D7">
        <w:rPr>
          <w:color w:val="auto"/>
          <w:sz w:val="24"/>
          <w:szCs w:val="24"/>
          <w:vertAlign w:val="superscript"/>
          <w:lang w:val="da-DK"/>
        </w:rPr>
        <w:t>2</w:t>
      </w:r>
      <w:r w:rsidRPr="004D46D7">
        <w:rPr>
          <w:color w:val="auto"/>
          <w:sz w:val="24"/>
          <w:szCs w:val="24"/>
          <w:lang w:val="da-DK"/>
        </w:rPr>
        <w:t>. Lượng khí thoát ra là</w:t>
      </w:r>
    </w:p>
    <w:p w14:paraId="638AA2C9" w14:textId="77777777" w:rsidR="00741E76" w:rsidRPr="004D46D7" w:rsidRDefault="00C679CF" w:rsidP="0026749B">
      <w:pPr>
        <w:spacing w:before="40"/>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w:r w:rsidR="005661D2" w:rsidRPr="004D46D7">
        <w:rPr>
          <w:color w:val="auto"/>
          <w:sz w:val="24"/>
          <w:szCs w:val="24"/>
          <w:lang w:val="pt-BR"/>
        </w:rPr>
        <w:t>1,25</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0,</w:t>
      </w:r>
      <w:r w:rsidR="005661D2" w:rsidRPr="004D46D7">
        <w:rPr>
          <w:color w:val="auto"/>
          <w:sz w:val="24"/>
          <w:szCs w:val="24"/>
          <w:lang w:val="pt-BR"/>
        </w:rPr>
        <w:t>33</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0,</w:t>
      </w:r>
      <w:r w:rsidR="005661D2" w:rsidRPr="004D46D7">
        <w:rPr>
          <w:color w:val="auto"/>
          <w:sz w:val="24"/>
          <w:szCs w:val="24"/>
          <w:lang w:val="pt-BR"/>
        </w:rPr>
        <w:t>2</w:t>
      </w:r>
      <w:r w:rsidRPr="004D46D7">
        <w:rPr>
          <w:color w:val="auto"/>
          <w:sz w:val="24"/>
          <w:szCs w:val="24"/>
          <w:lang w:val="pt-BR"/>
        </w:rPr>
        <w:t xml:space="preserve"> mol.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w:r w:rsidR="005661D2" w:rsidRPr="004D46D7">
        <w:rPr>
          <w:color w:val="auto"/>
          <w:sz w:val="24"/>
          <w:szCs w:val="24"/>
          <w:lang w:val="pt-BR"/>
        </w:rPr>
        <w:t xml:space="preserve">0,5 </w:t>
      </w:r>
      <w:r w:rsidRPr="004D46D7">
        <w:rPr>
          <w:color w:val="auto"/>
          <w:sz w:val="24"/>
          <w:szCs w:val="24"/>
          <w:lang w:val="pt-BR"/>
        </w:rPr>
        <w:t>mol.</w:t>
      </w:r>
    </w:p>
    <w:p w14:paraId="5893D22F" w14:textId="77777777" w:rsidR="00C679CF" w:rsidRPr="004D46D7" w:rsidRDefault="00C679CF" w:rsidP="0026749B">
      <w:pPr>
        <w:jc w:val="both"/>
        <w:rPr>
          <w:color w:val="auto"/>
          <w:sz w:val="24"/>
          <w:szCs w:val="24"/>
          <w:lang w:val="pt-BR"/>
        </w:rPr>
      </w:pPr>
      <w:r w:rsidRPr="004D46D7">
        <w:rPr>
          <w:b/>
          <w:bCs/>
          <w:color w:val="auto"/>
          <w:sz w:val="24"/>
          <w:szCs w:val="24"/>
          <w:lang w:val="sv-SE"/>
        </w:rPr>
        <w:t>Câu 18:</w:t>
      </w:r>
      <w:r w:rsidRPr="004D46D7">
        <w:rPr>
          <w:color w:val="auto"/>
          <w:sz w:val="24"/>
          <w:szCs w:val="24"/>
          <w:lang w:val="sv-SE"/>
        </w:rPr>
        <w:t xml:space="preserve"> </w:t>
      </w:r>
      <w:r w:rsidRPr="004D46D7">
        <w:rPr>
          <w:color w:val="auto"/>
          <w:sz w:val="24"/>
          <w:szCs w:val="24"/>
          <w:lang w:val="pt-BR"/>
        </w:rPr>
        <w:t>Căn phòng có thể tích 60 m</w:t>
      </w:r>
      <w:r w:rsidRPr="004D46D7">
        <w:rPr>
          <w:color w:val="auto"/>
          <w:sz w:val="24"/>
          <w:szCs w:val="24"/>
          <w:vertAlign w:val="superscript"/>
          <w:lang w:val="pt-BR"/>
        </w:rPr>
        <w:t>3</w:t>
      </w:r>
      <w:r w:rsidRPr="004D46D7">
        <w:rPr>
          <w:color w:val="auto"/>
          <w:sz w:val="24"/>
          <w:szCs w:val="24"/>
          <w:lang w:val="pt-BR"/>
        </w:rPr>
        <w:t xml:space="preserve">. Tăng nhiệt độ của phòng từ 10 </w:t>
      </w:r>
      <w:r w:rsidRPr="004D46D7">
        <w:rPr>
          <w:color w:val="auto"/>
          <w:sz w:val="24"/>
          <w:szCs w:val="24"/>
          <w:vertAlign w:val="superscript"/>
          <w:lang w:val="pt-BR"/>
        </w:rPr>
        <w:t>o</w:t>
      </w:r>
      <w:r w:rsidRPr="004D46D7">
        <w:rPr>
          <w:color w:val="auto"/>
          <w:sz w:val="24"/>
          <w:szCs w:val="24"/>
          <w:lang w:val="pt-BR"/>
        </w:rPr>
        <w:t xml:space="preserve">C đến 27 </w:t>
      </w:r>
      <w:r w:rsidRPr="004D46D7">
        <w:rPr>
          <w:color w:val="auto"/>
          <w:sz w:val="24"/>
          <w:szCs w:val="24"/>
          <w:vertAlign w:val="superscript"/>
          <w:lang w:val="pt-BR"/>
        </w:rPr>
        <w:t>o</w:t>
      </w:r>
      <w:r w:rsidRPr="004D46D7">
        <w:rPr>
          <w:color w:val="auto"/>
          <w:sz w:val="24"/>
          <w:szCs w:val="24"/>
          <w:lang w:val="pt-BR"/>
        </w:rPr>
        <w:t>C. Biết khối lượng riêng của không khí ở điều kiện tiêu chuẩn là 1,29 kg/m</w:t>
      </w:r>
      <w:r w:rsidRPr="004D46D7">
        <w:rPr>
          <w:color w:val="auto"/>
          <w:sz w:val="24"/>
          <w:szCs w:val="24"/>
          <w:vertAlign w:val="superscript"/>
          <w:lang w:val="pt-BR"/>
        </w:rPr>
        <w:t>3</w:t>
      </w:r>
      <w:r w:rsidRPr="004D46D7">
        <w:rPr>
          <w:color w:val="auto"/>
          <w:sz w:val="24"/>
          <w:szCs w:val="24"/>
          <w:lang w:val="pt-BR"/>
        </w:rPr>
        <w:t>, áp suất không khí môi trường là áp suất chuẩn. Khối lượng không khí thoát ra khỏi căn phòng là</w:t>
      </w:r>
    </w:p>
    <w:p w14:paraId="39F334C2" w14:textId="77777777" w:rsidR="00C679CF" w:rsidRPr="004D46D7" w:rsidRDefault="00C679CF" w:rsidP="0026749B">
      <w:pPr>
        <w:pStyle w:val="ListParagraph"/>
        <w:spacing w:after="0" w:line="240" w:lineRule="auto"/>
        <w:ind w:left="0"/>
        <w:rPr>
          <w:rFonts w:ascii="Times New Roman" w:hAnsi="Times New Roman" w:cs="Times New Roman"/>
          <w:sz w:val="24"/>
          <w:szCs w:val="24"/>
        </w:rPr>
      </w:pPr>
      <w:r w:rsidRPr="004D46D7">
        <w:rPr>
          <w:rFonts w:ascii="Times New Roman" w:hAnsi="Times New Roman" w:cs="Times New Roman"/>
          <w:b/>
          <w:bCs/>
          <w:sz w:val="24"/>
          <w:szCs w:val="24"/>
          <w:lang w:val="pt-BR"/>
        </w:rPr>
        <w:t>A.</w:t>
      </w:r>
      <w:r w:rsidRPr="004D46D7">
        <w:rPr>
          <w:rFonts w:ascii="Times New Roman" w:hAnsi="Times New Roman" w:cs="Times New Roman"/>
          <w:sz w:val="24"/>
          <w:szCs w:val="24"/>
          <w:lang w:val="pt-BR"/>
        </w:rPr>
        <w:t xml:space="preserve"> </w:t>
      </w:r>
      <w:r w:rsidR="005661D2" w:rsidRPr="004D46D7">
        <w:rPr>
          <w:rFonts w:ascii="Times New Roman" w:hAnsi="Times New Roman" w:cs="Times New Roman"/>
          <w:sz w:val="24"/>
          <w:szCs w:val="24"/>
          <w:lang w:val="pt-BR"/>
        </w:rPr>
        <w:t>3,82</w:t>
      </w:r>
      <w:r w:rsidRPr="004D46D7">
        <w:rPr>
          <w:rFonts w:ascii="Times New Roman" w:hAnsi="Times New Roman" w:cs="Times New Roman"/>
          <w:sz w:val="24"/>
          <w:szCs w:val="24"/>
          <w:lang w:val="pt-BR"/>
        </w:rPr>
        <w:t xml:space="preserve"> kg.</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rPr>
        <w:t>B.</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5,94</w:t>
      </w:r>
      <w:r w:rsidRPr="004D46D7">
        <w:rPr>
          <w:rFonts w:ascii="Times New Roman" w:hAnsi="Times New Roman" w:cs="Times New Roman"/>
          <w:sz w:val="24"/>
          <w:szCs w:val="24"/>
        </w:rPr>
        <w:t xml:space="preserve"> kg.</w:t>
      </w:r>
      <w:r w:rsidRPr="004D46D7">
        <w:rPr>
          <w:rFonts w:ascii="Times New Roman" w:hAnsi="Times New Roman" w:cs="Times New Roman"/>
          <w:sz w:val="24"/>
          <w:szCs w:val="24"/>
        </w:rPr>
        <w:tab/>
      </w:r>
      <w:r w:rsidRPr="004D46D7">
        <w:rPr>
          <w:rFonts w:ascii="Times New Roman" w:hAnsi="Times New Roman" w:cs="Times New Roman"/>
          <w:sz w:val="24"/>
          <w:szCs w:val="24"/>
        </w:rPr>
        <w:tab/>
      </w: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2</w:t>
      </w:r>
      <w:r w:rsidRPr="004D46D7">
        <w:rPr>
          <w:rFonts w:ascii="Times New Roman" w:hAnsi="Times New Roman" w:cs="Times New Roman"/>
          <w:sz w:val="24"/>
          <w:szCs w:val="24"/>
        </w:rPr>
        <w:t>,2</w:t>
      </w:r>
      <w:r w:rsidR="005661D2" w:rsidRPr="004D46D7">
        <w:rPr>
          <w:rFonts w:ascii="Times New Roman" w:hAnsi="Times New Roman" w:cs="Times New Roman"/>
          <w:sz w:val="24"/>
          <w:szCs w:val="24"/>
        </w:rPr>
        <w:t>2</w:t>
      </w:r>
      <w:r w:rsidRPr="004D46D7">
        <w:rPr>
          <w:rFonts w:ascii="Times New Roman" w:hAnsi="Times New Roman" w:cs="Times New Roman"/>
          <w:sz w:val="24"/>
          <w:szCs w:val="24"/>
        </w:rPr>
        <w:t xml:space="preserve"> kg.</w:t>
      </w:r>
      <w:r w:rsidRPr="004D46D7">
        <w:rPr>
          <w:rFonts w:ascii="Times New Roman" w:hAnsi="Times New Roman" w:cs="Times New Roman"/>
          <w:sz w:val="24"/>
          <w:szCs w:val="24"/>
        </w:rPr>
        <w:tab/>
      </w:r>
      <w:r w:rsidRPr="004D46D7">
        <w:rPr>
          <w:rFonts w:ascii="Times New Roman" w:hAnsi="Times New Roman" w:cs="Times New Roman"/>
          <w:sz w:val="24"/>
          <w:szCs w:val="24"/>
        </w:rPr>
        <w:tab/>
      </w: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w:t>
      </w:r>
      <w:r w:rsidR="005661D2" w:rsidRPr="004D46D7">
        <w:rPr>
          <w:rFonts w:ascii="Times New Roman" w:hAnsi="Times New Roman" w:cs="Times New Roman"/>
          <w:sz w:val="24"/>
          <w:szCs w:val="24"/>
        </w:rPr>
        <w:t>4,23</w:t>
      </w:r>
      <w:r w:rsidRPr="004D46D7">
        <w:rPr>
          <w:rFonts w:ascii="Times New Roman" w:hAnsi="Times New Roman" w:cs="Times New Roman"/>
          <w:sz w:val="24"/>
          <w:szCs w:val="24"/>
        </w:rPr>
        <w:t xml:space="preserve"> kg.</w:t>
      </w:r>
    </w:p>
    <w:p w14:paraId="423BCE98" w14:textId="77777777" w:rsidR="00D4519F" w:rsidRPr="004D46D7" w:rsidRDefault="00D4519F" w:rsidP="0026749B">
      <w:pPr>
        <w:spacing w:after="160" w:line="259" w:lineRule="auto"/>
        <w:rPr>
          <w:b/>
          <w:bCs/>
          <w:i/>
          <w:iCs/>
          <w:color w:val="auto"/>
          <w:sz w:val="24"/>
          <w:szCs w:val="24"/>
        </w:rPr>
      </w:pPr>
      <w:r w:rsidRPr="004D46D7">
        <w:rPr>
          <w:b/>
          <w:bCs/>
          <w:i/>
          <w:iCs/>
          <w:color w:val="auto"/>
          <w:sz w:val="24"/>
          <w:szCs w:val="24"/>
        </w:rPr>
        <w:br w:type="page"/>
      </w:r>
    </w:p>
    <w:p w14:paraId="0B716813" w14:textId="77777777" w:rsidR="00D4519F" w:rsidRPr="004D46D7" w:rsidRDefault="00D4519F" w:rsidP="0026749B">
      <w:pPr>
        <w:spacing w:line="276" w:lineRule="auto"/>
        <w:jc w:val="both"/>
        <w:rPr>
          <w:b/>
          <w:bCs/>
          <w:color w:val="C00000"/>
          <w:sz w:val="24"/>
          <w:szCs w:val="24"/>
        </w:rPr>
      </w:pPr>
      <w:r w:rsidRPr="004D46D7">
        <w:rPr>
          <w:b/>
          <w:bCs/>
          <w:color w:val="C00000"/>
          <w:sz w:val="24"/>
          <w:szCs w:val="24"/>
        </w:rPr>
        <w:lastRenderedPageBreak/>
        <w:t>2. Câu trắc nghiệm đúng sai ( 4 điểm )</w:t>
      </w:r>
    </w:p>
    <w:p w14:paraId="18B265FD" w14:textId="77777777" w:rsidR="00D4519F" w:rsidRPr="004D46D7" w:rsidRDefault="00D4519F" w:rsidP="0026749B">
      <w:pPr>
        <w:spacing w:line="276" w:lineRule="auto"/>
        <w:jc w:val="center"/>
        <w:rPr>
          <w:rFonts w:eastAsia="Calibri"/>
          <w:bCs/>
          <w:i/>
          <w:iCs/>
          <w:color w:val="000000" w:themeColor="text1"/>
          <w:sz w:val="24"/>
          <w:szCs w:val="24"/>
          <w:lang w:val="fr-FR"/>
          <w14:ligatures w14:val="standardContextual"/>
        </w:rPr>
      </w:pPr>
      <w:r w:rsidRPr="004D46D7">
        <w:rPr>
          <w:rFonts w:eastAsia="Calibri"/>
          <w:bCs/>
          <w:i/>
          <w:iCs/>
          <w:color w:val="000000" w:themeColor="text1"/>
          <w:sz w:val="24"/>
          <w:szCs w:val="24"/>
          <w:lang w:val="fr-FR"/>
          <w14:ligatures w14:val="standardContextual"/>
        </w:rPr>
        <w:t>Thí sinh trả lời từ câu 1 đến câu 4. Trong mỗi ý a), b), c), d) ở mỗi câu, thí sinh chọn đúng</w:t>
      </w:r>
    </w:p>
    <w:p w14:paraId="0EFF6086" w14:textId="77777777" w:rsidR="00D4519F" w:rsidRPr="004D46D7" w:rsidRDefault="00D4519F" w:rsidP="0026749B">
      <w:pPr>
        <w:pStyle w:val="NormalWeb"/>
        <w:spacing w:line="276" w:lineRule="auto"/>
        <w:ind w:right="48" w:firstLine="0"/>
        <w:rPr>
          <w:bCs/>
          <w:i/>
          <w:iCs/>
          <w:color w:val="000000" w:themeColor="text1"/>
        </w:rPr>
      </w:pPr>
      <w:r w:rsidRPr="004D46D7">
        <w:rPr>
          <w:bCs/>
          <w:i/>
          <w:iCs/>
          <w:color w:val="000000" w:themeColor="text1"/>
        </w:rPr>
        <w:t xml:space="preserve"> hoặc sai</w:t>
      </w:r>
    </w:p>
    <w:p w14:paraId="76269E56" w14:textId="77777777" w:rsidR="00D4519F" w:rsidRPr="004D46D7" w:rsidRDefault="00D4519F" w:rsidP="0026749B">
      <w:pPr>
        <w:spacing w:line="276" w:lineRule="auto"/>
        <w:rPr>
          <w:i/>
          <w:iCs/>
          <w:color w:val="auto"/>
          <w:sz w:val="24"/>
          <w:szCs w:val="24"/>
        </w:rPr>
      </w:pPr>
      <w:r w:rsidRPr="004D46D7">
        <w:rPr>
          <w:i/>
          <w:iCs/>
          <w:color w:val="auto"/>
          <w:sz w:val="24"/>
          <w:szCs w:val="24"/>
        </w:rPr>
        <w:t>Điểm tối đa của 01 câu hỏi là 1 điểm.</w:t>
      </w:r>
    </w:p>
    <w:p w14:paraId="42954925"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7423ECAD"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213B99B1"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0683E40F" w14:textId="77777777" w:rsidR="00D4519F" w:rsidRPr="004D46D7" w:rsidRDefault="00D4519F" w:rsidP="0026749B">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0CD0D53D" w14:textId="77777777" w:rsidR="00D4519F" w:rsidRPr="004D46D7" w:rsidRDefault="00D4519F" w:rsidP="0026749B">
      <w:pPr>
        <w:tabs>
          <w:tab w:val="left" w:pos="720"/>
        </w:tabs>
        <w:spacing w:line="276" w:lineRule="auto"/>
        <w:jc w:val="both"/>
        <w:rPr>
          <w:b/>
          <w:bCs/>
          <w:color w:val="auto"/>
          <w:sz w:val="24"/>
          <w:szCs w:val="24"/>
          <w:lang w:val="sv-SE"/>
        </w:rPr>
      </w:pPr>
    </w:p>
    <w:p w14:paraId="42914B12" w14:textId="77777777" w:rsidR="00D4519F" w:rsidRPr="004D46D7" w:rsidRDefault="00D4519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1: </w:t>
      </w:r>
      <w:r w:rsidRPr="004D46D7">
        <w:rPr>
          <w:color w:val="auto"/>
          <w:sz w:val="24"/>
          <w:szCs w:val="24"/>
          <w:lang w:val="sv-SE"/>
        </w:rPr>
        <w:t xml:space="preserve">Một cái bơm mỗi lần bơm được 4 lít không khí ở áp suất 1 atm và 27 </w:t>
      </w:r>
      <w:r w:rsidRPr="004D46D7">
        <w:rPr>
          <w:color w:val="auto"/>
          <w:sz w:val="24"/>
          <w:szCs w:val="24"/>
          <w:vertAlign w:val="superscript"/>
          <w:lang w:val="sv-SE"/>
        </w:rPr>
        <w:t>o</w:t>
      </w:r>
      <w:r w:rsidRPr="004D46D7">
        <w:rPr>
          <w:color w:val="auto"/>
          <w:sz w:val="24"/>
          <w:szCs w:val="24"/>
          <w:lang w:val="sv-SE"/>
        </w:rPr>
        <w:t>C vào một bình thép có thể tích 1,5 m</w:t>
      </w:r>
      <w:r w:rsidRPr="004D46D7">
        <w:rPr>
          <w:color w:val="auto"/>
          <w:sz w:val="24"/>
          <w:szCs w:val="24"/>
          <w:vertAlign w:val="superscript"/>
          <w:lang w:val="sv-SE"/>
        </w:rPr>
        <w:t>3</w:t>
      </w:r>
      <w:r w:rsidRPr="004D46D7">
        <w:rPr>
          <w:color w:val="auto"/>
          <w:sz w:val="24"/>
          <w:szCs w:val="24"/>
          <w:lang w:val="sv-SE"/>
        </w:rPr>
        <w:t xml:space="preserve">. Sau khi bơm 726 lần, khí trong bình có áp suất 2 atm. Biết khối lượng riêng của không khí ở điều kiện tiêu chuẩn (0 </w:t>
      </w:r>
      <w:r w:rsidRPr="004D46D7">
        <w:rPr>
          <w:color w:val="auto"/>
          <w:sz w:val="24"/>
          <w:szCs w:val="24"/>
          <w:vertAlign w:val="superscript"/>
          <w:lang w:val="sv-SE"/>
        </w:rPr>
        <w:t>o</w:t>
      </w:r>
      <w:r w:rsidRPr="004D46D7">
        <w:rPr>
          <w:color w:val="auto"/>
          <w:sz w:val="24"/>
          <w:szCs w:val="24"/>
          <w:lang w:val="sv-SE"/>
        </w:rPr>
        <w:t>C; 1 atm) bằng 1,29 kg/m</w:t>
      </w:r>
      <w:r w:rsidRPr="004D46D7">
        <w:rPr>
          <w:color w:val="auto"/>
          <w:sz w:val="24"/>
          <w:szCs w:val="24"/>
          <w:vertAlign w:val="superscript"/>
          <w:lang w:val="sv-SE"/>
        </w:rPr>
        <w:t>3</w:t>
      </w:r>
      <w:r w:rsidRPr="004D46D7">
        <w:rPr>
          <w:color w:val="auto"/>
          <w:sz w:val="24"/>
          <w:szCs w:val="24"/>
          <w:lang w:val="sv-SE"/>
        </w:rPr>
        <w:t>.</w:t>
      </w:r>
    </w:p>
    <w:p w14:paraId="5AF9B712" w14:textId="77777777" w:rsidR="00735652" w:rsidRPr="004D46D7" w:rsidRDefault="00D4519F" w:rsidP="0026749B">
      <w:pPr>
        <w:tabs>
          <w:tab w:val="left" w:pos="0"/>
          <w:tab w:val="left" w:pos="2835"/>
          <w:tab w:val="left" w:pos="5386"/>
          <w:tab w:val="left" w:pos="7937"/>
        </w:tabs>
        <w:spacing w:line="312" w:lineRule="auto"/>
        <w:rPr>
          <w:b/>
          <w:bCs/>
          <w:color w:val="FF0000"/>
          <w:sz w:val="24"/>
          <w:szCs w:val="24"/>
        </w:rPr>
      </w:pPr>
      <w:r w:rsidRPr="004D46D7">
        <w:rPr>
          <w:b/>
          <w:bCs/>
          <w:color w:val="auto"/>
          <w:sz w:val="24"/>
          <w:szCs w:val="24"/>
          <w:lang w:val="sv-SE"/>
        </w:rPr>
        <w:t xml:space="preserve">a. </w:t>
      </w:r>
      <w:r w:rsidRPr="004D46D7">
        <w:rPr>
          <w:color w:val="auto"/>
          <w:sz w:val="24"/>
          <w:szCs w:val="24"/>
          <w:lang w:val="sv-SE"/>
        </w:rPr>
        <w:t xml:space="preserve">Khối lượng không khí có trong một lần bơm xấp xỉ bằng </w:t>
      </w:r>
      <w:r w:rsidR="00735652" w:rsidRPr="004D46D7">
        <w:rPr>
          <w:color w:val="auto"/>
          <w:sz w:val="24"/>
          <w:szCs w:val="24"/>
          <w:lang w:val="sv-SE"/>
        </w:rPr>
        <w:t>4</w:t>
      </w:r>
      <w:r w:rsidRPr="004D46D7">
        <w:rPr>
          <w:color w:val="auto"/>
          <w:sz w:val="24"/>
          <w:szCs w:val="24"/>
          <w:lang w:val="sv-SE"/>
        </w:rPr>
        <w:t>,</w:t>
      </w:r>
      <w:r w:rsidR="00735652" w:rsidRPr="004D46D7">
        <w:rPr>
          <w:color w:val="auto"/>
          <w:sz w:val="24"/>
          <w:szCs w:val="24"/>
          <w:lang w:val="sv-SE"/>
        </w:rPr>
        <w:t>7</w:t>
      </w:r>
      <w:r w:rsidRPr="004D46D7">
        <w:rPr>
          <w:color w:val="auto"/>
          <w:sz w:val="24"/>
          <w:szCs w:val="24"/>
          <w:lang w:val="sv-SE"/>
        </w:rPr>
        <w:t xml:space="preserve"> gam</w:t>
      </w:r>
      <w:r w:rsidR="00735652" w:rsidRPr="004D46D7">
        <w:rPr>
          <w:color w:val="auto"/>
          <w:sz w:val="24"/>
          <w:szCs w:val="24"/>
          <w:lang w:val="sv-SE"/>
        </w:rPr>
        <w:t xml:space="preserve">  </w:t>
      </w:r>
    </w:p>
    <w:p w14:paraId="38F11CF5" w14:textId="77777777" w:rsidR="00735652" w:rsidRPr="004D46D7" w:rsidRDefault="00D4519F" w:rsidP="0026749B">
      <w:pPr>
        <w:rPr>
          <w:i/>
          <w:iCs/>
          <w:color w:val="C00000"/>
          <w:sz w:val="24"/>
          <w:szCs w:val="24"/>
          <w:lang w:val="sv-SE"/>
        </w:rPr>
      </w:pPr>
      <w:r w:rsidRPr="004D46D7">
        <w:rPr>
          <w:b/>
          <w:bCs/>
          <w:color w:val="auto"/>
          <w:sz w:val="24"/>
          <w:szCs w:val="24"/>
        </w:rPr>
        <w:t xml:space="preserve">b. </w:t>
      </w:r>
      <w:r w:rsidRPr="004D46D7">
        <w:rPr>
          <w:color w:val="auto"/>
          <w:sz w:val="24"/>
          <w:szCs w:val="24"/>
          <w:lang w:val="sv-SE"/>
        </w:rPr>
        <w:t xml:space="preserve">Khối lượng không khí có trong bình sau 726 lần bơm bằng </w:t>
      </w:r>
      <w:r w:rsidR="00735652" w:rsidRPr="004D46D7">
        <w:rPr>
          <w:color w:val="auto"/>
          <w:sz w:val="24"/>
          <w:szCs w:val="24"/>
          <w:lang w:val="sv-SE"/>
        </w:rPr>
        <w:t>4</w:t>
      </w:r>
      <w:r w:rsidRPr="004D46D7">
        <w:rPr>
          <w:color w:val="auto"/>
          <w:sz w:val="24"/>
          <w:szCs w:val="24"/>
          <w:lang w:val="sv-SE"/>
        </w:rPr>
        <w:t>,</w:t>
      </w:r>
      <w:r w:rsidR="00735652" w:rsidRPr="004D46D7">
        <w:rPr>
          <w:color w:val="auto"/>
          <w:sz w:val="24"/>
          <w:szCs w:val="24"/>
          <w:lang w:val="sv-SE"/>
        </w:rPr>
        <w:t>2</w:t>
      </w:r>
      <w:r w:rsidRPr="004D46D7">
        <w:rPr>
          <w:color w:val="auto"/>
          <w:sz w:val="24"/>
          <w:szCs w:val="24"/>
          <w:lang w:val="sv-SE"/>
        </w:rPr>
        <w:t xml:space="preserve"> kg </w:t>
      </w:r>
      <w:r w:rsidR="00735652" w:rsidRPr="004D46D7">
        <w:rPr>
          <w:color w:val="auto"/>
          <w:sz w:val="24"/>
          <w:szCs w:val="24"/>
          <w:lang w:val="sv-SE"/>
        </w:rPr>
        <w:t xml:space="preserve"> </w:t>
      </w:r>
    </w:p>
    <w:p w14:paraId="14F0C0AB" w14:textId="77777777" w:rsidR="00735652" w:rsidRPr="004D46D7" w:rsidRDefault="00D4519F" w:rsidP="0026749B">
      <w:pPr>
        <w:rPr>
          <w:i/>
          <w:iCs/>
          <w:color w:val="C00000"/>
          <w:sz w:val="24"/>
          <w:szCs w:val="24"/>
          <w:lang w:val="sv-SE"/>
        </w:rPr>
      </w:pPr>
      <w:r w:rsidRPr="004D46D7">
        <w:rPr>
          <w:b/>
          <w:bCs/>
          <w:color w:val="auto"/>
          <w:sz w:val="24"/>
          <w:szCs w:val="24"/>
        </w:rPr>
        <w:t xml:space="preserve">c. </w:t>
      </w:r>
      <w:r w:rsidRPr="004D46D7">
        <w:rPr>
          <w:color w:val="auto"/>
          <w:sz w:val="24"/>
          <w:szCs w:val="24"/>
        </w:rPr>
        <w:t>Nhiệt độ của khí trong bình</w:t>
      </w:r>
      <w:r w:rsidRPr="004D46D7">
        <w:rPr>
          <w:color w:val="auto"/>
          <w:sz w:val="24"/>
          <w:szCs w:val="24"/>
          <w:lang w:val="sv-SE"/>
        </w:rPr>
        <w:t xml:space="preserve"> sau 726 lần bơm bằng </w:t>
      </w:r>
      <w:r w:rsidR="00735652" w:rsidRPr="004D46D7">
        <w:rPr>
          <w:color w:val="auto"/>
          <w:sz w:val="24"/>
          <w:szCs w:val="24"/>
          <w:lang w:val="sv-SE"/>
        </w:rPr>
        <w:t>41</w:t>
      </w:r>
      <w:r w:rsidRPr="004D46D7">
        <w:rPr>
          <w:color w:val="auto"/>
          <w:sz w:val="24"/>
          <w:szCs w:val="24"/>
          <w:lang w:val="sv-SE"/>
        </w:rPr>
        <w:t xml:space="preserve"> </w:t>
      </w:r>
      <w:r w:rsidRPr="004D46D7">
        <w:rPr>
          <w:color w:val="auto"/>
          <w:sz w:val="24"/>
          <w:szCs w:val="24"/>
          <w:vertAlign w:val="superscript"/>
          <w:lang w:val="sv-SE"/>
        </w:rPr>
        <w:t>o</w:t>
      </w:r>
      <w:r w:rsidRPr="004D46D7">
        <w:rPr>
          <w:color w:val="auto"/>
          <w:sz w:val="24"/>
          <w:szCs w:val="24"/>
          <w:lang w:val="sv-SE"/>
        </w:rPr>
        <w:t>C</w:t>
      </w:r>
      <w:r w:rsidR="00735652" w:rsidRPr="004D46D7">
        <w:rPr>
          <w:color w:val="auto"/>
          <w:sz w:val="24"/>
          <w:szCs w:val="24"/>
          <w:lang w:val="sv-SE"/>
        </w:rPr>
        <w:t xml:space="preserve">  </w:t>
      </w:r>
    </w:p>
    <w:p w14:paraId="731C158B" w14:textId="77777777" w:rsidR="00735652" w:rsidRPr="004D46D7" w:rsidRDefault="00D4519F" w:rsidP="0026749B">
      <w:pPr>
        <w:rPr>
          <w:i/>
          <w:iCs/>
          <w:color w:val="C00000"/>
          <w:sz w:val="24"/>
          <w:szCs w:val="24"/>
          <w:lang w:val="sv-SE"/>
        </w:rPr>
      </w:pPr>
      <w:r w:rsidRPr="004D46D7">
        <w:rPr>
          <w:b/>
          <w:bCs/>
          <w:color w:val="auto"/>
          <w:sz w:val="24"/>
          <w:szCs w:val="24"/>
        </w:rPr>
        <w:t xml:space="preserve">d. </w:t>
      </w:r>
      <w:r w:rsidRPr="004D46D7">
        <w:rPr>
          <w:color w:val="auto"/>
          <w:sz w:val="24"/>
          <w:szCs w:val="24"/>
          <w:lang w:val="sv-SE"/>
        </w:rPr>
        <w:t>Khối lượng mol của không khí tính được theo dữ liệu của bài này xấp xỉ bằng 28,9 g/mol</w:t>
      </w:r>
      <w:r w:rsidR="00735652" w:rsidRPr="004D46D7">
        <w:rPr>
          <w:color w:val="auto"/>
          <w:sz w:val="24"/>
          <w:szCs w:val="24"/>
          <w:lang w:val="sv-SE"/>
        </w:rPr>
        <w:t xml:space="preserve">  </w:t>
      </w:r>
    </w:p>
    <w:p w14:paraId="177362E5" w14:textId="77777777" w:rsidR="00D4519F" w:rsidRPr="004D46D7" w:rsidRDefault="00D4519F"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2: </w:t>
      </w:r>
      <w:r w:rsidRPr="004D46D7">
        <w:rPr>
          <w:rFonts w:ascii="Times New Roman" w:hAnsi="Times New Roman" w:cs="Times New Roman"/>
          <w:sz w:val="24"/>
          <w:szCs w:val="24"/>
          <w:lang w:val="sv-SE"/>
        </w:rPr>
        <w:t>Trong một xi lanh nằm ngang, kín hai đầu, có một pittong cách nhiệt có thể di chuyển không ma sát. Phần bên trái xi lanh chứa khí CO</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phần bên phải chứa khí H</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xml:space="preserve"> với cùng khối lượng và ở cùng nhiệt độ 27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 ở cùng áp suất 1 atm. Sau đó, hơ nóng phần chứa khí CO</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xml:space="preserve"> lên tới 167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40A5A629" w14:textId="77777777" w:rsidR="00D4519F" w:rsidRPr="004D46D7" w:rsidRDefault="00D4519F" w:rsidP="0026749B">
      <w:pPr>
        <w:rPr>
          <w:b/>
          <w:bCs/>
          <w:i/>
          <w:iCs/>
          <w:color w:val="C00000"/>
          <w:sz w:val="24"/>
          <w:szCs w:val="24"/>
        </w:rPr>
      </w:pPr>
      <w:r w:rsidRPr="004D46D7">
        <w:rPr>
          <w:noProof/>
          <w:color w:val="auto"/>
          <w:sz w:val="24"/>
          <w:szCs w:val="24"/>
        </w:rPr>
        <w:drawing>
          <wp:inline distT="0" distB="0" distL="0" distR="0" wp14:anchorId="24144547" wp14:editId="38B27C20">
            <wp:extent cx="1963743" cy="1624330"/>
            <wp:effectExtent l="0" t="0" r="0" b="0"/>
            <wp:docPr id="152703230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032301" name="Hình ảnh 1" descr="n130 fb + zalo Thu Minh"/>
                    <pic:cNvPicPr/>
                  </pic:nvPicPr>
                  <pic:blipFill>
                    <a:blip r:embed="rId39">
                      <a:extLst>
                        <a:ext uri="{BEBA8EAE-BF5A-486C-A8C5-ECC9F3942E4B}">
                          <a14:imgProps xmlns:a14="http://schemas.microsoft.com/office/drawing/2010/main">
                            <a14:imgLayer r:embed="rId40">
                              <a14:imgEffect>
                                <a14:saturation sat="400000"/>
                              </a14:imgEffect>
                            </a14:imgLayer>
                          </a14:imgProps>
                        </a:ext>
                      </a:extLst>
                    </a:blip>
                    <a:stretch>
                      <a:fillRect/>
                    </a:stretch>
                  </pic:blipFill>
                  <pic:spPr>
                    <a:xfrm>
                      <a:off x="0" y="0"/>
                      <a:ext cx="1991612" cy="1647382"/>
                    </a:xfrm>
                    <a:prstGeom prst="rect">
                      <a:avLst/>
                    </a:prstGeom>
                  </pic:spPr>
                </pic:pic>
              </a:graphicData>
            </a:graphic>
          </wp:inline>
        </w:drawing>
      </w:r>
    </w:p>
    <w:p w14:paraId="2DE44ADD" w14:textId="77777777" w:rsidR="00735652" w:rsidRPr="004D46D7" w:rsidRDefault="00735652" w:rsidP="0026749B">
      <w:pPr>
        <w:tabs>
          <w:tab w:val="left" w:pos="0"/>
          <w:tab w:val="left" w:pos="2835"/>
          <w:tab w:val="left" w:pos="5386"/>
          <w:tab w:val="left" w:pos="7937"/>
        </w:tabs>
        <w:spacing w:line="312" w:lineRule="auto"/>
        <w:rPr>
          <w:i/>
          <w:iCs/>
          <w:color w:val="C00000"/>
          <w:sz w:val="24"/>
          <w:szCs w:val="24"/>
          <w:lang w:val="sv-SE"/>
        </w:rPr>
      </w:pPr>
      <w:r w:rsidRPr="004D46D7">
        <w:rPr>
          <w:b/>
          <w:bCs/>
          <w:color w:val="auto"/>
          <w:sz w:val="24"/>
          <w:szCs w:val="24"/>
          <w:lang w:val="sv-SE"/>
        </w:rPr>
        <w:t xml:space="preserve">a. </w:t>
      </w:r>
      <w:r w:rsidRPr="004D46D7">
        <w:rPr>
          <w:color w:val="auto"/>
          <w:sz w:val="24"/>
          <w:szCs w:val="24"/>
          <w:lang w:val="sv-SE"/>
        </w:rPr>
        <w:t xml:space="preserve">Tỉ số thể tích của phần bên phải và phần bên trái trước khi hơ nóng bằng 20.  </w:t>
      </w:r>
    </w:p>
    <w:p w14:paraId="2A18BD34" w14:textId="77777777" w:rsidR="00735652" w:rsidRPr="004D46D7" w:rsidRDefault="00735652" w:rsidP="0026749B">
      <w:pPr>
        <w:rPr>
          <w:i/>
          <w:iCs/>
          <w:color w:val="C00000"/>
          <w:sz w:val="24"/>
          <w:szCs w:val="24"/>
          <w:lang w:val="sv-SE"/>
        </w:rPr>
      </w:pPr>
      <w:r w:rsidRPr="004D46D7">
        <w:rPr>
          <w:b/>
          <w:bCs/>
          <w:color w:val="auto"/>
          <w:sz w:val="24"/>
          <w:szCs w:val="24"/>
        </w:rPr>
        <w:t xml:space="preserve">b. </w:t>
      </w:r>
      <w:r w:rsidRPr="004D46D7">
        <w:rPr>
          <w:color w:val="auto"/>
          <w:sz w:val="24"/>
          <w:szCs w:val="24"/>
          <w:lang w:val="sv-SE"/>
        </w:rPr>
        <w:t xml:space="preserve">Tỉ số thể tích của phần bên phải và phần bên trái sau khi hơ nóng bằng 15.  </w:t>
      </w:r>
    </w:p>
    <w:p w14:paraId="121F4138" w14:textId="77777777" w:rsidR="00735652" w:rsidRPr="004D46D7" w:rsidRDefault="00735652" w:rsidP="0026749B">
      <w:pPr>
        <w:tabs>
          <w:tab w:val="left" w:pos="0"/>
          <w:tab w:val="left" w:pos="2835"/>
          <w:tab w:val="left" w:pos="5386"/>
          <w:tab w:val="left" w:pos="7937"/>
        </w:tabs>
        <w:spacing w:line="312" w:lineRule="auto"/>
        <w:rPr>
          <w:i/>
          <w:iCs/>
          <w:color w:val="C00000"/>
          <w:sz w:val="24"/>
          <w:szCs w:val="24"/>
          <w:lang w:val="sv-SE"/>
        </w:rPr>
      </w:pPr>
      <w:r w:rsidRPr="004D46D7">
        <w:rPr>
          <w:b/>
          <w:bCs/>
          <w:color w:val="auto"/>
          <w:sz w:val="24"/>
          <w:szCs w:val="24"/>
        </w:rPr>
        <w:t xml:space="preserve">c. </w:t>
      </w:r>
      <w:r w:rsidRPr="004D46D7">
        <w:rPr>
          <w:color w:val="auto"/>
          <w:sz w:val="24"/>
          <w:szCs w:val="24"/>
          <w:lang w:val="sv-SE"/>
        </w:rPr>
        <w:t>Tỉ số khối lượng riêng của phần bên phải và phần bên trái sau khi hơ nóng bằng 0,</w:t>
      </w:r>
      <w:r w:rsidR="00B22B70" w:rsidRPr="004D46D7">
        <w:rPr>
          <w:color w:val="auto"/>
          <w:sz w:val="24"/>
          <w:szCs w:val="24"/>
          <w:lang w:val="sv-SE"/>
        </w:rPr>
        <w:t>7</w:t>
      </w:r>
      <w:r w:rsidRPr="004D46D7">
        <w:rPr>
          <w:color w:val="auto"/>
          <w:sz w:val="24"/>
          <w:szCs w:val="24"/>
          <w:lang w:val="sv-SE"/>
        </w:rPr>
        <w:t xml:space="preserve">.  </w:t>
      </w:r>
    </w:p>
    <w:p w14:paraId="5415C634" w14:textId="77777777" w:rsidR="00B22B70" w:rsidRPr="004D46D7" w:rsidRDefault="00735652" w:rsidP="0026749B">
      <w:pPr>
        <w:rPr>
          <w:i/>
          <w:iCs/>
          <w:color w:val="C00000"/>
          <w:sz w:val="24"/>
          <w:szCs w:val="24"/>
          <w:lang w:val="sv-SE"/>
        </w:rPr>
      </w:pPr>
      <w:r w:rsidRPr="004D46D7">
        <w:rPr>
          <w:b/>
          <w:bCs/>
          <w:color w:val="auto"/>
          <w:sz w:val="24"/>
          <w:szCs w:val="24"/>
        </w:rPr>
        <w:t xml:space="preserve">d. </w:t>
      </w:r>
      <w:r w:rsidRPr="004D46D7">
        <w:rPr>
          <w:color w:val="auto"/>
          <w:sz w:val="24"/>
          <w:szCs w:val="24"/>
        </w:rPr>
        <w:t>Áp suất</w:t>
      </w:r>
      <w:r w:rsidRPr="004D46D7">
        <w:rPr>
          <w:b/>
          <w:bCs/>
          <w:color w:val="auto"/>
          <w:sz w:val="24"/>
          <w:szCs w:val="24"/>
        </w:rPr>
        <w:t xml:space="preserve"> </w:t>
      </w:r>
      <w:r w:rsidRPr="004D46D7">
        <w:rPr>
          <w:color w:val="auto"/>
          <w:sz w:val="24"/>
          <w:szCs w:val="24"/>
        </w:rPr>
        <w:t>của khí ở mỗi phần</w:t>
      </w:r>
      <w:r w:rsidRPr="004D46D7">
        <w:rPr>
          <w:color w:val="auto"/>
          <w:sz w:val="24"/>
          <w:szCs w:val="24"/>
          <w:lang w:val="sv-SE"/>
        </w:rPr>
        <w:t xml:space="preserve"> sau khi hơ nóng xấp xỉ bằng 1,02 atm   </w:t>
      </w:r>
    </w:p>
    <w:p w14:paraId="62618FF5" w14:textId="77777777" w:rsidR="00B22B70" w:rsidRPr="004D46D7" w:rsidRDefault="00735652"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Câu 3: </w:t>
      </w:r>
      <w:r w:rsidRPr="004D46D7">
        <w:rPr>
          <w:rFonts w:ascii="Times New Roman" w:hAnsi="Times New Roman" w:cs="Times New Roman"/>
          <w:sz w:val="24"/>
          <w:szCs w:val="24"/>
          <w:lang w:val="sv-SE"/>
        </w:rPr>
        <w:t>Một bình kín có dung tích 1,2 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chứa hỗn hợp khí gồm 2,8 kg nitơ và 3,2kg ôxi ở nhiệt độ 17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C.</w:t>
      </w:r>
    </w:p>
    <w:p w14:paraId="53DC8664" w14:textId="77777777" w:rsidR="00735652" w:rsidRPr="004D46D7" w:rsidRDefault="00735652"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Khối lượng riêng của hỗn hợp khí bằng </w:t>
      </w:r>
      <w:r w:rsidR="00266DEF" w:rsidRPr="004D46D7">
        <w:rPr>
          <w:rFonts w:ascii="Times New Roman" w:hAnsi="Times New Roman" w:cs="Times New Roman"/>
          <w:sz w:val="24"/>
          <w:szCs w:val="24"/>
          <w:lang w:val="sv-SE"/>
        </w:rPr>
        <w:t>3,5</w:t>
      </w:r>
      <w:r w:rsidRPr="004D46D7">
        <w:rPr>
          <w:rFonts w:ascii="Times New Roman" w:hAnsi="Times New Roman" w:cs="Times New Roman"/>
          <w:sz w:val="24"/>
          <w:szCs w:val="24"/>
          <w:lang w:val="sv-SE"/>
        </w:rPr>
        <w:t xml:space="preserve"> kg/m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4E1C82BE" w14:textId="77777777" w:rsidR="00735652" w:rsidRPr="004D46D7" w:rsidRDefault="00735652" w:rsidP="0026749B">
      <w:pPr>
        <w:pStyle w:val="ListParagraph"/>
        <w:spacing w:after="0" w:line="276" w:lineRule="auto"/>
        <w:ind w:left="0"/>
        <w:jc w:val="both"/>
        <w:rPr>
          <w:rFonts w:ascii="Times New Roman" w:hAnsi="Times New Roman" w:cs="Times New Roman"/>
          <w:sz w:val="24"/>
          <w:szCs w:val="24"/>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rPr>
        <w:t>Áp suất do khí nitơ gây ra trong bình xấp xỉ bằng 2.10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36D099C0" w14:textId="77777777" w:rsidR="00735652" w:rsidRPr="004D46D7" w:rsidRDefault="00735652" w:rsidP="0026749B">
      <w:pPr>
        <w:pStyle w:val="ListParagraph"/>
        <w:spacing w:after="0"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Áp suất do khí ôxi gây ra trong bình bằng </w:t>
      </w:r>
      <w:r w:rsidR="00266DEF" w:rsidRPr="004D46D7">
        <w:rPr>
          <w:rFonts w:ascii="Times New Roman" w:hAnsi="Times New Roman" w:cs="Times New Roman"/>
          <w:sz w:val="24"/>
          <w:szCs w:val="24"/>
        </w:rPr>
        <w:t>3,5</w:t>
      </w:r>
      <w:r w:rsidRPr="004D46D7">
        <w:rPr>
          <w:rFonts w:ascii="Times New Roman" w:hAnsi="Times New Roman" w:cs="Times New Roman"/>
          <w:sz w:val="24"/>
          <w:szCs w:val="24"/>
        </w:rPr>
        <w:t>.10</w:t>
      </w:r>
      <w:r w:rsidRPr="004D46D7">
        <w:rPr>
          <w:rFonts w:ascii="Times New Roman" w:hAnsi="Times New Roman" w:cs="Times New Roman"/>
          <w:sz w:val="24"/>
          <w:szCs w:val="24"/>
          <w:vertAlign w:val="superscript"/>
        </w:rPr>
        <w:t>5</w:t>
      </w:r>
      <w:r w:rsidRPr="004D46D7">
        <w:rPr>
          <w:rFonts w:ascii="Times New Roman" w:hAnsi="Times New Roman" w:cs="Times New Roman"/>
          <w:sz w:val="24"/>
          <w:szCs w:val="24"/>
        </w:rPr>
        <w:t xml:space="preserve"> Pa.  </w:t>
      </w:r>
    </w:p>
    <w:p w14:paraId="7BA735B6" w14:textId="77777777" w:rsidR="00735652" w:rsidRPr="004D46D7" w:rsidRDefault="00735652" w:rsidP="0026749B">
      <w:pPr>
        <w:pStyle w:val="ListParagraph"/>
        <w:spacing w:after="0"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Khối lượng của 1 mol hỗn hợp khí xấp xỉ bằng </w:t>
      </w:r>
      <w:r w:rsidR="00266DEF" w:rsidRPr="004D46D7">
        <w:rPr>
          <w:rFonts w:ascii="Times New Roman" w:hAnsi="Times New Roman" w:cs="Times New Roman"/>
          <w:sz w:val="24"/>
          <w:szCs w:val="24"/>
        </w:rPr>
        <w:t>30,12</w:t>
      </w:r>
      <w:r w:rsidRPr="004D46D7">
        <w:rPr>
          <w:rFonts w:ascii="Times New Roman" w:hAnsi="Times New Roman" w:cs="Times New Roman"/>
          <w:sz w:val="24"/>
          <w:szCs w:val="24"/>
        </w:rPr>
        <w:t xml:space="preserve"> gam.  </w:t>
      </w:r>
    </w:p>
    <w:p w14:paraId="58C47496" w14:textId="77777777" w:rsidR="00735652" w:rsidRPr="004D46D7" w:rsidRDefault="00735652" w:rsidP="0026749B">
      <w:pPr>
        <w:tabs>
          <w:tab w:val="left" w:pos="720"/>
        </w:tabs>
        <w:spacing w:line="276" w:lineRule="auto"/>
        <w:jc w:val="both"/>
        <w:rPr>
          <w:rFonts w:eastAsia="Calibri"/>
          <w:color w:val="auto"/>
          <w:sz w:val="24"/>
          <w:szCs w:val="24"/>
          <w:lang w:val="fr-FR" w:eastAsia="en-ZW"/>
        </w:rPr>
      </w:pPr>
      <w:r w:rsidRPr="004D46D7">
        <w:rPr>
          <w:b/>
          <w:bCs/>
          <w:color w:val="auto"/>
          <w:sz w:val="24"/>
          <w:szCs w:val="24"/>
          <w:lang w:val="sv-SE"/>
        </w:rPr>
        <w:t xml:space="preserve">Câu 4: </w:t>
      </w:r>
      <w:r w:rsidRPr="004D46D7">
        <w:rPr>
          <w:rFonts w:eastAsia="Calibri"/>
          <w:color w:val="auto"/>
          <w:sz w:val="24"/>
          <w:szCs w:val="24"/>
          <w:lang w:val="fr-FR" w:eastAsia="en-ZW"/>
        </w:rPr>
        <w:t>Trong ô tô, người ta thường đặt ở hệ thống tay lái một thiết bị nhằm bảo vệ người lái xe khi gặp tai nạn, gọi là ‘’túi khí’’. Túi khí được chế tạo bằng vật liệu co giãn, chịu được áp suất lớn, trong túi khí chứa 100 g chất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Khi xe va chạm mạnh với vật cản, hệ thống cảm biến sẽ kích thích để chất rắn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xml:space="preserve"> phân hủy (toàn bộ) thành Na và N</w:t>
      </w:r>
      <w:r w:rsidRPr="004D46D7">
        <w:rPr>
          <w:rFonts w:eastAsia="Calibri"/>
          <w:color w:val="auto"/>
          <w:sz w:val="24"/>
          <w:szCs w:val="24"/>
          <w:vertAlign w:val="subscript"/>
          <w:lang w:val="fr-FR" w:eastAsia="en-ZW"/>
        </w:rPr>
        <w:t>2</w:t>
      </w:r>
      <w:r w:rsidRPr="004D46D7">
        <w:rPr>
          <w:rFonts w:eastAsia="Calibri"/>
          <w:color w:val="auto"/>
          <w:sz w:val="24"/>
          <w:szCs w:val="24"/>
          <w:lang w:val="fr-FR" w:eastAsia="en-ZW"/>
        </w:rPr>
        <w:t>. Khối lượng mol của NaN</w:t>
      </w:r>
      <w:r w:rsidRPr="004D46D7">
        <w:rPr>
          <w:rFonts w:eastAsia="Calibri"/>
          <w:color w:val="auto"/>
          <w:sz w:val="24"/>
          <w:szCs w:val="24"/>
          <w:vertAlign w:val="subscript"/>
          <w:lang w:val="fr-FR" w:eastAsia="en-ZW"/>
        </w:rPr>
        <w:t>3</w:t>
      </w:r>
      <w:r w:rsidRPr="004D46D7">
        <w:rPr>
          <w:rFonts w:eastAsia="Calibri"/>
          <w:color w:val="auto"/>
          <w:sz w:val="24"/>
          <w:szCs w:val="24"/>
          <w:lang w:val="fr-FR" w:eastAsia="en-ZW"/>
        </w:rPr>
        <w:t xml:space="preserve"> bằng 65 g/mol. Bỏ qua thể tích khí có trong túi trước khi phồng lên và thể tích của Na tạo thành trong túi do phân hủy. </w:t>
      </w:r>
    </w:p>
    <w:p w14:paraId="03B986DF" w14:textId="77777777" w:rsidR="00735652" w:rsidRPr="004D46D7" w:rsidRDefault="00735652" w:rsidP="0026749B">
      <w:pPr>
        <w:tabs>
          <w:tab w:val="left" w:pos="720"/>
        </w:tabs>
        <w:spacing w:line="276" w:lineRule="auto"/>
        <w:jc w:val="both"/>
        <w:rPr>
          <w:b/>
          <w:bCs/>
          <w:color w:val="auto"/>
          <w:sz w:val="24"/>
          <w:szCs w:val="24"/>
          <w:lang w:val="da-DK"/>
        </w:rPr>
      </w:pPr>
      <w:r w:rsidRPr="004D46D7">
        <w:rPr>
          <w:noProof/>
        </w:rPr>
        <w:lastRenderedPageBreak/>
        <w:drawing>
          <wp:inline distT="0" distB="0" distL="0" distR="0" wp14:anchorId="3250AE78" wp14:editId="5C41F913">
            <wp:extent cx="2262736" cy="1359244"/>
            <wp:effectExtent l="0" t="0" r="4445" b="0"/>
            <wp:docPr id="12806536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287433" cy="1374080"/>
                    </a:xfrm>
                    <a:prstGeom prst="rect">
                      <a:avLst/>
                    </a:prstGeom>
                    <a:noFill/>
                    <a:ln>
                      <a:noFill/>
                    </a:ln>
                  </pic:spPr>
                </pic:pic>
              </a:graphicData>
            </a:graphic>
          </wp:inline>
        </w:drawing>
      </w:r>
    </w:p>
    <w:p w14:paraId="7F77CD75" w14:textId="77777777" w:rsidR="00735652" w:rsidRPr="004D46D7" w:rsidRDefault="00735652" w:rsidP="0026749B">
      <w:pPr>
        <w:rPr>
          <w:b/>
          <w:bCs/>
          <w:i/>
          <w:iCs/>
          <w:color w:val="C00000"/>
          <w:sz w:val="24"/>
          <w:szCs w:val="24"/>
        </w:rPr>
      </w:pPr>
    </w:p>
    <w:p w14:paraId="32120767" w14:textId="77777777" w:rsidR="00735652" w:rsidRPr="004D46D7" w:rsidRDefault="00735652" w:rsidP="0026749B">
      <w:pPr>
        <w:tabs>
          <w:tab w:val="left" w:pos="720"/>
        </w:tabs>
        <w:spacing w:line="276" w:lineRule="auto"/>
        <w:jc w:val="both"/>
        <w:rPr>
          <w:color w:val="auto"/>
          <w:sz w:val="24"/>
          <w:szCs w:val="24"/>
          <w:lang w:val="fr-FR" w:eastAsia="en-ZW"/>
        </w:rPr>
      </w:pPr>
      <w:r w:rsidRPr="004D46D7">
        <w:rPr>
          <w:b/>
          <w:bCs/>
          <w:color w:val="auto"/>
          <w:sz w:val="24"/>
          <w:szCs w:val="24"/>
          <w:lang w:val="sv-SE"/>
        </w:rPr>
        <w:t xml:space="preserve">a. </w:t>
      </w:r>
      <w:r w:rsidRPr="004D46D7">
        <w:rPr>
          <w:color w:val="auto"/>
          <w:sz w:val="24"/>
          <w:szCs w:val="24"/>
          <w:lang w:val="sv-SE"/>
        </w:rPr>
        <w:t xml:space="preserve">Phản ứng phân hủy </w:t>
      </w:r>
      <w:r w:rsidRPr="004D46D7">
        <w:rPr>
          <w:color w:val="auto"/>
          <w:sz w:val="24"/>
          <w:szCs w:val="24"/>
          <w:lang w:val="fr-FR" w:eastAsia="en-ZW"/>
        </w:rPr>
        <w:t>NaN</w:t>
      </w:r>
      <w:r w:rsidRPr="004D46D7">
        <w:rPr>
          <w:color w:val="auto"/>
          <w:sz w:val="24"/>
          <w:szCs w:val="24"/>
          <w:vertAlign w:val="subscript"/>
          <w:lang w:val="fr-FR" w:eastAsia="en-ZW"/>
        </w:rPr>
        <w:t>3</w:t>
      </w:r>
      <w:r w:rsidRPr="004D46D7">
        <w:rPr>
          <w:color w:val="auto"/>
          <w:sz w:val="24"/>
          <w:szCs w:val="24"/>
          <w:lang w:val="fr-FR" w:eastAsia="en-ZW"/>
        </w:rPr>
        <w:t xml:space="preserve"> xảy ra như sau:  </w:t>
      </w:r>
    </w:p>
    <w:p w14:paraId="78B2C4AB" w14:textId="77777777" w:rsidR="0026749B" w:rsidRPr="004D46D7" w:rsidRDefault="00735652" w:rsidP="0026749B">
      <w:pPr>
        <w:rPr>
          <w:color w:val="auto"/>
          <w:sz w:val="24"/>
          <w:szCs w:val="24"/>
          <w:vertAlign w:val="subscript"/>
          <w:lang w:val="fr-FR" w:eastAsia="en-ZW"/>
        </w:rPr>
      </w:pPr>
      <w:r w:rsidRPr="004D46D7">
        <w:rPr>
          <w:color w:val="auto"/>
          <w:sz w:val="24"/>
          <w:szCs w:val="24"/>
          <w:lang w:val="fr-FR" w:eastAsia="en-ZW"/>
        </w:rPr>
        <w:t>2NaN</w:t>
      </w:r>
      <w:r w:rsidRPr="004D46D7">
        <w:rPr>
          <w:color w:val="auto"/>
          <w:sz w:val="24"/>
          <w:szCs w:val="24"/>
          <w:vertAlign w:val="subscript"/>
          <w:lang w:val="fr-FR" w:eastAsia="en-ZW"/>
        </w:rPr>
        <w:t>3</w:t>
      </w:r>
      <w:r w:rsidRPr="004D46D7">
        <w:rPr>
          <w:color w:val="auto"/>
          <w:sz w:val="24"/>
          <w:szCs w:val="24"/>
          <w:lang w:val="fr-FR" w:eastAsia="en-ZW"/>
        </w:rPr>
        <w:t xml:space="preserve"> </w:t>
      </w:r>
      <w:r w:rsidRPr="004D46D7">
        <w:rPr>
          <w:rFonts w:ascii="Cambria Math" w:hAnsi="Cambria Math" w:cs="Cambria Math"/>
          <w:color w:val="auto"/>
          <w:sz w:val="24"/>
          <w:szCs w:val="24"/>
          <w:lang w:val="fr-FR" w:eastAsia="en-ZW"/>
        </w:rPr>
        <w:t>⟶</w:t>
      </w:r>
      <w:r w:rsidRPr="004D46D7">
        <w:rPr>
          <w:color w:val="auto"/>
          <w:sz w:val="24"/>
          <w:szCs w:val="24"/>
          <w:lang w:val="fr-FR" w:eastAsia="en-ZW"/>
        </w:rPr>
        <w:t xml:space="preserve"> 2Na + 3N</w:t>
      </w:r>
      <w:r w:rsidRPr="004D46D7">
        <w:rPr>
          <w:color w:val="auto"/>
          <w:sz w:val="24"/>
          <w:szCs w:val="24"/>
          <w:vertAlign w:val="subscript"/>
          <w:lang w:val="fr-FR" w:eastAsia="en-ZW"/>
        </w:rPr>
        <w:t xml:space="preserve">2     </w:t>
      </w:r>
    </w:p>
    <w:p w14:paraId="7D2FD48B" w14:textId="77777777" w:rsidR="00735652" w:rsidRPr="004D46D7" w:rsidRDefault="00735652" w:rsidP="0026749B">
      <w:pPr>
        <w:rPr>
          <w:color w:val="auto"/>
          <w:sz w:val="24"/>
          <w:szCs w:val="24"/>
          <w:lang w:val="fr-FR" w:eastAsia="en-ZW"/>
        </w:rPr>
      </w:pPr>
      <w:r w:rsidRPr="004D46D7">
        <w:rPr>
          <w:b/>
          <w:bCs/>
          <w:color w:val="auto"/>
          <w:sz w:val="24"/>
          <w:szCs w:val="24"/>
        </w:rPr>
        <w:t xml:space="preserve">b. </w:t>
      </w:r>
      <w:r w:rsidRPr="004D46D7">
        <w:rPr>
          <w:color w:val="auto"/>
          <w:sz w:val="24"/>
          <w:szCs w:val="24"/>
          <w:lang w:val="fr-FR" w:eastAsia="en-ZW"/>
        </w:rPr>
        <w:t>Ở điều kiện chuẩn, túi khí có áp suất 10</w:t>
      </w:r>
      <w:r w:rsidRPr="004D46D7">
        <w:rPr>
          <w:color w:val="auto"/>
          <w:sz w:val="24"/>
          <w:szCs w:val="24"/>
          <w:vertAlign w:val="superscript"/>
          <w:lang w:val="fr-FR" w:eastAsia="en-ZW"/>
        </w:rPr>
        <w:t>5</w:t>
      </w:r>
      <w:r w:rsidRPr="004D46D7">
        <w:rPr>
          <w:color w:val="auto"/>
          <w:sz w:val="24"/>
          <w:szCs w:val="24"/>
          <w:lang w:val="fr-FR" w:eastAsia="en-ZW"/>
        </w:rPr>
        <w:t xml:space="preserve"> Pa và nhiệt độ 298 K    </w:t>
      </w:r>
    </w:p>
    <w:p w14:paraId="2EF9E596" w14:textId="77777777" w:rsidR="00266DEF" w:rsidRPr="004D46D7" w:rsidRDefault="00735652" w:rsidP="0026749B">
      <w:pPr>
        <w:pStyle w:val="ListParagraph"/>
        <w:spacing w:after="0" w:line="276" w:lineRule="auto"/>
        <w:ind w:left="0"/>
        <w:jc w:val="both"/>
        <w:rPr>
          <w:rFonts w:ascii="Times New Roman" w:hAnsi="Times New Roman" w:cs="Times New Roman"/>
          <w:b/>
          <w:bCs/>
          <w:color w:val="FF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lang w:val="fr-FR" w:eastAsia="en-ZW"/>
        </w:rPr>
        <w:t xml:space="preserve">Thể tích của khí phân hủy thành ở điều kiện chuẩn xấp xỉ bằng </w:t>
      </w:r>
      <w:r w:rsidR="00266DEF" w:rsidRPr="004D46D7">
        <w:rPr>
          <w:rFonts w:ascii="Times New Roman" w:hAnsi="Times New Roman" w:cs="Times New Roman"/>
          <w:sz w:val="24"/>
          <w:szCs w:val="24"/>
          <w:lang w:val="fr-FR" w:eastAsia="en-ZW"/>
        </w:rPr>
        <w:t>42</w:t>
      </w:r>
      <w:r w:rsidRPr="004D46D7">
        <w:rPr>
          <w:rFonts w:ascii="Times New Roman" w:hAnsi="Times New Roman" w:cs="Times New Roman"/>
          <w:sz w:val="24"/>
          <w:szCs w:val="24"/>
          <w:lang w:val="fr-FR" w:eastAsia="en-ZW"/>
        </w:rPr>
        <w:t>,</w:t>
      </w:r>
      <w:r w:rsidR="00266DEF" w:rsidRPr="004D46D7">
        <w:rPr>
          <w:rFonts w:ascii="Times New Roman" w:hAnsi="Times New Roman" w:cs="Times New Roman"/>
          <w:sz w:val="24"/>
          <w:szCs w:val="24"/>
          <w:lang w:val="fr-FR" w:eastAsia="en-ZW"/>
        </w:rPr>
        <w:t>7</w:t>
      </w:r>
      <w:r w:rsidRPr="004D46D7">
        <w:rPr>
          <w:rFonts w:ascii="Times New Roman" w:hAnsi="Times New Roman" w:cs="Times New Roman"/>
          <w:sz w:val="24"/>
          <w:szCs w:val="24"/>
          <w:lang w:val="fr-FR" w:eastAsia="en-ZW"/>
        </w:rPr>
        <w:t xml:space="preserve"> lít.   </w:t>
      </w:r>
    </w:p>
    <w:p w14:paraId="43E98688" w14:textId="77777777" w:rsidR="00735652" w:rsidRPr="004D46D7" w:rsidRDefault="00735652" w:rsidP="0026749B">
      <w:pPr>
        <w:pStyle w:val="ListParagraph"/>
        <w:spacing w:after="0" w:line="276" w:lineRule="auto"/>
        <w:ind w:left="0"/>
        <w:jc w:val="both"/>
        <w:rPr>
          <w:rFonts w:ascii="Times New Roman" w:eastAsia="Calibri" w:hAnsi="Times New Roman" w:cs="Times New Roman"/>
          <w:i/>
          <w:iCs/>
          <w:color w:val="C00000"/>
          <w:sz w:val="24"/>
          <w:szCs w:val="24"/>
          <w:lang w:val="fr-FR" w:eastAsia="en-ZW"/>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fr-FR"/>
        </w:rPr>
        <w:t xml:space="preserve">Ở nhiệt độ 30 </w:t>
      </w:r>
      <w:r w:rsidRPr="004D46D7">
        <w:rPr>
          <w:rFonts w:ascii="Times New Roman" w:hAnsi="Times New Roman" w:cs="Times New Roman"/>
          <w:sz w:val="24"/>
          <w:szCs w:val="24"/>
          <w:vertAlign w:val="superscript"/>
          <w:lang w:val="fr-FR"/>
        </w:rPr>
        <w:t>o</w:t>
      </w:r>
      <w:r w:rsidRPr="004D46D7">
        <w:rPr>
          <w:rFonts w:ascii="Times New Roman" w:hAnsi="Times New Roman" w:cs="Times New Roman"/>
          <w:sz w:val="24"/>
          <w:szCs w:val="24"/>
          <w:lang w:val="fr-FR"/>
        </w:rPr>
        <w:t xml:space="preserve">C, túi khí có thể tích 48 lít. Áp suất của khí trong túi bằng </w:t>
      </w:r>
      <w:r w:rsidR="00266DEF" w:rsidRPr="004D46D7">
        <w:rPr>
          <w:rFonts w:ascii="Times New Roman" w:hAnsi="Times New Roman" w:cs="Times New Roman"/>
          <w:sz w:val="24"/>
          <w:szCs w:val="24"/>
          <w:lang w:val="fr-FR"/>
        </w:rPr>
        <w:t>0</w:t>
      </w:r>
      <w:r w:rsidRPr="004D46D7">
        <w:rPr>
          <w:rFonts w:ascii="Times New Roman" w:hAnsi="Times New Roman" w:cs="Times New Roman"/>
          <w:sz w:val="24"/>
          <w:szCs w:val="24"/>
          <w:lang w:val="fr-FR"/>
        </w:rPr>
        <w:t>,</w:t>
      </w:r>
      <w:r w:rsidR="00266DEF" w:rsidRPr="004D46D7">
        <w:rPr>
          <w:rFonts w:ascii="Times New Roman" w:hAnsi="Times New Roman" w:cs="Times New Roman"/>
          <w:sz w:val="24"/>
          <w:szCs w:val="24"/>
          <w:lang w:val="fr-FR"/>
        </w:rPr>
        <w:t>28</w:t>
      </w:r>
      <w:r w:rsidRPr="004D46D7">
        <w:rPr>
          <w:rFonts w:ascii="Times New Roman" w:hAnsi="Times New Roman" w:cs="Times New Roman"/>
          <w:sz w:val="24"/>
          <w:szCs w:val="24"/>
          <w:lang w:val="fr-FR"/>
        </w:rPr>
        <w:t>.10</w:t>
      </w:r>
      <w:r w:rsidRPr="004D46D7">
        <w:rPr>
          <w:rFonts w:ascii="Times New Roman" w:hAnsi="Times New Roman" w:cs="Times New Roman"/>
          <w:sz w:val="24"/>
          <w:szCs w:val="24"/>
          <w:vertAlign w:val="superscript"/>
          <w:lang w:val="fr-FR"/>
        </w:rPr>
        <w:t>5</w:t>
      </w:r>
      <w:r w:rsidRPr="004D46D7">
        <w:rPr>
          <w:rFonts w:ascii="Times New Roman" w:hAnsi="Times New Roman" w:cs="Times New Roman"/>
          <w:sz w:val="24"/>
          <w:szCs w:val="24"/>
          <w:lang w:val="fr-FR"/>
        </w:rPr>
        <w:t xml:space="preserve"> Pa.  </w:t>
      </w:r>
    </w:p>
    <w:p w14:paraId="70DADD7B" w14:textId="77777777" w:rsidR="00735652" w:rsidRPr="004D46D7" w:rsidRDefault="00735652" w:rsidP="0026749B">
      <w:pPr>
        <w:pStyle w:val="ListParagraph"/>
        <w:spacing w:after="0" w:line="276" w:lineRule="auto"/>
        <w:ind w:left="0"/>
        <w:jc w:val="both"/>
        <w:rPr>
          <w:rFonts w:ascii="Times New Roman" w:hAnsi="Times New Roman" w:cs="Times New Roman"/>
          <w:b/>
          <w:sz w:val="24"/>
          <w:szCs w:val="24"/>
          <w:lang w:val="sv-SE"/>
        </w:rPr>
      </w:pPr>
    </w:p>
    <w:p w14:paraId="176F9BDE" w14:textId="77777777" w:rsidR="004D65C8" w:rsidRPr="004D46D7" w:rsidRDefault="00735652" w:rsidP="0026749B">
      <w:pPr>
        <w:rPr>
          <w:b/>
          <w:bCs/>
          <w:i/>
          <w:iCs/>
          <w:color w:val="C00000"/>
          <w:sz w:val="24"/>
          <w:szCs w:val="24"/>
        </w:rPr>
      </w:pPr>
      <w:r w:rsidRPr="004D46D7">
        <w:rPr>
          <w:b/>
          <w:bCs/>
          <w:i/>
          <w:iCs/>
          <w:color w:val="C00000"/>
          <w:sz w:val="24"/>
          <w:szCs w:val="24"/>
        </w:rPr>
        <w:t xml:space="preserve"> </w:t>
      </w:r>
    </w:p>
    <w:p w14:paraId="2FBB4195" w14:textId="77777777" w:rsidR="004D65C8" w:rsidRPr="004D46D7" w:rsidRDefault="004D65C8" w:rsidP="0026749B">
      <w:pPr>
        <w:spacing w:after="160" w:line="259" w:lineRule="auto"/>
        <w:rPr>
          <w:b/>
          <w:bCs/>
          <w:i/>
          <w:iCs/>
          <w:color w:val="C00000"/>
          <w:sz w:val="24"/>
          <w:szCs w:val="24"/>
        </w:rPr>
      </w:pPr>
      <w:r w:rsidRPr="004D46D7">
        <w:rPr>
          <w:b/>
          <w:bCs/>
          <w:color w:val="C00000"/>
          <w:sz w:val="24"/>
          <w:szCs w:val="24"/>
        </w:rPr>
        <w:t>3. Câu trắc nghiệm trả lời ngắn ( 1,5 điểm )</w:t>
      </w:r>
    </w:p>
    <w:p w14:paraId="3DCFB1DE" w14:textId="77777777" w:rsidR="004D65C8" w:rsidRPr="004D46D7" w:rsidRDefault="004D65C8" w:rsidP="0026749B">
      <w:pPr>
        <w:spacing w:line="276" w:lineRule="auto"/>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63E76916" w14:textId="77777777" w:rsidR="00735652" w:rsidRPr="004D46D7" w:rsidRDefault="004D65C8" w:rsidP="0026749B">
      <w:pP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3FB77039" w14:textId="77777777" w:rsidR="004D65C8" w:rsidRPr="004D46D7" w:rsidRDefault="004D65C8" w:rsidP="0026749B">
      <w:pPr>
        <w:tabs>
          <w:tab w:val="left" w:pos="360"/>
        </w:tabs>
        <w:spacing w:line="276" w:lineRule="auto"/>
        <w:jc w:val="both"/>
        <w:rPr>
          <w:b/>
          <w:color w:val="auto"/>
          <w:sz w:val="24"/>
          <w:szCs w:val="24"/>
          <w:lang w:val="pt-BR"/>
        </w:rPr>
      </w:pPr>
    </w:p>
    <w:p w14:paraId="7B58FE84" w14:textId="77777777" w:rsidR="004D65C8" w:rsidRPr="004D46D7" w:rsidRDefault="004D65C8" w:rsidP="0026749B">
      <w:pPr>
        <w:spacing w:before="60"/>
        <w:jc w:val="both"/>
        <w:rPr>
          <w:color w:val="auto"/>
          <w:sz w:val="24"/>
          <w:szCs w:val="24"/>
          <w:lang w:val="nl-NL"/>
        </w:rPr>
      </w:pPr>
      <w:r w:rsidRPr="004D46D7">
        <w:rPr>
          <w:b/>
          <w:color w:val="auto"/>
          <w:sz w:val="24"/>
          <w:szCs w:val="24"/>
          <w:lang w:val="pt-BR"/>
        </w:rPr>
        <w:t>Câu 1:</w:t>
      </w:r>
      <w:r w:rsidRPr="004D46D7">
        <w:rPr>
          <w:bCs/>
          <w:color w:val="auto"/>
          <w:sz w:val="24"/>
          <w:szCs w:val="24"/>
          <w:lang w:val="pt-BR"/>
        </w:rPr>
        <w:t xml:space="preserve"> </w:t>
      </w:r>
      <w:r w:rsidRPr="004D46D7">
        <w:rPr>
          <w:color w:val="auto"/>
          <w:sz w:val="24"/>
          <w:szCs w:val="24"/>
          <w:lang w:val="nl-NL"/>
        </w:rPr>
        <w:t>Một bình kín chứa 12,04.10</w:t>
      </w:r>
      <w:r w:rsidRPr="004D46D7">
        <w:rPr>
          <w:color w:val="auto"/>
          <w:sz w:val="24"/>
          <w:szCs w:val="24"/>
          <w:vertAlign w:val="superscript"/>
          <w:lang w:val="nl-NL"/>
        </w:rPr>
        <w:t>23</w:t>
      </w:r>
      <w:r w:rsidRPr="004D46D7">
        <w:rPr>
          <w:color w:val="auto"/>
          <w:sz w:val="24"/>
          <w:szCs w:val="24"/>
          <w:lang w:val="nl-NL"/>
        </w:rPr>
        <w:t xml:space="preserve"> nguyên tử khí Heli ở 0 </w:t>
      </w:r>
      <w:r w:rsidRPr="004D46D7">
        <w:rPr>
          <w:color w:val="auto"/>
          <w:sz w:val="24"/>
          <w:szCs w:val="24"/>
          <w:vertAlign w:val="superscript"/>
          <w:lang w:val="nl-NL"/>
        </w:rPr>
        <w:t>o</w:t>
      </w:r>
      <w:r w:rsidRPr="004D46D7">
        <w:rPr>
          <w:color w:val="auto"/>
          <w:sz w:val="24"/>
          <w:szCs w:val="24"/>
          <w:lang w:val="nl-NL"/>
        </w:rPr>
        <w:t>C và áp suất trong bình là 1 atm. Hằng số Avogadro bằng 6,02.10</w:t>
      </w:r>
      <w:r w:rsidRPr="004D46D7">
        <w:rPr>
          <w:color w:val="auto"/>
          <w:sz w:val="24"/>
          <w:szCs w:val="24"/>
          <w:vertAlign w:val="superscript"/>
          <w:lang w:val="nl-NL"/>
        </w:rPr>
        <w:t>23</w:t>
      </w:r>
      <w:r w:rsidRPr="004D46D7">
        <w:rPr>
          <w:color w:val="auto"/>
          <w:sz w:val="24"/>
          <w:szCs w:val="24"/>
          <w:lang w:val="nl-NL"/>
        </w:rPr>
        <w:t xml:space="preserve"> mol</w:t>
      </w:r>
      <w:r w:rsidRPr="004D46D7">
        <w:rPr>
          <w:color w:val="auto"/>
          <w:sz w:val="24"/>
          <w:szCs w:val="24"/>
          <w:vertAlign w:val="superscript"/>
          <w:lang w:val="nl-NL"/>
        </w:rPr>
        <w:t>-1</w:t>
      </w:r>
      <w:r w:rsidRPr="004D46D7">
        <w:rPr>
          <w:color w:val="auto"/>
          <w:sz w:val="24"/>
          <w:szCs w:val="24"/>
          <w:lang w:val="nl-NL"/>
        </w:rPr>
        <w:t>. Thể tích của bình đựng khí bằng bao nhiêu lít (kết quả làm tròn lấy 1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7B1F1C81" w14:textId="77777777" w:rsidTr="00F52A3D">
        <w:trPr>
          <w:trHeight w:val="359"/>
        </w:trPr>
        <w:tc>
          <w:tcPr>
            <w:tcW w:w="1274" w:type="dxa"/>
          </w:tcPr>
          <w:p w14:paraId="2028F68E"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5E876EF0" w14:textId="77777777" w:rsidR="004D65C8" w:rsidRPr="004D46D7" w:rsidRDefault="004D65C8" w:rsidP="0026749B">
            <w:pPr>
              <w:tabs>
                <w:tab w:val="left" w:pos="720"/>
              </w:tabs>
              <w:spacing w:line="276" w:lineRule="auto"/>
              <w:rPr>
                <w:b/>
                <w:bCs/>
                <w:color w:val="auto"/>
                <w:sz w:val="24"/>
                <w:szCs w:val="24"/>
              </w:rPr>
            </w:pPr>
          </w:p>
        </w:tc>
        <w:tc>
          <w:tcPr>
            <w:tcW w:w="426" w:type="dxa"/>
          </w:tcPr>
          <w:p w14:paraId="0CB7E6BA" w14:textId="77777777" w:rsidR="004D65C8" w:rsidRPr="004D46D7" w:rsidRDefault="004D65C8" w:rsidP="0026749B">
            <w:pPr>
              <w:tabs>
                <w:tab w:val="left" w:pos="720"/>
              </w:tabs>
              <w:spacing w:line="276" w:lineRule="auto"/>
              <w:rPr>
                <w:b/>
                <w:bCs/>
                <w:color w:val="auto"/>
                <w:sz w:val="24"/>
                <w:szCs w:val="24"/>
              </w:rPr>
            </w:pPr>
          </w:p>
        </w:tc>
        <w:tc>
          <w:tcPr>
            <w:tcW w:w="425" w:type="dxa"/>
          </w:tcPr>
          <w:p w14:paraId="061B1284" w14:textId="77777777" w:rsidR="004D65C8" w:rsidRPr="004D46D7" w:rsidRDefault="004D65C8" w:rsidP="0026749B">
            <w:pPr>
              <w:tabs>
                <w:tab w:val="left" w:pos="720"/>
              </w:tabs>
              <w:spacing w:line="276" w:lineRule="auto"/>
              <w:rPr>
                <w:b/>
                <w:bCs/>
                <w:color w:val="auto"/>
                <w:sz w:val="24"/>
                <w:szCs w:val="24"/>
              </w:rPr>
            </w:pPr>
          </w:p>
        </w:tc>
        <w:tc>
          <w:tcPr>
            <w:tcW w:w="425" w:type="dxa"/>
          </w:tcPr>
          <w:p w14:paraId="57A1F41F" w14:textId="77777777" w:rsidR="004D65C8" w:rsidRPr="004D46D7" w:rsidRDefault="004D65C8" w:rsidP="0026749B">
            <w:pPr>
              <w:tabs>
                <w:tab w:val="left" w:pos="720"/>
              </w:tabs>
              <w:spacing w:line="276" w:lineRule="auto"/>
              <w:rPr>
                <w:b/>
                <w:bCs/>
                <w:color w:val="auto"/>
                <w:sz w:val="24"/>
                <w:szCs w:val="24"/>
              </w:rPr>
            </w:pPr>
          </w:p>
        </w:tc>
      </w:tr>
    </w:tbl>
    <w:p w14:paraId="7395797F" w14:textId="77777777" w:rsidR="004D65C8" w:rsidRPr="004D46D7" w:rsidRDefault="004D65C8" w:rsidP="0026749B">
      <w:pPr>
        <w:tabs>
          <w:tab w:val="left" w:pos="360"/>
        </w:tabs>
        <w:spacing w:line="276" w:lineRule="auto"/>
        <w:jc w:val="both"/>
        <w:rPr>
          <w:b/>
          <w:color w:val="auto"/>
          <w:sz w:val="24"/>
          <w:szCs w:val="24"/>
          <w:lang w:val="pt-BR"/>
        </w:rPr>
      </w:pPr>
    </w:p>
    <w:p w14:paraId="4862E80F" w14:textId="77777777" w:rsidR="004D65C8" w:rsidRPr="004D46D7" w:rsidRDefault="004D65C8" w:rsidP="0026749B">
      <w:pPr>
        <w:tabs>
          <w:tab w:val="left" w:pos="360"/>
        </w:tabs>
        <w:spacing w:line="276" w:lineRule="auto"/>
        <w:jc w:val="both"/>
        <w:rPr>
          <w:bCs/>
          <w:color w:val="auto"/>
          <w:sz w:val="24"/>
          <w:szCs w:val="24"/>
          <w:lang w:val="pt-BR"/>
        </w:rPr>
      </w:pPr>
      <w:r w:rsidRPr="004D46D7">
        <w:rPr>
          <w:b/>
          <w:color w:val="auto"/>
          <w:sz w:val="24"/>
          <w:szCs w:val="24"/>
          <w:lang w:val="pt-BR"/>
        </w:rPr>
        <w:t xml:space="preserve">Câu 2: </w:t>
      </w:r>
      <w:r w:rsidRPr="004D46D7">
        <w:rPr>
          <w:bCs/>
          <w:color w:val="auto"/>
          <w:sz w:val="24"/>
          <w:szCs w:val="24"/>
          <w:lang w:val="pt-BR"/>
        </w:rPr>
        <w:t xml:space="preserve">Một bình đựng 2 g khí hêli có thể tích 5 lít và nhiệt độ ở 27 °C. Áp suất khí trong bình là </w:t>
      </w:r>
      <m:oMath>
        <m:r>
          <w:rPr>
            <w:rFonts w:ascii="Cambria Math" w:hAnsi="Cambria Math"/>
            <w:color w:val="auto"/>
            <w:sz w:val="24"/>
            <w:szCs w:val="24"/>
            <w:lang w:val="pt-BR"/>
          </w:rPr>
          <m:t>x.1</m:t>
        </m:r>
        <m:sSup>
          <m:sSupPr>
            <m:ctrlPr>
              <w:rPr>
                <w:rFonts w:ascii="Cambria Math" w:hAnsi="Cambria Math"/>
                <w:i/>
                <w:color w:val="auto"/>
                <w:sz w:val="24"/>
                <w:szCs w:val="24"/>
              </w:rPr>
            </m:ctrlPr>
          </m:sSupPr>
          <m:e>
            <m:r>
              <w:rPr>
                <w:rFonts w:ascii="Cambria Math" w:hAnsi="Cambria Math"/>
                <w:color w:val="auto"/>
                <w:sz w:val="24"/>
                <w:szCs w:val="24"/>
                <w:lang w:val="pt-BR"/>
              </w:rPr>
              <m:t>0</m:t>
            </m:r>
          </m:e>
          <m:sup>
            <m:r>
              <w:rPr>
                <w:rFonts w:ascii="Cambria Math" w:hAnsi="Cambria Math"/>
                <w:color w:val="auto"/>
                <w:sz w:val="24"/>
                <w:szCs w:val="24"/>
                <w:lang w:val="pt-BR"/>
              </w:rPr>
              <m:t>5</m:t>
            </m:r>
          </m:sup>
        </m:sSup>
        <m:d>
          <m:dPr>
            <m:ctrlPr>
              <w:rPr>
                <w:rFonts w:ascii="Cambria Math" w:hAnsi="Cambria Math"/>
                <w:i/>
                <w:color w:val="auto"/>
                <w:sz w:val="24"/>
                <w:szCs w:val="24"/>
              </w:rPr>
            </m:ctrlPr>
          </m:dPr>
          <m:e>
            <m:r>
              <w:rPr>
                <w:rFonts w:ascii="Cambria Math" w:hAnsi="Cambria Math"/>
                <w:color w:val="auto"/>
                <w:sz w:val="24"/>
                <w:szCs w:val="24"/>
              </w:rPr>
              <m:t>N</m:t>
            </m:r>
            <m:r>
              <w:rPr>
                <w:rFonts w:ascii="Cambria Math" w:hAnsi="Cambria Math"/>
                <w:color w:val="auto"/>
                <w:sz w:val="24"/>
                <w:szCs w:val="24"/>
                <w:lang w:val="pt-BR"/>
              </w:rPr>
              <m:t>/</m:t>
            </m:r>
            <m:sSup>
              <m:sSupPr>
                <m:ctrlPr>
                  <w:rPr>
                    <w:rFonts w:ascii="Cambria Math" w:hAnsi="Cambria Math"/>
                    <w:i/>
                    <w:color w:val="auto"/>
                    <w:sz w:val="24"/>
                    <w:szCs w:val="24"/>
                  </w:rPr>
                </m:ctrlPr>
              </m:sSupPr>
              <m:e>
                <m:r>
                  <w:rPr>
                    <w:rFonts w:ascii="Cambria Math" w:hAnsi="Cambria Math"/>
                    <w:color w:val="auto"/>
                    <w:sz w:val="24"/>
                    <w:szCs w:val="24"/>
                  </w:rPr>
                  <m:t>m</m:t>
                </m:r>
              </m:e>
              <m:sup>
                <m:r>
                  <w:rPr>
                    <w:rFonts w:ascii="Cambria Math" w:hAnsi="Cambria Math"/>
                    <w:color w:val="auto"/>
                    <w:sz w:val="24"/>
                    <w:szCs w:val="24"/>
                    <w:lang w:val="pt-BR"/>
                  </w:rPr>
                  <m:t>2</m:t>
                </m:r>
              </m:sup>
            </m:sSup>
          </m:e>
        </m:d>
      </m:oMath>
      <w:r w:rsidRPr="004D46D7">
        <w:rPr>
          <w:bCs/>
          <w:color w:val="auto"/>
          <w:sz w:val="24"/>
          <w:szCs w:val="24"/>
          <w:lang w:val="pt-BR"/>
        </w:rPr>
        <w:t xml:space="preserve">. Giá trị của </w:t>
      </w:r>
      <w:r w:rsidRPr="004D46D7">
        <w:rPr>
          <w:bCs/>
          <w:i/>
          <w:iCs/>
          <w:color w:val="auto"/>
          <w:sz w:val="24"/>
          <w:szCs w:val="24"/>
          <w:lang w:val="pt-BR"/>
        </w:rPr>
        <w:t>x</w:t>
      </w:r>
      <w:r w:rsidRPr="004D46D7">
        <w:rPr>
          <w:bCs/>
          <w:color w:val="auto"/>
          <w:sz w:val="24"/>
          <w:szCs w:val="24"/>
          <w:lang w:val="pt-BR"/>
        </w:rPr>
        <w:t xml:space="preserve"> bằng bao nhiêu?</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5AE88CC8" w14:textId="77777777" w:rsidTr="00F52A3D">
        <w:trPr>
          <w:trHeight w:val="359"/>
        </w:trPr>
        <w:tc>
          <w:tcPr>
            <w:tcW w:w="1274" w:type="dxa"/>
          </w:tcPr>
          <w:p w14:paraId="156D6915"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2165181B" w14:textId="77777777" w:rsidR="004D65C8" w:rsidRPr="004D46D7" w:rsidRDefault="004D65C8" w:rsidP="0026749B">
            <w:pPr>
              <w:tabs>
                <w:tab w:val="left" w:pos="720"/>
              </w:tabs>
              <w:spacing w:line="276" w:lineRule="auto"/>
              <w:rPr>
                <w:b/>
                <w:bCs/>
                <w:color w:val="auto"/>
                <w:sz w:val="24"/>
                <w:szCs w:val="24"/>
              </w:rPr>
            </w:pPr>
          </w:p>
        </w:tc>
        <w:tc>
          <w:tcPr>
            <w:tcW w:w="426" w:type="dxa"/>
          </w:tcPr>
          <w:p w14:paraId="3E5A969B" w14:textId="77777777" w:rsidR="004D65C8" w:rsidRPr="004D46D7" w:rsidRDefault="004D65C8" w:rsidP="0026749B">
            <w:pPr>
              <w:tabs>
                <w:tab w:val="left" w:pos="720"/>
              </w:tabs>
              <w:spacing w:line="276" w:lineRule="auto"/>
              <w:rPr>
                <w:b/>
                <w:bCs/>
                <w:color w:val="auto"/>
                <w:sz w:val="24"/>
                <w:szCs w:val="24"/>
              </w:rPr>
            </w:pPr>
          </w:p>
        </w:tc>
        <w:tc>
          <w:tcPr>
            <w:tcW w:w="425" w:type="dxa"/>
          </w:tcPr>
          <w:p w14:paraId="34508722" w14:textId="77777777" w:rsidR="004D65C8" w:rsidRPr="004D46D7" w:rsidRDefault="004D65C8" w:rsidP="0026749B">
            <w:pPr>
              <w:tabs>
                <w:tab w:val="left" w:pos="720"/>
              </w:tabs>
              <w:spacing w:line="276" w:lineRule="auto"/>
              <w:rPr>
                <w:b/>
                <w:bCs/>
                <w:color w:val="auto"/>
                <w:sz w:val="24"/>
                <w:szCs w:val="24"/>
              </w:rPr>
            </w:pPr>
          </w:p>
        </w:tc>
        <w:tc>
          <w:tcPr>
            <w:tcW w:w="425" w:type="dxa"/>
          </w:tcPr>
          <w:p w14:paraId="105D007E" w14:textId="77777777" w:rsidR="004D65C8" w:rsidRPr="004D46D7" w:rsidRDefault="004D65C8" w:rsidP="0026749B">
            <w:pPr>
              <w:tabs>
                <w:tab w:val="left" w:pos="720"/>
              </w:tabs>
              <w:spacing w:line="276" w:lineRule="auto"/>
              <w:rPr>
                <w:b/>
                <w:bCs/>
                <w:color w:val="auto"/>
                <w:sz w:val="24"/>
                <w:szCs w:val="24"/>
              </w:rPr>
            </w:pPr>
          </w:p>
        </w:tc>
      </w:tr>
    </w:tbl>
    <w:p w14:paraId="266DB88A" w14:textId="77777777" w:rsidR="004D65C8" w:rsidRPr="004D46D7" w:rsidRDefault="004D65C8" w:rsidP="0026749B">
      <w:pPr>
        <w:rPr>
          <w:b/>
          <w:color w:val="auto"/>
          <w:sz w:val="24"/>
          <w:szCs w:val="24"/>
          <w:lang w:val="pt-BR"/>
        </w:rPr>
      </w:pPr>
    </w:p>
    <w:p w14:paraId="5A4D3E7A" w14:textId="77777777" w:rsidR="004D65C8" w:rsidRPr="004D46D7" w:rsidRDefault="004D65C8" w:rsidP="0026749B">
      <w:pPr>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Trên một đỉnh núi cao, nơi có áp suất 5,5.10</w:t>
      </w:r>
      <w:r w:rsidRPr="004D46D7">
        <w:rPr>
          <w:bCs/>
          <w:color w:val="auto"/>
          <w:sz w:val="24"/>
          <w:szCs w:val="24"/>
          <w:vertAlign w:val="superscript"/>
          <w:lang w:val="pt-BR"/>
        </w:rPr>
        <w:t>4</w:t>
      </w:r>
      <w:r w:rsidRPr="004D46D7">
        <w:rPr>
          <w:bCs/>
          <w:color w:val="auto"/>
          <w:sz w:val="24"/>
          <w:szCs w:val="24"/>
          <w:lang w:val="pt-BR"/>
        </w:rPr>
        <w:t xml:space="preserve"> Pa và nhiệt độ 7</w:t>
      </w:r>
      <w:r w:rsidRPr="004D46D7">
        <w:rPr>
          <w:bCs/>
          <w:color w:val="auto"/>
          <w:sz w:val="24"/>
          <w:szCs w:val="24"/>
          <w:vertAlign w:val="superscript"/>
          <w:lang w:val="pt-BR"/>
        </w:rPr>
        <w:t xml:space="preserve"> o</w:t>
      </w:r>
      <w:r w:rsidRPr="004D46D7">
        <w:rPr>
          <w:bCs/>
          <w:color w:val="auto"/>
          <w:sz w:val="24"/>
          <w:szCs w:val="24"/>
          <w:lang w:val="pt-BR"/>
        </w:rPr>
        <w:t>C, không khí có khối lượng riêng bằng bao nhiêu kg/m</w:t>
      </w:r>
      <w:r w:rsidRPr="004D46D7">
        <w:rPr>
          <w:bCs/>
          <w:color w:val="auto"/>
          <w:sz w:val="24"/>
          <w:szCs w:val="24"/>
          <w:vertAlign w:val="superscript"/>
          <w:lang w:val="pt-BR"/>
        </w:rPr>
        <w:t>3</w:t>
      </w:r>
      <w:r w:rsidRPr="004D46D7">
        <w:rPr>
          <w:bCs/>
          <w:color w:val="auto"/>
          <w:sz w:val="24"/>
          <w:szCs w:val="24"/>
          <w:lang w:val="pt-BR"/>
        </w:rPr>
        <w:t xml:space="preserve">? </w:t>
      </w:r>
      <w:r w:rsidRPr="004D46D7">
        <w:rPr>
          <w:color w:val="auto"/>
          <w:sz w:val="24"/>
          <w:szCs w:val="24"/>
          <w:lang w:val="nb-NO"/>
        </w:rPr>
        <w:t xml:space="preserve">Khối lượng mol của không khí bằng 29 g/mol, </w:t>
      </w:r>
      <w:r w:rsidRPr="004D46D7">
        <w:rPr>
          <w:color w:val="auto"/>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3A7D3285" w14:textId="77777777" w:rsidTr="00F52A3D">
        <w:trPr>
          <w:trHeight w:val="359"/>
        </w:trPr>
        <w:tc>
          <w:tcPr>
            <w:tcW w:w="1274" w:type="dxa"/>
          </w:tcPr>
          <w:p w14:paraId="6062BEF0"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743D740" w14:textId="77777777" w:rsidR="004D65C8" w:rsidRPr="004D46D7" w:rsidRDefault="004D65C8" w:rsidP="0026749B">
            <w:pPr>
              <w:tabs>
                <w:tab w:val="left" w:pos="720"/>
              </w:tabs>
              <w:spacing w:line="276" w:lineRule="auto"/>
              <w:rPr>
                <w:b/>
                <w:bCs/>
                <w:color w:val="auto"/>
                <w:sz w:val="24"/>
                <w:szCs w:val="24"/>
              </w:rPr>
            </w:pPr>
          </w:p>
        </w:tc>
        <w:tc>
          <w:tcPr>
            <w:tcW w:w="426" w:type="dxa"/>
          </w:tcPr>
          <w:p w14:paraId="10A598D4" w14:textId="77777777" w:rsidR="004D65C8" w:rsidRPr="004D46D7" w:rsidRDefault="004D65C8" w:rsidP="0026749B">
            <w:pPr>
              <w:tabs>
                <w:tab w:val="left" w:pos="720"/>
              </w:tabs>
              <w:spacing w:line="276" w:lineRule="auto"/>
              <w:rPr>
                <w:b/>
                <w:bCs/>
                <w:color w:val="auto"/>
                <w:sz w:val="24"/>
                <w:szCs w:val="24"/>
              </w:rPr>
            </w:pPr>
          </w:p>
        </w:tc>
        <w:tc>
          <w:tcPr>
            <w:tcW w:w="425" w:type="dxa"/>
          </w:tcPr>
          <w:p w14:paraId="3BE4CA0B" w14:textId="77777777" w:rsidR="004D65C8" w:rsidRPr="004D46D7" w:rsidRDefault="004D65C8" w:rsidP="0026749B">
            <w:pPr>
              <w:tabs>
                <w:tab w:val="left" w:pos="720"/>
              </w:tabs>
              <w:spacing w:line="276" w:lineRule="auto"/>
              <w:rPr>
                <w:b/>
                <w:bCs/>
                <w:color w:val="auto"/>
                <w:sz w:val="24"/>
                <w:szCs w:val="24"/>
              </w:rPr>
            </w:pPr>
          </w:p>
        </w:tc>
        <w:tc>
          <w:tcPr>
            <w:tcW w:w="425" w:type="dxa"/>
          </w:tcPr>
          <w:p w14:paraId="5327D758" w14:textId="77777777" w:rsidR="004D65C8" w:rsidRPr="004D46D7" w:rsidRDefault="004D65C8" w:rsidP="0026749B">
            <w:pPr>
              <w:tabs>
                <w:tab w:val="left" w:pos="720"/>
              </w:tabs>
              <w:spacing w:line="276" w:lineRule="auto"/>
              <w:rPr>
                <w:b/>
                <w:bCs/>
                <w:color w:val="auto"/>
                <w:sz w:val="24"/>
                <w:szCs w:val="24"/>
              </w:rPr>
            </w:pPr>
          </w:p>
        </w:tc>
      </w:tr>
    </w:tbl>
    <w:p w14:paraId="7007F334"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7C09F864"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pt-BR"/>
        </w:rPr>
      </w:pPr>
      <w:r w:rsidRPr="004D46D7">
        <w:rPr>
          <w:rFonts w:ascii="Times New Roman" w:hAnsi="Times New Roman" w:cs="Times New Roman"/>
          <w:b/>
          <w:sz w:val="24"/>
          <w:szCs w:val="24"/>
          <w:lang w:val="pt-BR"/>
        </w:rPr>
        <w:t>Câu 4:</w:t>
      </w:r>
      <w:r w:rsidRPr="004D46D7">
        <w:rPr>
          <w:rFonts w:ascii="Times New Roman" w:hAnsi="Times New Roman" w:cs="Times New Roman"/>
          <w:bCs/>
          <w:sz w:val="24"/>
          <w:szCs w:val="24"/>
          <w:lang w:val="pt-BR"/>
        </w:rPr>
        <w:t xml:space="preserve"> Có 10 kg khí đựng trong một bình kín, áp suất khí trong bình bằng 10</w:t>
      </w:r>
      <w:r w:rsidRPr="004D46D7">
        <w:rPr>
          <w:rFonts w:ascii="Times New Roman" w:hAnsi="Times New Roman" w:cs="Times New Roman"/>
          <w:bCs/>
          <w:sz w:val="24"/>
          <w:szCs w:val="24"/>
          <w:vertAlign w:val="superscript"/>
          <w:lang w:val="pt-BR"/>
        </w:rPr>
        <w:t>7</w:t>
      </w:r>
      <w:r w:rsidRPr="004D46D7">
        <w:rPr>
          <w:rFonts w:ascii="Times New Roman" w:hAnsi="Times New Roman" w:cs="Times New Roman"/>
          <w:bCs/>
          <w:sz w:val="24"/>
          <w:szCs w:val="24"/>
          <w:lang w:val="pt-BR"/>
        </w:rPr>
        <w:t xml:space="preserve"> Pa. Lấy ở bình ra một lượng khí cho tới khi áp suất của khí còn lại trong bình bằng 2,5.10</w:t>
      </w:r>
      <w:r w:rsidRPr="004D46D7">
        <w:rPr>
          <w:rFonts w:ascii="Times New Roman" w:hAnsi="Times New Roman" w:cs="Times New Roman"/>
          <w:bCs/>
          <w:sz w:val="24"/>
          <w:szCs w:val="24"/>
          <w:vertAlign w:val="superscript"/>
          <w:lang w:val="pt-BR"/>
        </w:rPr>
        <w:t>6</w:t>
      </w:r>
      <w:r w:rsidRPr="004D46D7">
        <w:rPr>
          <w:rFonts w:ascii="Times New Roman" w:hAnsi="Times New Roman" w:cs="Times New Roman"/>
          <w:bCs/>
          <w:sz w:val="24"/>
          <w:szCs w:val="24"/>
          <w:lang w:val="pt-BR"/>
        </w:rPr>
        <w:t xml:space="preserve"> Pa. Coi nhiệt độ khí không đổi. Khối lượng khí lấy ra bằng bao nhiêu kg?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1BCDAEFB" w14:textId="77777777" w:rsidTr="00F52A3D">
        <w:trPr>
          <w:trHeight w:val="359"/>
        </w:trPr>
        <w:tc>
          <w:tcPr>
            <w:tcW w:w="1274" w:type="dxa"/>
          </w:tcPr>
          <w:p w14:paraId="258B00C0"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0A8994B" w14:textId="77777777" w:rsidR="004D65C8" w:rsidRPr="004D46D7" w:rsidRDefault="004D65C8" w:rsidP="0026749B">
            <w:pPr>
              <w:tabs>
                <w:tab w:val="left" w:pos="720"/>
              </w:tabs>
              <w:spacing w:line="276" w:lineRule="auto"/>
              <w:rPr>
                <w:b/>
                <w:bCs/>
                <w:color w:val="auto"/>
                <w:sz w:val="24"/>
                <w:szCs w:val="24"/>
              </w:rPr>
            </w:pPr>
          </w:p>
        </w:tc>
        <w:tc>
          <w:tcPr>
            <w:tcW w:w="426" w:type="dxa"/>
          </w:tcPr>
          <w:p w14:paraId="3F0DC064" w14:textId="77777777" w:rsidR="004D65C8" w:rsidRPr="004D46D7" w:rsidRDefault="004D65C8" w:rsidP="0026749B">
            <w:pPr>
              <w:tabs>
                <w:tab w:val="left" w:pos="720"/>
              </w:tabs>
              <w:spacing w:line="276" w:lineRule="auto"/>
              <w:rPr>
                <w:b/>
                <w:bCs/>
                <w:color w:val="auto"/>
                <w:sz w:val="24"/>
                <w:szCs w:val="24"/>
              </w:rPr>
            </w:pPr>
          </w:p>
        </w:tc>
        <w:tc>
          <w:tcPr>
            <w:tcW w:w="425" w:type="dxa"/>
          </w:tcPr>
          <w:p w14:paraId="0D9A969F" w14:textId="77777777" w:rsidR="004D65C8" w:rsidRPr="004D46D7" w:rsidRDefault="004D65C8" w:rsidP="0026749B">
            <w:pPr>
              <w:tabs>
                <w:tab w:val="left" w:pos="720"/>
              </w:tabs>
              <w:spacing w:line="276" w:lineRule="auto"/>
              <w:rPr>
                <w:b/>
                <w:bCs/>
                <w:color w:val="auto"/>
                <w:sz w:val="24"/>
                <w:szCs w:val="24"/>
              </w:rPr>
            </w:pPr>
          </w:p>
        </w:tc>
        <w:tc>
          <w:tcPr>
            <w:tcW w:w="425" w:type="dxa"/>
          </w:tcPr>
          <w:p w14:paraId="7E910083" w14:textId="77777777" w:rsidR="004D65C8" w:rsidRPr="004D46D7" w:rsidRDefault="004D65C8" w:rsidP="0026749B">
            <w:pPr>
              <w:tabs>
                <w:tab w:val="left" w:pos="720"/>
              </w:tabs>
              <w:spacing w:line="276" w:lineRule="auto"/>
              <w:rPr>
                <w:b/>
                <w:bCs/>
                <w:color w:val="auto"/>
                <w:sz w:val="24"/>
                <w:szCs w:val="24"/>
              </w:rPr>
            </w:pPr>
          </w:p>
        </w:tc>
      </w:tr>
    </w:tbl>
    <w:p w14:paraId="3CBEA3BB"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789C20E3" w14:textId="77777777" w:rsidR="004D65C8" w:rsidRPr="004D46D7" w:rsidRDefault="004D65C8" w:rsidP="0026749B">
      <w:pPr>
        <w:pStyle w:val="ListParagraph"/>
        <w:spacing w:after="0" w:line="276" w:lineRule="auto"/>
        <w:ind w:left="0"/>
        <w:jc w:val="both"/>
        <w:rPr>
          <w:rFonts w:ascii="Times New Roman" w:hAnsi="Times New Roman" w:cs="Times New Roman"/>
          <w:bCs/>
          <w:sz w:val="24"/>
          <w:szCs w:val="24"/>
          <w:lang w:val="pt-BR"/>
        </w:rPr>
      </w:pPr>
      <w:r w:rsidRPr="004D46D7">
        <w:rPr>
          <w:rFonts w:ascii="Times New Roman" w:hAnsi="Times New Roman" w:cs="Times New Roman"/>
          <w:b/>
          <w:sz w:val="24"/>
          <w:szCs w:val="24"/>
          <w:lang w:val="pt-BR"/>
        </w:rPr>
        <w:t>Câu 5:</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nb-NO"/>
        </w:rPr>
        <w:t xml:space="preserve">Sử dụng một cái bơm để bơm không khí vào một quả bóng đá, mỗi lần bơm được 0,4 g vào bóng. Sau 35 lần bơm, quả bóng có bán kính 11 cm, ở nhiệt độ 30 </w:t>
      </w:r>
      <w:r w:rsidRPr="004D46D7">
        <w:rPr>
          <w:rFonts w:ascii="Times New Roman" w:hAnsi="Times New Roman" w:cs="Times New Roman"/>
          <w:sz w:val="24"/>
          <w:szCs w:val="24"/>
          <w:vertAlign w:val="superscript"/>
          <w:lang w:val="nb-NO"/>
        </w:rPr>
        <w:t>o</w:t>
      </w:r>
      <w:r w:rsidRPr="004D46D7">
        <w:rPr>
          <w:rFonts w:ascii="Times New Roman" w:hAnsi="Times New Roman" w:cs="Times New Roman"/>
          <w:sz w:val="24"/>
          <w:szCs w:val="24"/>
          <w:lang w:val="nb-NO"/>
        </w:rPr>
        <w:t xml:space="preserve">C. Khối lượng mol của không khí bằng 29 g/mol. Áp suất của khí trong bóng sau bơm bằng bao nhiêu atm </w:t>
      </w:r>
      <w:r w:rsidRPr="004D46D7">
        <w:rPr>
          <w:rFonts w:ascii="Times New Roman" w:hAnsi="Times New Roman" w:cs="Times New Roman"/>
          <w:sz w:val="24"/>
          <w:szCs w:val="24"/>
          <w:lang w:val="nl-NL"/>
        </w:rPr>
        <w:t>(kết quả làm tròn lấy 2 số sau dấu phẩy thập phân)?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51052DAC" w14:textId="77777777" w:rsidTr="00F52A3D">
        <w:trPr>
          <w:trHeight w:val="359"/>
        </w:trPr>
        <w:tc>
          <w:tcPr>
            <w:tcW w:w="1274" w:type="dxa"/>
          </w:tcPr>
          <w:p w14:paraId="18A68A25"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480E73A6" w14:textId="77777777" w:rsidR="004D65C8" w:rsidRPr="004D46D7" w:rsidRDefault="004D65C8" w:rsidP="0026749B">
            <w:pPr>
              <w:tabs>
                <w:tab w:val="left" w:pos="720"/>
              </w:tabs>
              <w:spacing w:line="276" w:lineRule="auto"/>
              <w:rPr>
                <w:b/>
                <w:bCs/>
                <w:color w:val="auto"/>
                <w:sz w:val="24"/>
                <w:szCs w:val="24"/>
              </w:rPr>
            </w:pPr>
          </w:p>
        </w:tc>
        <w:tc>
          <w:tcPr>
            <w:tcW w:w="426" w:type="dxa"/>
          </w:tcPr>
          <w:p w14:paraId="6D7788B6" w14:textId="77777777" w:rsidR="004D65C8" w:rsidRPr="004D46D7" w:rsidRDefault="004D65C8" w:rsidP="0026749B">
            <w:pPr>
              <w:tabs>
                <w:tab w:val="left" w:pos="720"/>
              </w:tabs>
              <w:spacing w:line="276" w:lineRule="auto"/>
              <w:rPr>
                <w:b/>
                <w:bCs/>
                <w:color w:val="auto"/>
                <w:sz w:val="24"/>
                <w:szCs w:val="24"/>
              </w:rPr>
            </w:pPr>
          </w:p>
        </w:tc>
        <w:tc>
          <w:tcPr>
            <w:tcW w:w="425" w:type="dxa"/>
          </w:tcPr>
          <w:p w14:paraId="1DC48D0E" w14:textId="77777777" w:rsidR="004D65C8" w:rsidRPr="004D46D7" w:rsidRDefault="004D65C8" w:rsidP="0026749B">
            <w:pPr>
              <w:tabs>
                <w:tab w:val="left" w:pos="720"/>
              </w:tabs>
              <w:spacing w:line="276" w:lineRule="auto"/>
              <w:rPr>
                <w:b/>
                <w:bCs/>
                <w:color w:val="auto"/>
                <w:sz w:val="24"/>
                <w:szCs w:val="24"/>
              </w:rPr>
            </w:pPr>
          </w:p>
        </w:tc>
        <w:tc>
          <w:tcPr>
            <w:tcW w:w="425" w:type="dxa"/>
          </w:tcPr>
          <w:p w14:paraId="18640AF6" w14:textId="77777777" w:rsidR="004D65C8" w:rsidRPr="004D46D7" w:rsidRDefault="004D65C8" w:rsidP="0026749B">
            <w:pPr>
              <w:tabs>
                <w:tab w:val="left" w:pos="720"/>
              </w:tabs>
              <w:spacing w:line="276" w:lineRule="auto"/>
              <w:rPr>
                <w:b/>
                <w:bCs/>
                <w:color w:val="auto"/>
                <w:sz w:val="24"/>
                <w:szCs w:val="24"/>
              </w:rPr>
            </w:pPr>
          </w:p>
        </w:tc>
      </w:tr>
    </w:tbl>
    <w:p w14:paraId="4EB60310"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pt-BR"/>
        </w:rPr>
      </w:pPr>
    </w:p>
    <w:p w14:paraId="37A06603"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b/>
          <w:sz w:val="24"/>
          <w:szCs w:val="24"/>
          <w:lang w:val="pt-BR"/>
        </w:rPr>
        <w:t>Câu 6:</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nl-NL"/>
        </w:rPr>
        <w:t xml:space="preserve">Một khí cầu có thể tích </w:t>
      </w:r>
      <w:r w:rsidRPr="004D46D7">
        <w:rPr>
          <w:rFonts w:ascii="Times New Roman" w:hAnsi="Times New Roman" w:cs="Times New Roman"/>
          <w:position w:val="-6"/>
          <w:sz w:val="24"/>
          <w:szCs w:val="24"/>
        </w:rPr>
        <w:object w:dxaOrig="1280" w:dyaOrig="340" w14:anchorId="69FD32AE">
          <v:shape id="_x0000_i1035" type="#_x0000_t75" alt="" style="width:66.35pt;height:14.35pt" o:ole="">
            <v:imagedata r:id="rId42" o:title=""/>
          </v:shape>
          <o:OLEObject Type="Embed" ProgID="Equation.DSMT4" ShapeID="_x0000_i1035" DrawAspect="Content" ObjectID="_1789927745" r:id="rId43"/>
        </w:object>
      </w:r>
      <w:r w:rsidRPr="004D46D7">
        <w:rPr>
          <w:rFonts w:ascii="Times New Roman" w:hAnsi="Times New Roman" w:cs="Times New Roman"/>
          <w:sz w:val="24"/>
          <w:szCs w:val="24"/>
          <w:lang w:val="nl-NL"/>
        </w:rPr>
        <w:t xml:space="preserve"> và khối lượng vỏ </w:t>
      </w:r>
      <w:r w:rsidRPr="004D46D7">
        <w:rPr>
          <w:rFonts w:ascii="Times New Roman" w:hAnsi="Times New Roman" w:cs="Times New Roman"/>
          <w:position w:val="-10"/>
          <w:sz w:val="24"/>
          <w:szCs w:val="24"/>
        </w:rPr>
        <w:object w:dxaOrig="1140" w:dyaOrig="340" w14:anchorId="318E22D1">
          <v:shape id="_x0000_i1036" type="#_x0000_t75" alt="" style="width:57.65pt;height:14.35pt" o:ole="">
            <v:imagedata r:id="rId44" o:title=""/>
          </v:shape>
          <o:OLEObject Type="Embed" ProgID="Equation.DSMT4" ShapeID="_x0000_i1036" DrawAspect="Content" ObjectID="_1789927746" r:id="rId45"/>
        </w:object>
      </w:r>
      <w:r w:rsidRPr="004D46D7">
        <w:rPr>
          <w:rFonts w:ascii="Times New Roman" w:hAnsi="Times New Roman" w:cs="Times New Roman"/>
          <w:sz w:val="24"/>
          <w:szCs w:val="24"/>
          <w:lang w:val="nl-NL"/>
        </w:rPr>
        <w:t xml:space="preserve"> được bơm không khí nóng tới áp suất bằng áp suất không khí bên ngoài. Biết không khí bên ngoài có nhiệt độ 27 </w:t>
      </w:r>
      <w:r w:rsidRPr="004D46D7">
        <w:rPr>
          <w:rFonts w:ascii="Times New Roman" w:hAnsi="Times New Roman" w:cs="Times New Roman"/>
          <w:sz w:val="24"/>
          <w:szCs w:val="24"/>
          <w:vertAlign w:val="superscript"/>
          <w:lang w:val="nl-NL"/>
        </w:rPr>
        <w:t>o</w:t>
      </w:r>
      <w:r w:rsidRPr="004D46D7">
        <w:rPr>
          <w:rFonts w:ascii="Times New Roman" w:hAnsi="Times New Roman" w:cs="Times New Roman"/>
          <w:sz w:val="24"/>
          <w:szCs w:val="24"/>
          <w:lang w:val="nl-NL"/>
        </w:rPr>
        <w:t xml:space="preserve">C và áp suất 1 atm ; khối lượng mol </w:t>
      </w:r>
      <w:r w:rsidRPr="004D46D7">
        <w:rPr>
          <w:rFonts w:ascii="Times New Roman" w:hAnsi="Times New Roman" w:cs="Times New Roman"/>
          <w:sz w:val="24"/>
          <w:szCs w:val="24"/>
          <w:lang w:val="nl-NL"/>
        </w:rPr>
        <w:lastRenderedPageBreak/>
        <w:t>của không khí ở điều kiện chuẩn là 29.10</w:t>
      </w:r>
      <w:r w:rsidRPr="004D46D7">
        <w:rPr>
          <w:rFonts w:ascii="Times New Roman" w:hAnsi="Times New Roman" w:cs="Times New Roman"/>
          <w:sz w:val="24"/>
          <w:szCs w:val="24"/>
          <w:vertAlign w:val="superscript"/>
          <w:lang w:val="nl-NL"/>
        </w:rPr>
        <w:t>-3</w:t>
      </w:r>
      <w:r w:rsidRPr="004D46D7">
        <w:rPr>
          <w:rFonts w:ascii="Times New Roman" w:hAnsi="Times New Roman" w:cs="Times New Roman"/>
          <w:sz w:val="24"/>
          <w:szCs w:val="24"/>
          <w:lang w:val="nl-NL"/>
        </w:rPr>
        <w:t xml:space="preserve">kg/mol. Để khí cầu bắt đầu bay lên thì không khí nóng phải có nhiệt độ bằng bao nhiêu </w:t>
      </w:r>
      <w:r w:rsidRPr="004D46D7">
        <w:rPr>
          <w:rFonts w:ascii="Times New Roman" w:hAnsi="Times New Roman" w:cs="Times New Roman"/>
          <w:sz w:val="24"/>
          <w:szCs w:val="24"/>
          <w:vertAlign w:val="superscript"/>
          <w:lang w:val="nl-NL"/>
        </w:rPr>
        <w:t>o</w:t>
      </w:r>
      <w:r w:rsidRPr="004D46D7">
        <w:rPr>
          <w:rFonts w:ascii="Times New Roman" w:hAnsi="Times New Roman" w:cs="Times New Roman"/>
          <w:sz w:val="24"/>
          <w:szCs w:val="24"/>
          <w:lang w:val="nl-NL"/>
        </w:rPr>
        <w:t>C? (Kết quả được làm tròn đến phần nguyên)</w:t>
      </w:r>
    </w:p>
    <w:p w14:paraId="1F765BD5"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1AADAC95"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13C29E6F"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r w:rsidRPr="004D46D7">
        <w:rPr>
          <w:rFonts w:ascii="Times New Roman" w:hAnsi="Times New Roman" w:cs="Times New Roman"/>
          <w:noProof/>
        </w:rPr>
        <w:drawing>
          <wp:inline distT="0" distB="0" distL="0" distR="0" wp14:anchorId="34DA6B17" wp14:editId="3A4B2FEA">
            <wp:extent cx="2618939" cy="1991480"/>
            <wp:effectExtent l="0" t="0" r="0" b="8890"/>
            <wp:docPr id="10797273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44001" cy="2010537"/>
                    </a:xfrm>
                    <a:prstGeom prst="rect">
                      <a:avLst/>
                    </a:prstGeom>
                    <a:noFill/>
                    <a:ln>
                      <a:noFill/>
                    </a:ln>
                  </pic:spPr>
                </pic:pic>
              </a:graphicData>
            </a:graphic>
          </wp:inline>
        </w:drawing>
      </w:r>
    </w:p>
    <w:p w14:paraId="2C44B4AF" w14:textId="77777777" w:rsidR="004D65C8" w:rsidRPr="004D46D7" w:rsidRDefault="004D65C8" w:rsidP="0026749B">
      <w:pPr>
        <w:pStyle w:val="ListParagraph"/>
        <w:spacing w:after="0" w:line="276" w:lineRule="auto"/>
        <w:ind w:left="0"/>
        <w:jc w:val="both"/>
        <w:rPr>
          <w:rFonts w:ascii="Times New Roman" w:hAnsi="Times New Roman" w:cs="Times New Roman"/>
          <w:sz w:val="24"/>
          <w:szCs w:val="24"/>
          <w:lang w:val="nl-NL"/>
        </w:rPr>
      </w:pPr>
    </w:p>
    <w:p w14:paraId="62D4656E" w14:textId="77777777" w:rsidR="004D65C8" w:rsidRPr="004D46D7" w:rsidRDefault="004D65C8" w:rsidP="0026749B">
      <w:pPr>
        <w:pStyle w:val="ListParagraph"/>
        <w:spacing w:after="0" w:line="276" w:lineRule="auto"/>
        <w:ind w:left="0"/>
        <w:jc w:val="both"/>
        <w:rPr>
          <w:rFonts w:ascii="Times New Roman" w:hAnsi="Times New Roman" w:cs="Times New Roman"/>
          <w:b/>
          <w:sz w:val="24"/>
          <w:szCs w:val="24"/>
          <w:lang w:val="nl-NL"/>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4D65C8" w:rsidRPr="004D46D7" w14:paraId="1236AC88" w14:textId="77777777" w:rsidTr="00F52A3D">
        <w:trPr>
          <w:trHeight w:val="359"/>
        </w:trPr>
        <w:tc>
          <w:tcPr>
            <w:tcW w:w="1274" w:type="dxa"/>
          </w:tcPr>
          <w:p w14:paraId="09440E39" w14:textId="77777777" w:rsidR="004D65C8" w:rsidRPr="004D46D7" w:rsidRDefault="004D65C8"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2E24B58" w14:textId="77777777" w:rsidR="004D65C8" w:rsidRPr="004D46D7" w:rsidRDefault="004D65C8" w:rsidP="0026749B">
            <w:pPr>
              <w:tabs>
                <w:tab w:val="left" w:pos="720"/>
              </w:tabs>
              <w:spacing w:line="276" w:lineRule="auto"/>
              <w:rPr>
                <w:b/>
                <w:bCs/>
                <w:color w:val="auto"/>
                <w:sz w:val="24"/>
                <w:szCs w:val="24"/>
              </w:rPr>
            </w:pPr>
          </w:p>
        </w:tc>
        <w:tc>
          <w:tcPr>
            <w:tcW w:w="426" w:type="dxa"/>
          </w:tcPr>
          <w:p w14:paraId="0E713003" w14:textId="77777777" w:rsidR="004D65C8" w:rsidRPr="004D46D7" w:rsidRDefault="004D65C8" w:rsidP="0026749B">
            <w:pPr>
              <w:tabs>
                <w:tab w:val="left" w:pos="720"/>
              </w:tabs>
              <w:spacing w:line="276" w:lineRule="auto"/>
              <w:rPr>
                <w:b/>
                <w:bCs/>
                <w:color w:val="auto"/>
                <w:sz w:val="24"/>
                <w:szCs w:val="24"/>
              </w:rPr>
            </w:pPr>
          </w:p>
        </w:tc>
        <w:tc>
          <w:tcPr>
            <w:tcW w:w="425" w:type="dxa"/>
          </w:tcPr>
          <w:p w14:paraId="274B89AE" w14:textId="77777777" w:rsidR="004D65C8" w:rsidRPr="004D46D7" w:rsidRDefault="004D65C8" w:rsidP="0026749B">
            <w:pPr>
              <w:tabs>
                <w:tab w:val="left" w:pos="720"/>
              </w:tabs>
              <w:spacing w:line="276" w:lineRule="auto"/>
              <w:rPr>
                <w:b/>
                <w:bCs/>
                <w:color w:val="auto"/>
                <w:sz w:val="24"/>
                <w:szCs w:val="24"/>
              </w:rPr>
            </w:pPr>
          </w:p>
        </w:tc>
        <w:tc>
          <w:tcPr>
            <w:tcW w:w="425" w:type="dxa"/>
          </w:tcPr>
          <w:p w14:paraId="17EDA098" w14:textId="77777777" w:rsidR="004D65C8" w:rsidRPr="004D46D7" w:rsidRDefault="004D65C8" w:rsidP="0026749B">
            <w:pPr>
              <w:tabs>
                <w:tab w:val="left" w:pos="720"/>
              </w:tabs>
              <w:spacing w:line="276" w:lineRule="auto"/>
              <w:rPr>
                <w:b/>
                <w:bCs/>
                <w:color w:val="auto"/>
                <w:sz w:val="24"/>
                <w:szCs w:val="24"/>
              </w:rPr>
            </w:pPr>
          </w:p>
        </w:tc>
      </w:tr>
    </w:tbl>
    <w:p w14:paraId="5685918E" w14:textId="77777777" w:rsidR="004D65C8" w:rsidRPr="004D46D7" w:rsidRDefault="004D65C8" w:rsidP="0026749B">
      <w:pPr>
        <w:tabs>
          <w:tab w:val="left" w:pos="283"/>
          <w:tab w:val="left" w:pos="2835"/>
          <w:tab w:val="left" w:pos="5386"/>
          <w:tab w:val="left" w:pos="7937"/>
        </w:tabs>
        <w:spacing w:line="276" w:lineRule="auto"/>
        <w:jc w:val="both"/>
        <w:rPr>
          <w:i/>
          <w:iCs/>
          <w:color w:val="C00000"/>
          <w:sz w:val="24"/>
          <w:szCs w:val="24"/>
          <w:lang w:val="nl-NL"/>
        </w:rPr>
      </w:pPr>
    </w:p>
    <w:p w14:paraId="5D2DDE9C" w14:textId="77777777" w:rsidR="0026749B" w:rsidRPr="004D46D7" w:rsidRDefault="0026749B" w:rsidP="0026749B">
      <w:pPr>
        <w:spacing w:after="160" w:line="259" w:lineRule="auto"/>
        <w:rPr>
          <w:i/>
          <w:iCs/>
          <w:color w:val="C00000"/>
          <w:sz w:val="24"/>
          <w:szCs w:val="24"/>
          <w:lang w:val="nl-NL"/>
        </w:rPr>
      </w:pPr>
      <w:r w:rsidRPr="004D46D7">
        <w:rPr>
          <w:i/>
          <w:iCs/>
          <w:color w:val="C00000"/>
          <w:sz w:val="24"/>
          <w:szCs w:val="24"/>
          <w:lang w:val="nl-NL"/>
        </w:rPr>
        <w:br w:type="page"/>
      </w:r>
    </w:p>
    <w:p w14:paraId="43C1E156" w14:textId="77777777" w:rsidR="006C627D" w:rsidRPr="004D46D7" w:rsidRDefault="006C627D" w:rsidP="0026749B">
      <w:pPr>
        <w:shd w:val="clear" w:color="auto" w:fill="F7CAAC" w:themeFill="accent2" w:themeFillTint="66"/>
        <w:tabs>
          <w:tab w:val="left" w:pos="360"/>
        </w:tabs>
        <w:spacing w:line="276" w:lineRule="auto"/>
        <w:jc w:val="both"/>
        <w:rPr>
          <w:b/>
          <w:bCs/>
          <w:color w:val="0070C0"/>
          <w:sz w:val="24"/>
          <w:szCs w:val="24"/>
        </w:rPr>
      </w:pPr>
      <w:r w:rsidRPr="004D46D7">
        <w:rPr>
          <w:b/>
          <w:bCs/>
          <w:color w:val="0070C0"/>
          <w:sz w:val="24"/>
          <w:szCs w:val="24"/>
        </w:rPr>
        <w:lastRenderedPageBreak/>
        <w:t>III – BÀI TẬP TỰ LUYỆN</w:t>
      </w:r>
    </w:p>
    <w:p w14:paraId="7FEE71D6" w14:textId="77777777" w:rsidR="006C627D" w:rsidRPr="004D46D7" w:rsidRDefault="006C627D" w:rsidP="0026749B">
      <w:pPr>
        <w:spacing w:line="276" w:lineRule="auto"/>
        <w:rPr>
          <w:b/>
          <w:bCs/>
          <w:color w:val="C00000"/>
          <w:sz w:val="24"/>
          <w:szCs w:val="24"/>
        </w:rPr>
      </w:pPr>
      <w:r w:rsidRPr="004D46D7">
        <w:rPr>
          <w:b/>
          <w:bCs/>
          <w:color w:val="C00000"/>
          <w:sz w:val="24"/>
          <w:szCs w:val="24"/>
        </w:rPr>
        <w:t>1. Câu trắc nhiệm nhiều phương án lựa chọn ( 4,5 điểm )</w:t>
      </w:r>
    </w:p>
    <w:p w14:paraId="79921786" w14:textId="77777777" w:rsidR="006C627D" w:rsidRPr="004D46D7" w:rsidRDefault="006C627D" w:rsidP="0026749B">
      <w:pPr>
        <w:tabs>
          <w:tab w:val="left" w:pos="360"/>
        </w:tabs>
        <w:spacing w:line="276" w:lineRule="auto"/>
        <w:rPr>
          <w:i/>
          <w:iCs/>
          <w:color w:val="000000" w:themeColor="text1"/>
          <w:sz w:val="24"/>
          <w:szCs w:val="24"/>
        </w:rPr>
      </w:pPr>
      <w:r w:rsidRPr="004D46D7">
        <w:rPr>
          <w:i/>
          <w:iCs/>
          <w:color w:val="000000" w:themeColor="text1"/>
          <w:sz w:val="24"/>
          <w:szCs w:val="24"/>
        </w:rPr>
        <w:t>Thí sinh trả lời từ câu 1 đến câu 18. Mỗi câu  hỏi thí sinh chỉ chọn một phương án.</w:t>
      </w:r>
    </w:p>
    <w:p w14:paraId="749D6863" w14:textId="77777777" w:rsidR="006C627D" w:rsidRPr="004D46D7" w:rsidRDefault="006C627D" w:rsidP="0026749B">
      <w:pPr>
        <w:tabs>
          <w:tab w:val="left" w:pos="360"/>
        </w:tabs>
        <w:spacing w:line="276" w:lineRule="auto"/>
        <w:rPr>
          <w:i/>
          <w:iCs/>
          <w:color w:val="000000" w:themeColor="text1"/>
          <w:sz w:val="24"/>
          <w:szCs w:val="24"/>
        </w:rPr>
      </w:pPr>
      <w:r w:rsidRPr="004D46D7">
        <w:rPr>
          <w:i/>
          <w:iCs/>
          <w:color w:val="000000" w:themeColor="text1"/>
          <w:sz w:val="24"/>
          <w:szCs w:val="24"/>
        </w:rPr>
        <w:t>(Mỗi câu trả lời đúng thí sinh được 0,25 điểm)</w:t>
      </w:r>
    </w:p>
    <w:p w14:paraId="55BA8FC8" w14:textId="77777777" w:rsidR="006C627D" w:rsidRPr="004D46D7" w:rsidRDefault="006C627D" w:rsidP="0026749B">
      <w:pPr>
        <w:tabs>
          <w:tab w:val="left" w:pos="360"/>
        </w:tabs>
        <w:spacing w:line="276" w:lineRule="auto"/>
        <w:rPr>
          <w:i/>
          <w:iCs/>
          <w:color w:val="000000" w:themeColor="text1"/>
          <w:sz w:val="24"/>
          <w:szCs w:val="24"/>
        </w:rPr>
      </w:pPr>
    </w:p>
    <w:p w14:paraId="712AC232" w14:textId="77777777" w:rsidR="006C627D" w:rsidRPr="004D46D7" w:rsidRDefault="006C627D" w:rsidP="0026749B">
      <w:pPr>
        <w:spacing w:line="276" w:lineRule="auto"/>
        <w:jc w:val="both"/>
        <w:rPr>
          <w:color w:val="auto"/>
          <w:sz w:val="24"/>
          <w:szCs w:val="24"/>
          <w:lang w:val="nl-NL"/>
        </w:rPr>
      </w:pPr>
      <w:r w:rsidRPr="004D46D7">
        <w:rPr>
          <w:b/>
          <w:bCs/>
          <w:color w:val="auto"/>
          <w:sz w:val="24"/>
          <w:szCs w:val="24"/>
          <w:lang w:val="de-DE"/>
        </w:rPr>
        <w:t xml:space="preserve">Câu </w:t>
      </w:r>
      <w:r w:rsidR="00603F3C" w:rsidRPr="004D46D7">
        <w:rPr>
          <w:b/>
          <w:bCs/>
          <w:color w:val="auto"/>
          <w:sz w:val="24"/>
          <w:szCs w:val="24"/>
          <w:lang w:val="de-DE"/>
        </w:rPr>
        <w:t>1</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nl-NL"/>
        </w:rPr>
        <w:t>Hằng số của các khí có giá trị bằng</w:t>
      </w:r>
    </w:p>
    <w:p w14:paraId="1068F081"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A</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của 1 mol khí ở nhiệt độ bất kì chia cho nhiệt độ tuyệt đối đó.</w:t>
      </w:r>
    </w:p>
    <w:p w14:paraId="24DF2D8D"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B</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của 1 mol khí ở 0°C.</w:t>
      </w:r>
    </w:p>
    <w:p w14:paraId="20E345E7" w14:textId="77777777" w:rsidR="006C627D" w:rsidRPr="004D46D7" w:rsidRDefault="00603F3C" w:rsidP="0026749B">
      <w:pPr>
        <w:spacing w:line="276" w:lineRule="auto"/>
        <w:jc w:val="both"/>
        <w:rPr>
          <w:color w:val="auto"/>
          <w:sz w:val="24"/>
          <w:szCs w:val="24"/>
          <w:lang w:val="nl-NL"/>
        </w:rPr>
      </w:pPr>
      <w:r w:rsidRPr="004D46D7">
        <w:rPr>
          <w:b/>
          <w:bCs/>
          <w:color w:val="auto"/>
          <w:sz w:val="24"/>
          <w:szCs w:val="24"/>
          <w:lang w:val="nl-NL"/>
        </w:rPr>
        <w:t>C</w:t>
      </w:r>
      <w:r w:rsidR="006C627D" w:rsidRPr="004D46D7">
        <w:rPr>
          <w:b/>
          <w:bCs/>
          <w:color w:val="auto"/>
          <w:sz w:val="24"/>
          <w:szCs w:val="24"/>
          <w:lang w:val="nl-NL"/>
        </w:rPr>
        <w:t>.</w:t>
      </w:r>
      <w:r w:rsidR="006C627D" w:rsidRPr="004D46D7">
        <w:rPr>
          <w:color w:val="auto"/>
          <w:sz w:val="24"/>
          <w:szCs w:val="24"/>
          <w:lang w:val="nl-NL"/>
        </w:rPr>
        <w:t xml:space="preserve"> tích của áp suất và thể tích chia cho số mol ở 0°C.</w:t>
      </w:r>
    </w:p>
    <w:p w14:paraId="49FD73ED" w14:textId="77777777" w:rsidR="006C627D" w:rsidRPr="004D46D7" w:rsidRDefault="006C627D" w:rsidP="0026749B">
      <w:pPr>
        <w:spacing w:line="276" w:lineRule="auto"/>
        <w:jc w:val="both"/>
        <w:rPr>
          <w:color w:val="auto"/>
          <w:sz w:val="24"/>
          <w:szCs w:val="24"/>
          <w:lang w:val="nl-NL"/>
        </w:rPr>
      </w:pPr>
      <w:r w:rsidRPr="004D46D7">
        <w:rPr>
          <w:b/>
          <w:bCs/>
          <w:color w:val="auto"/>
          <w:sz w:val="24"/>
          <w:szCs w:val="24"/>
          <w:lang w:val="nl-NL"/>
        </w:rPr>
        <w:t>D.</w:t>
      </w:r>
      <w:r w:rsidRPr="004D46D7">
        <w:rPr>
          <w:color w:val="auto"/>
          <w:sz w:val="24"/>
          <w:szCs w:val="24"/>
          <w:lang w:val="nl-NL"/>
        </w:rPr>
        <w:t xml:space="preserve"> tích của áp suất và thể tích của 1 mol khí ở nhiệt độ bất kì.</w:t>
      </w:r>
    </w:p>
    <w:p w14:paraId="1B55301B" w14:textId="77777777" w:rsidR="006C627D" w:rsidRPr="004D46D7" w:rsidRDefault="006C627D" w:rsidP="0026749B">
      <w:pPr>
        <w:spacing w:before="40"/>
        <w:jc w:val="both"/>
        <w:rPr>
          <w:color w:val="auto"/>
          <w:sz w:val="24"/>
          <w:szCs w:val="24"/>
        </w:rPr>
      </w:pPr>
      <w:r w:rsidRPr="004D46D7">
        <w:rPr>
          <w:b/>
          <w:bCs/>
          <w:color w:val="auto"/>
          <w:sz w:val="24"/>
          <w:szCs w:val="24"/>
        </w:rPr>
        <w:t xml:space="preserve">Câu </w:t>
      </w:r>
      <w:r w:rsidR="00603F3C" w:rsidRPr="004D46D7">
        <w:rPr>
          <w:b/>
          <w:bCs/>
          <w:color w:val="auto"/>
          <w:sz w:val="24"/>
          <w:szCs w:val="24"/>
        </w:rPr>
        <w:t>2</w:t>
      </w:r>
      <w:r w:rsidRPr="004D46D7">
        <w:rPr>
          <w:b/>
          <w:bCs/>
          <w:color w:val="auto"/>
          <w:sz w:val="24"/>
          <w:szCs w:val="24"/>
        </w:rPr>
        <w:t xml:space="preserve">: </w:t>
      </w:r>
      <w:r w:rsidRPr="004D46D7">
        <w:rPr>
          <w:color w:val="auto"/>
          <w:sz w:val="24"/>
          <w:szCs w:val="24"/>
        </w:rPr>
        <w:t>Phương trình nào sau đây là phương trình Clapeyron?</w:t>
      </w:r>
    </w:p>
    <w:p w14:paraId="2E232997" w14:textId="77777777" w:rsidR="006C627D" w:rsidRPr="004D46D7" w:rsidRDefault="006C627D" w:rsidP="0026749B">
      <w:pPr>
        <w:spacing w:before="40"/>
        <w:jc w:val="both"/>
        <w:rPr>
          <w:color w:val="auto"/>
          <w:sz w:val="24"/>
          <w:szCs w:val="24"/>
        </w:rPr>
      </w:pPr>
      <w:r w:rsidRPr="004D46D7">
        <w:rPr>
          <w:b/>
          <w:bCs/>
          <w:color w:val="auto"/>
          <w:sz w:val="24"/>
          <w:szCs w:val="24"/>
        </w:rPr>
        <w:t>A.</w:t>
      </w:r>
      <w:r w:rsidRPr="004D46D7">
        <w:rPr>
          <w:color w:val="auto"/>
          <w:position w:val="-22"/>
          <w:sz w:val="24"/>
          <w:szCs w:val="24"/>
        </w:rPr>
        <w:object w:dxaOrig="1100" w:dyaOrig="580" w14:anchorId="717A06B0">
          <v:shape id="_x0000_i1037" type="#_x0000_t75" alt="" style="width:57.65pt;height:30pt" o:ole="">
            <v:imagedata r:id="rId47" o:title=""/>
          </v:shape>
          <o:OLEObject Type="Embed" ProgID="Equation.DSMT4" ShapeID="_x0000_i1037" DrawAspect="Content" ObjectID="_1789927747" r:id="rId48"/>
        </w:object>
      </w:r>
      <w:r w:rsidRPr="004D46D7">
        <w:rPr>
          <w:color w:val="auto"/>
          <w:sz w:val="24"/>
          <w:szCs w:val="24"/>
        </w:rPr>
        <w:t>.</w:t>
      </w:r>
      <w:r w:rsidRPr="004D46D7">
        <w:rPr>
          <w:color w:val="auto"/>
          <w:sz w:val="24"/>
          <w:szCs w:val="24"/>
        </w:rPr>
        <w:tab/>
      </w:r>
      <w:r w:rsidRPr="004D46D7">
        <w:rPr>
          <w:color w:val="auto"/>
          <w:sz w:val="24"/>
          <w:szCs w:val="24"/>
        </w:rPr>
        <w:tab/>
      </w:r>
      <w:r w:rsidRPr="004D46D7">
        <w:rPr>
          <w:b/>
          <w:bCs/>
          <w:color w:val="auto"/>
          <w:sz w:val="24"/>
          <w:szCs w:val="24"/>
        </w:rPr>
        <w:t>B.</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=M.R</m:t>
        </m:r>
      </m:oMath>
      <w:r w:rsidRPr="004D46D7">
        <w:rPr>
          <w:color w:val="auto"/>
          <w:sz w:val="24"/>
          <w:szCs w:val="24"/>
        </w:rPr>
        <w:t>.</w:t>
      </w:r>
      <w:r w:rsidRPr="004D46D7">
        <w:rPr>
          <w:color w:val="auto"/>
          <w:sz w:val="24"/>
          <w:szCs w:val="24"/>
        </w:rPr>
        <w:tab/>
      </w:r>
      <w:r w:rsidRPr="004D46D7">
        <w:rPr>
          <w:color w:val="auto"/>
          <w:sz w:val="24"/>
          <w:szCs w:val="24"/>
        </w:rPr>
        <w:tab/>
      </w:r>
      <w:r w:rsidRPr="004D46D7">
        <w:rPr>
          <w:b/>
          <w:bCs/>
          <w:color w:val="auto"/>
          <w:sz w:val="24"/>
          <w:szCs w:val="24"/>
        </w:rPr>
        <w:t>C.</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m:t>
            </m:r>
          </m:num>
          <m:den>
            <m:r>
              <w:rPr>
                <w:rFonts w:ascii="Cambria Math" w:hAnsi="Cambria Math"/>
                <w:color w:val="auto"/>
                <w:sz w:val="24"/>
                <w:szCs w:val="24"/>
              </w:rPr>
              <m:t>M</m:t>
            </m:r>
          </m:den>
        </m:f>
        <m:r>
          <w:rPr>
            <w:rFonts w:ascii="Cambria Math" w:hAnsi="Cambria Math"/>
            <w:color w:val="auto"/>
            <w:sz w:val="24"/>
            <w:szCs w:val="24"/>
          </w:rPr>
          <m:t>R</m:t>
        </m:r>
      </m:oMath>
      <w:r w:rsidRPr="004D46D7">
        <w:rPr>
          <w:color w:val="auto"/>
          <w:sz w:val="24"/>
          <w:szCs w:val="24"/>
        </w:rPr>
        <w:t>.</w:t>
      </w:r>
      <w:r w:rsidRPr="004D46D7">
        <w:rPr>
          <w:color w:val="auto"/>
          <w:sz w:val="24"/>
          <w:szCs w:val="24"/>
        </w:rPr>
        <w:tab/>
      </w:r>
      <w:r w:rsidRPr="004D46D7">
        <w:rPr>
          <w:color w:val="auto"/>
          <w:sz w:val="24"/>
          <w:szCs w:val="24"/>
        </w:rPr>
        <w:tab/>
      </w:r>
      <w:r w:rsidRPr="004D46D7">
        <w:rPr>
          <w:color w:val="auto"/>
          <w:sz w:val="24"/>
          <w:szCs w:val="24"/>
        </w:rPr>
        <w:tab/>
      </w:r>
      <w:r w:rsidRPr="004D46D7">
        <w:rPr>
          <w:b/>
          <w:bCs/>
          <w:color w:val="auto"/>
          <w:sz w:val="24"/>
          <w:szCs w:val="24"/>
        </w:rPr>
        <w:t>D.</w:t>
      </w:r>
      <w:r w:rsidRPr="004D46D7">
        <w:rPr>
          <w:color w:val="auto"/>
          <w:sz w:val="24"/>
          <w:szCs w:val="24"/>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T</m:t>
            </m:r>
          </m:den>
        </m:f>
        <m:r>
          <w:rPr>
            <w:rFonts w:ascii="Cambria Math" w:hAnsi="Cambria Math"/>
            <w:color w:val="auto"/>
            <w:sz w:val="24"/>
            <w:szCs w:val="24"/>
          </w:rPr>
          <m:t>=</m:t>
        </m:r>
        <m:f>
          <m:fPr>
            <m:ctrlPr>
              <w:rPr>
                <w:rFonts w:ascii="Cambria Math" w:hAnsi="Cambria Math"/>
                <w:i/>
                <w:color w:val="auto"/>
                <w:sz w:val="24"/>
                <w:szCs w:val="24"/>
              </w:rPr>
            </m:ctrlPr>
          </m:fPr>
          <m:num>
            <m:r>
              <w:rPr>
                <w:rFonts w:ascii="Cambria Math" w:hAnsi="Cambria Math"/>
                <w:color w:val="auto"/>
                <w:sz w:val="24"/>
                <w:szCs w:val="24"/>
              </w:rPr>
              <m:t>MR</m:t>
            </m:r>
          </m:num>
          <m:den>
            <m:r>
              <w:rPr>
                <w:rFonts w:ascii="Cambria Math" w:hAnsi="Cambria Math"/>
                <w:color w:val="auto"/>
                <w:sz w:val="24"/>
                <w:szCs w:val="24"/>
              </w:rPr>
              <m:t>m</m:t>
            </m:r>
          </m:den>
        </m:f>
      </m:oMath>
      <w:r w:rsidRPr="004D46D7">
        <w:rPr>
          <w:color w:val="auto"/>
          <w:sz w:val="24"/>
          <w:szCs w:val="24"/>
        </w:rPr>
        <w:t xml:space="preserve"> </w:t>
      </w:r>
    </w:p>
    <w:p w14:paraId="15FF5F06" w14:textId="77777777" w:rsidR="006C627D" w:rsidRPr="004D46D7" w:rsidRDefault="006C627D" w:rsidP="0026749B">
      <w:pPr>
        <w:spacing w:before="40"/>
        <w:jc w:val="both"/>
        <w:rPr>
          <w:color w:val="auto"/>
          <w:sz w:val="24"/>
          <w:szCs w:val="24"/>
          <w:lang w:val="pt-BR"/>
        </w:rPr>
      </w:pPr>
      <w:r w:rsidRPr="004D46D7">
        <w:rPr>
          <w:b/>
          <w:bCs/>
          <w:color w:val="auto"/>
          <w:sz w:val="24"/>
          <w:szCs w:val="24"/>
          <w:lang w:val="de-DE"/>
        </w:rPr>
        <w:t xml:space="preserve">Câu </w:t>
      </w:r>
      <w:r w:rsidR="00603F3C" w:rsidRPr="004D46D7">
        <w:rPr>
          <w:b/>
          <w:bCs/>
          <w:color w:val="auto"/>
          <w:sz w:val="24"/>
          <w:szCs w:val="24"/>
          <w:lang w:val="de-DE"/>
        </w:rPr>
        <w:t>3</w:t>
      </w:r>
      <w:r w:rsidRPr="004D46D7">
        <w:rPr>
          <w:b/>
          <w:bCs/>
          <w:color w:val="auto"/>
          <w:sz w:val="24"/>
          <w:szCs w:val="24"/>
          <w:lang w:val="de-DE"/>
        </w:rPr>
        <w:t>:</w:t>
      </w:r>
      <w:r w:rsidRPr="004D46D7">
        <w:rPr>
          <w:color w:val="auto"/>
          <w:sz w:val="24"/>
          <w:szCs w:val="24"/>
          <w:lang w:val="de-DE"/>
        </w:rPr>
        <w:t xml:space="preserve"> </w:t>
      </w:r>
      <w:r w:rsidRPr="004D46D7">
        <w:rPr>
          <w:color w:val="auto"/>
          <w:sz w:val="24"/>
          <w:szCs w:val="24"/>
          <w:lang w:val="pt-BR"/>
        </w:rPr>
        <w:t>Một khối cầu cứng có thể tích V chứa một khối khí ở nhiệt độ T. Áp suất của khối khí là p. Có bao nhiêu mol khí Hêli trong khối cầu?</w:t>
      </w:r>
    </w:p>
    <w:p w14:paraId="00ED2281" w14:textId="77777777" w:rsidR="006C627D" w:rsidRPr="004D46D7" w:rsidRDefault="006C627D" w:rsidP="0026749B">
      <w:pPr>
        <w:spacing w:before="40"/>
        <w:rPr>
          <w:color w:val="auto"/>
          <w:sz w:val="24"/>
          <w:szCs w:val="24"/>
          <w:lang w:val="pt-BR"/>
        </w:rPr>
      </w:pPr>
      <w:r w:rsidRPr="004D46D7">
        <w:rPr>
          <w:b/>
          <w:bCs/>
          <w:color w:val="auto"/>
          <w:sz w:val="24"/>
          <w:szCs w:val="24"/>
          <w:lang w:val="pt-BR"/>
        </w:rPr>
        <w:t>A.</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pR</m:t>
            </m:r>
          </m:num>
          <m:den>
            <m:r>
              <w:rPr>
                <w:rFonts w:ascii="Cambria Math" w:hAnsi="Cambria Math"/>
                <w:color w:val="auto"/>
                <w:sz w:val="24"/>
                <w:szCs w:val="24"/>
              </w:rPr>
              <m:t>VT</m:t>
            </m:r>
          </m:den>
        </m:f>
      </m:oMath>
      <w:r w:rsidRPr="004D46D7">
        <w:rPr>
          <w:color w:val="auto"/>
          <w:sz w:val="24"/>
          <w:szCs w:val="24"/>
          <w:lang w:val="pt-BR"/>
        </w:rPr>
        <w:t xml:space="preserve"> </w:t>
      </w:r>
      <w:r w:rsidRPr="004D46D7">
        <w:rPr>
          <w:color w:val="auto"/>
          <w:sz w:val="24"/>
          <w:szCs w:val="24"/>
          <w:lang w:val="pt-BR"/>
        </w:rPr>
        <w:tab/>
        <w:t xml:space="preserve"> </w:t>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B.</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pT</m:t>
            </m:r>
          </m:num>
          <m:den>
            <m:r>
              <w:rPr>
                <w:rFonts w:ascii="Cambria Math" w:hAnsi="Cambria Math"/>
                <w:color w:val="auto"/>
                <w:sz w:val="24"/>
                <w:szCs w:val="24"/>
              </w:rPr>
              <m:t>VR</m:t>
            </m:r>
          </m:den>
        </m:f>
      </m:oMath>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C.</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pV</m:t>
            </m:r>
          </m:num>
          <m:den>
            <m:r>
              <w:rPr>
                <w:rFonts w:ascii="Cambria Math" w:hAnsi="Cambria Math"/>
                <w:color w:val="auto"/>
                <w:sz w:val="24"/>
                <w:szCs w:val="24"/>
              </w:rPr>
              <m:t>RT</m:t>
            </m:r>
          </m:den>
        </m:f>
      </m:oMath>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color w:val="auto"/>
          <w:sz w:val="24"/>
          <w:szCs w:val="24"/>
          <w:lang w:val="pt-BR"/>
        </w:rPr>
        <w:tab/>
      </w:r>
      <w:r w:rsidRPr="004D46D7">
        <w:rPr>
          <w:b/>
          <w:bCs/>
          <w:color w:val="auto"/>
          <w:sz w:val="24"/>
          <w:szCs w:val="24"/>
          <w:lang w:val="pt-BR"/>
        </w:rPr>
        <w:t>D.</w:t>
      </w:r>
      <w:r w:rsidRPr="004D46D7">
        <w:rPr>
          <w:color w:val="auto"/>
          <w:sz w:val="24"/>
          <w:szCs w:val="24"/>
          <w:lang w:val="pt-BR"/>
        </w:rPr>
        <w:t xml:space="preserve"> </w:t>
      </w:r>
      <m:oMath>
        <m:f>
          <m:fPr>
            <m:ctrlPr>
              <w:rPr>
                <w:rFonts w:ascii="Cambria Math" w:hAnsi="Cambria Math"/>
                <w:i/>
                <w:color w:val="auto"/>
                <w:sz w:val="24"/>
                <w:szCs w:val="24"/>
              </w:rPr>
            </m:ctrlPr>
          </m:fPr>
          <m:num>
            <m:r>
              <w:rPr>
                <w:rFonts w:ascii="Cambria Math" w:hAnsi="Cambria Math"/>
                <w:color w:val="auto"/>
                <w:sz w:val="24"/>
                <w:szCs w:val="24"/>
              </w:rPr>
              <m:t>RT</m:t>
            </m:r>
          </m:num>
          <m:den>
            <m:r>
              <w:rPr>
                <w:rFonts w:ascii="Cambria Math" w:hAnsi="Cambria Math"/>
                <w:color w:val="auto"/>
                <w:sz w:val="24"/>
                <w:szCs w:val="24"/>
              </w:rPr>
              <m:t>pV</m:t>
            </m:r>
          </m:den>
        </m:f>
      </m:oMath>
      <w:r w:rsidRPr="004D46D7">
        <w:rPr>
          <w:color w:val="auto"/>
          <w:sz w:val="24"/>
          <w:szCs w:val="24"/>
          <w:lang w:val="pt-BR"/>
        </w:rPr>
        <w:t xml:space="preserve"> </w:t>
      </w:r>
    </w:p>
    <w:p w14:paraId="2451609E" w14:textId="77777777" w:rsidR="006C627D" w:rsidRPr="004D46D7" w:rsidRDefault="006C627D" w:rsidP="0026749B">
      <w:pPr>
        <w:spacing w:line="276" w:lineRule="auto"/>
        <w:jc w:val="both"/>
        <w:rPr>
          <w:color w:val="auto"/>
          <w:sz w:val="24"/>
          <w:szCs w:val="24"/>
          <w:lang w:val="da-DK"/>
        </w:rPr>
      </w:pPr>
      <w:r w:rsidRPr="004D46D7">
        <w:rPr>
          <w:b/>
          <w:bCs/>
          <w:color w:val="auto"/>
          <w:sz w:val="24"/>
          <w:szCs w:val="24"/>
          <w:lang w:val="de-DE"/>
        </w:rPr>
        <w:t>Câu 4:</w:t>
      </w:r>
      <w:r w:rsidRPr="004D46D7">
        <w:rPr>
          <w:color w:val="auto"/>
          <w:sz w:val="24"/>
          <w:szCs w:val="24"/>
          <w:lang w:val="de-DE"/>
        </w:rPr>
        <w:t xml:space="preserve"> </w:t>
      </w:r>
      <w:r w:rsidRPr="004D46D7">
        <w:rPr>
          <w:color w:val="auto"/>
          <w:sz w:val="24"/>
          <w:szCs w:val="24"/>
          <w:lang w:val="da-DK"/>
        </w:rPr>
        <w:t xml:space="preserve">Có 14 g chất khí lí tưởng đựng trong bình kín có thể tích 1 lít. Đun nóng đến 127 </w:t>
      </w:r>
      <w:r w:rsidRPr="004D46D7">
        <w:rPr>
          <w:color w:val="auto"/>
          <w:sz w:val="24"/>
          <w:szCs w:val="24"/>
          <w:vertAlign w:val="superscript"/>
          <w:lang w:val="da-DK"/>
        </w:rPr>
        <w:t>o</w:t>
      </w:r>
      <w:r w:rsidRPr="004D46D7">
        <w:rPr>
          <w:color w:val="auto"/>
          <w:sz w:val="24"/>
          <w:szCs w:val="24"/>
          <w:lang w:val="da-DK"/>
        </w:rPr>
        <w:t>C, áp suất trong bình là 16,62.10</w:t>
      </w:r>
      <w:r w:rsidRPr="004D46D7">
        <w:rPr>
          <w:color w:val="auto"/>
          <w:sz w:val="24"/>
          <w:szCs w:val="24"/>
          <w:vertAlign w:val="superscript"/>
          <w:lang w:val="da-DK"/>
        </w:rPr>
        <w:t xml:space="preserve">5 </w:t>
      </w:r>
      <w:r w:rsidRPr="004D46D7">
        <w:rPr>
          <w:color w:val="auto"/>
          <w:sz w:val="24"/>
          <w:szCs w:val="24"/>
          <w:lang w:val="da-DK"/>
        </w:rPr>
        <w:t>Pa. Khí đó là khí gì?</w:t>
      </w:r>
    </w:p>
    <w:p w14:paraId="60F45840" w14:textId="77777777" w:rsidR="0026749B" w:rsidRPr="004D46D7" w:rsidRDefault="00603F3C"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b/>
          <w:bCs/>
          <w:sz w:val="24"/>
          <w:szCs w:val="24"/>
          <w:lang w:val="da-DK"/>
        </w:rPr>
        <w:t>A.</w:t>
      </w:r>
      <w:r w:rsidRPr="004D46D7">
        <w:rPr>
          <w:rFonts w:ascii="Times New Roman" w:hAnsi="Times New Roman" w:cs="Times New Roman"/>
          <w:sz w:val="24"/>
          <w:szCs w:val="24"/>
          <w:lang w:val="da-DK"/>
        </w:rPr>
        <w:t xml:space="preserve"> Hiđrô.</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B.</w:t>
      </w:r>
      <w:r w:rsidRPr="004D46D7">
        <w:rPr>
          <w:rFonts w:ascii="Times New Roman" w:hAnsi="Times New Roman" w:cs="Times New Roman"/>
          <w:sz w:val="24"/>
          <w:szCs w:val="24"/>
          <w:lang w:val="da-DK"/>
        </w:rPr>
        <w:t xml:space="preserve"> Ôxi.</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C.</w:t>
      </w:r>
      <w:r w:rsidRPr="004D46D7">
        <w:rPr>
          <w:rFonts w:ascii="Times New Roman" w:hAnsi="Times New Roman" w:cs="Times New Roman"/>
          <w:sz w:val="24"/>
          <w:szCs w:val="24"/>
          <w:lang w:val="da-DK"/>
        </w:rPr>
        <w:t xml:space="preserve"> Nitơ.</w:t>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006C627D" w:rsidRPr="004D46D7">
        <w:rPr>
          <w:rFonts w:ascii="Times New Roman" w:hAnsi="Times New Roman" w:cs="Times New Roman"/>
          <w:sz w:val="24"/>
          <w:szCs w:val="24"/>
          <w:lang w:val="da-DK"/>
        </w:rPr>
        <w:tab/>
      </w:r>
      <w:r w:rsidRPr="004D46D7">
        <w:rPr>
          <w:rFonts w:ascii="Times New Roman" w:hAnsi="Times New Roman" w:cs="Times New Roman"/>
          <w:b/>
          <w:bCs/>
          <w:sz w:val="24"/>
          <w:szCs w:val="24"/>
          <w:lang w:val="da-DK"/>
        </w:rPr>
        <w:t>D.</w:t>
      </w:r>
      <w:r w:rsidRPr="004D46D7">
        <w:rPr>
          <w:rFonts w:ascii="Times New Roman" w:hAnsi="Times New Roman" w:cs="Times New Roman"/>
          <w:sz w:val="24"/>
          <w:szCs w:val="24"/>
          <w:lang w:val="da-DK"/>
        </w:rPr>
        <w:t xml:space="preserve"> Hêli.  </w:t>
      </w:r>
      <w:r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p>
    <w:p w14:paraId="18EA8634" w14:textId="77777777" w:rsidR="0026749B" w:rsidRPr="004D46D7" w:rsidRDefault="006C627D"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b/>
          <w:bCs/>
          <w:sz w:val="24"/>
          <w:szCs w:val="24"/>
          <w:lang w:val="de-DE"/>
        </w:rPr>
        <w:t>Câu 5:</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da-DK"/>
        </w:rPr>
        <w:t xml:space="preserve">Có bao nhiêu mol khí nitơ trong một bình kín có dung tích 0,75 lít ở 26 </w:t>
      </w:r>
      <w:r w:rsidRPr="004D46D7">
        <w:rPr>
          <w:rFonts w:ascii="Times New Roman" w:hAnsi="Times New Roman" w:cs="Times New Roman"/>
          <w:sz w:val="24"/>
          <w:szCs w:val="24"/>
          <w:vertAlign w:val="superscript"/>
          <w:lang w:val="da-DK"/>
        </w:rPr>
        <w:t>o</w:t>
      </w:r>
      <w:r w:rsidRPr="004D46D7">
        <w:rPr>
          <w:rFonts w:ascii="Times New Roman" w:hAnsi="Times New Roman" w:cs="Times New Roman"/>
          <w:sz w:val="24"/>
          <w:szCs w:val="24"/>
          <w:lang w:val="da-DK"/>
        </w:rPr>
        <w:t xml:space="preserve">C và ở áp suất 760 mmHg. </w:t>
      </w:r>
    </w:p>
    <w:p w14:paraId="782B26BE"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da-DK"/>
        </w:rPr>
      </w:pPr>
      <w:r w:rsidRPr="004D46D7">
        <w:rPr>
          <w:rFonts w:ascii="Times New Roman" w:hAnsi="Times New Roman" w:cs="Times New Roman"/>
          <w:sz w:val="24"/>
          <w:szCs w:val="24"/>
          <w:lang w:val="da-DK"/>
        </w:rPr>
        <w:t>Biết R = 0,082 atm.lít/mol.K.</w:t>
      </w:r>
    </w:p>
    <w:p w14:paraId="2A7A4D85"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pt-BR"/>
        </w:rPr>
      </w:pPr>
      <w:r w:rsidRPr="004D46D7">
        <w:rPr>
          <w:rFonts w:ascii="Times New Roman" w:hAnsi="Times New Roman" w:cs="Times New Roman"/>
          <w:b/>
          <w:bCs/>
          <w:sz w:val="24"/>
          <w:szCs w:val="24"/>
          <w:lang w:val="pt-BR"/>
        </w:rPr>
        <w:t>A.</w:t>
      </w:r>
      <w:r w:rsidRPr="004D46D7">
        <w:rPr>
          <w:rFonts w:ascii="Times New Roman" w:hAnsi="Times New Roman" w:cs="Times New Roman"/>
          <w:sz w:val="24"/>
          <w:szCs w:val="24"/>
          <w:lang w:val="pt-BR"/>
        </w:rPr>
        <w:t xml:space="preserve"> </w:t>
      </w:r>
      <w:r w:rsidR="00603F3C" w:rsidRPr="004D46D7">
        <w:rPr>
          <w:rFonts w:ascii="Times New Roman" w:hAnsi="Times New Roman" w:cs="Times New Roman"/>
          <w:sz w:val="24"/>
          <w:szCs w:val="24"/>
          <w:lang w:val="pt-BR"/>
        </w:rPr>
        <w:t>1</w:t>
      </w:r>
      <w:r w:rsidRPr="004D46D7">
        <w:rPr>
          <w:rFonts w:ascii="Times New Roman" w:hAnsi="Times New Roman" w:cs="Times New Roman"/>
          <w:sz w:val="24"/>
          <w:szCs w:val="24"/>
          <w:lang w:val="pt-BR"/>
        </w:rPr>
        <w:t>,0</w:t>
      </w:r>
      <w:r w:rsidR="00603F3C" w:rsidRPr="004D46D7">
        <w:rPr>
          <w:rFonts w:ascii="Times New Roman" w:hAnsi="Times New Roman" w:cs="Times New Roman"/>
          <w:sz w:val="24"/>
          <w:szCs w:val="24"/>
          <w:lang w:val="pt-BR"/>
        </w:rPr>
        <w:t xml:space="preserve">6 </w:t>
      </w:r>
      <w:r w:rsidRPr="004D46D7">
        <w:rPr>
          <w:rFonts w:ascii="Times New Roman" w:hAnsi="Times New Roman" w:cs="Times New Roman"/>
          <w:sz w:val="24"/>
          <w:szCs w:val="24"/>
          <w:lang w:val="pt-BR"/>
        </w:rPr>
        <w:t xml:space="preserve">mol. </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B.</w:t>
      </w:r>
      <w:r w:rsidRPr="004D46D7">
        <w:rPr>
          <w:rFonts w:ascii="Times New Roman" w:hAnsi="Times New Roman" w:cs="Times New Roman"/>
          <w:sz w:val="24"/>
          <w:szCs w:val="24"/>
          <w:lang w:val="pt-BR"/>
        </w:rPr>
        <w:t xml:space="preserve"> 0,0</w:t>
      </w:r>
      <w:r w:rsidR="00603F3C" w:rsidRPr="004D46D7">
        <w:rPr>
          <w:rFonts w:ascii="Times New Roman" w:hAnsi="Times New Roman" w:cs="Times New Roman"/>
          <w:sz w:val="24"/>
          <w:szCs w:val="24"/>
          <w:lang w:val="pt-BR"/>
        </w:rPr>
        <w:t>2</w:t>
      </w:r>
      <w:r w:rsidRPr="004D46D7">
        <w:rPr>
          <w:rFonts w:ascii="Times New Roman" w:hAnsi="Times New Roman" w:cs="Times New Roman"/>
          <w:sz w:val="24"/>
          <w:szCs w:val="24"/>
          <w:lang w:val="pt-BR"/>
        </w:rPr>
        <w:t>mol.</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C.</w:t>
      </w:r>
      <w:r w:rsidRPr="004D46D7">
        <w:rPr>
          <w:rFonts w:ascii="Times New Roman" w:hAnsi="Times New Roman" w:cs="Times New Roman"/>
          <w:sz w:val="24"/>
          <w:szCs w:val="24"/>
          <w:lang w:val="pt-BR"/>
        </w:rPr>
        <w:t xml:space="preserve"> 0,</w:t>
      </w:r>
      <w:r w:rsidR="00603F3C" w:rsidRPr="004D46D7">
        <w:rPr>
          <w:rFonts w:ascii="Times New Roman" w:hAnsi="Times New Roman" w:cs="Times New Roman"/>
          <w:sz w:val="24"/>
          <w:szCs w:val="24"/>
          <w:lang w:val="pt-BR"/>
        </w:rPr>
        <w:t>15</w:t>
      </w:r>
      <w:r w:rsidRPr="004D46D7">
        <w:rPr>
          <w:rFonts w:ascii="Times New Roman" w:hAnsi="Times New Roman" w:cs="Times New Roman"/>
          <w:sz w:val="24"/>
          <w:szCs w:val="24"/>
          <w:lang w:val="pt-BR"/>
        </w:rPr>
        <w:t>mol.</w:t>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sz w:val="24"/>
          <w:szCs w:val="24"/>
          <w:lang w:val="pt-BR"/>
        </w:rPr>
        <w:tab/>
      </w:r>
      <w:r w:rsidRPr="004D46D7">
        <w:rPr>
          <w:rFonts w:ascii="Times New Roman" w:hAnsi="Times New Roman" w:cs="Times New Roman"/>
          <w:b/>
          <w:bCs/>
          <w:sz w:val="24"/>
          <w:szCs w:val="24"/>
          <w:lang w:val="pt-BR"/>
        </w:rPr>
        <w:t>D.</w:t>
      </w:r>
      <w:r w:rsidRPr="004D46D7">
        <w:rPr>
          <w:rFonts w:ascii="Times New Roman" w:hAnsi="Times New Roman" w:cs="Times New Roman"/>
          <w:sz w:val="24"/>
          <w:szCs w:val="24"/>
          <w:lang w:val="pt-BR"/>
        </w:rPr>
        <w:t xml:space="preserve"> 0,0</w:t>
      </w:r>
      <w:r w:rsidR="00603F3C" w:rsidRPr="004D46D7">
        <w:rPr>
          <w:rFonts w:ascii="Times New Roman" w:hAnsi="Times New Roman" w:cs="Times New Roman"/>
          <w:sz w:val="24"/>
          <w:szCs w:val="24"/>
          <w:lang w:val="pt-BR"/>
        </w:rPr>
        <w:t>3</w:t>
      </w:r>
      <w:r w:rsidRPr="004D46D7">
        <w:rPr>
          <w:rFonts w:ascii="Times New Roman" w:hAnsi="Times New Roman" w:cs="Times New Roman"/>
          <w:sz w:val="24"/>
          <w:szCs w:val="24"/>
          <w:lang w:val="pt-BR"/>
        </w:rPr>
        <w:t>mol.</w:t>
      </w:r>
    </w:p>
    <w:p w14:paraId="30FCC2F4" w14:textId="77777777" w:rsidR="006C627D" w:rsidRPr="004D46D7" w:rsidRDefault="006C627D" w:rsidP="0026749B">
      <w:pPr>
        <w:spacing w:line="276" w:lineRule="auto"/>
        <w:jc w:val="both"/>
        <w:rPr>
          <w:color w:val="auto"/>
          <w:sz w:val="24"/>
          <w:szCs w:val="24"/>
          <w:lang w:val="da-DK"/>
        </w:rPr>
      </w:pPr>
      <w:r w:rsidRPr="004D46D7">
        <w:rPr>
          <w:b/>
          <w:bCs/>
          <w:color w:val="auto"/>
          <w:sz w:val="24"/>
          <w:szCs w:val="24"/>
          <w:lang w:val="de-DE"/>
        </w:rPr>
        <w:t>Câu 6</w:t>
      </w:r>
      <w:r w:rsidRPr="004D46D7">
        <w:rPr>
          <w:color w:val="auto"/>
          <w:sz w:val="24"/>
          <w:szCs w:val="24"/>
          <w:lang w:val="de-DE"/>
        </w:rPr>
        <w:t xml:space="preserve">: </w:t>
      </w:r>
      <w:r w:rsidRPr="004D46D7">
        <w:rPr>
          <w:color w:val="auto"/>
          <w:sz w:val="24"/>
          <w:szCs w:val="24"/>
          <w:lang w:val="da-DK"/>
        </w:rPr>
        <w:t>Cho khối lượng riêng của không khí ở điều kiện tiêu chuẩn là 1,29 kg/m</w:t>
      </w:r>
      <w:r w:rsidRPr="004D46D7">
        <w:rPr>
          <w:color w:val="auto"/>
          <w:sz w:val="24"/>
          <w:szCs w:val="24"/>
          <w:vertAlign w:val="superscript"/>
          <w:lang w:val="da-DK"/>
        </w:rPr>
        <w:t>3</w:t>
      </w:r>
      <w:r w:rsidRPr="004D46D7">
        <w:rPr>
          <w:color w:val="auto"/>
          <w:sz w:val="24"/>
          <w:szCs w:val="24"/>
          <w:lang w:val="da-DK"/>
        </w:rPr>
        <w:t>. Coi không khí như một chất khí thuần nhất. Khối lượng mol của không khí xấp xỉ bằng</w:t>
      </w:r>
    </w:p>
    <w:p w14:paraId="6BCFEA19" w14:textId="77777777" w:rsidR="006C627D" w:rsidRPr="004D46D7" w:rsidRDefault="006C627D" w:rsidP="0026749B">
      <w:pPr>
        <w:pStyle w:val="ListParagraph"/>
        <w:spacing w:after="0" w:line="276" w:lineRule="auto"/>
        <w:ind w:left="0"/>
        <w:rPr>
          <w:rFonts w:ascii="Times New Roman" w:hAnsi="Times New Roman" w:cs="Times New Roman"/>
          <w:sz w:val="24"/>
          <w:szCs w:val="24"/>
        </w:rPr>
      </w:pPr>
      <w:r w:rsidRPr="004D46D7">
        <w:rPr>
          <w:rFonts w:ascii="Times New Roman" w:hAnsi="Times New Roman" w:cs="Times New Roman"/>
          <w:b/>
          <w:bCs/>
          <w:sz w:val="24"/>
          <w:szCs w:val="24"/>
          <w:lang w:val="da-DK"/>
        </w:rPr>
        <w:t>A.</w:t>
      </w:r>
      <w:r w:rsidRPr="004D46D7">
        <w:rPr>
          <w:rFonts w:ascii="Times New Roman" w:hAnsi="Times New Roman" w:cs="Times New Roman"/>
          <w:sz w:val="24"/>
          <w:szCs w:val="24"/>
          <w:lang w:val="da-DK"/>
        </w:rPr>
        <w:t xml:space="preserve"> </w:t>
      </w:r>
      <w:r w:rsidR="00603F3C" w:rsidRPr="004D46D7">
        <w:rPr>
          <w:rFonts w:ascii="Times New Roman" w:hAnsi="Times New Roman" w:cs="Times New Roman"/>
          <w:sz w:val="24"/>
          <w:szCs w:val="24"/>
          <w:lang w:val="da-DK"/>
        </w:rPr>
        <w:t>42,5</w:t>
      </w:r>
      <w:r w:rsidRPr="004D46D7">
        <w:rPr>
          <w:rFonts w:ascii="Times New Roman" w:hAnsi="Times New Roman" w:cs="Times New Roman"/>
          <w:sz w:val="24"/>
          <w:szCs w:val="24"/>
          <w:lang w:val="da-DK"/>
        </w:rPr>
        <w:t xml:space="preserve"> g/mol.  </w:t>
      </w:r>
      <w:r w:rsidRPr="004D46D7">
        <w:rPr>
          <w:rFonts w:ascii="Times New Roman" w:hAnsi="Times New Roman" w:cs="Times New Roman"/>
          <w:sz w:val="24"/>
          <w:szCs w:val="24"/>
          <w:lang w:val="da-DK"/>
        </w:rPr>
        <w:tab/>
      </w:r>
      <w:r w:rsidRPr="004D46D7">
        <w:rPr>
          <w:rFonts w:ascii="Times New Roman" w:hAnsi="Times New Roman" w:cs="Times New Roman"/>
          <w:sz w:val="24"/>
          <w:szCs w:val="24"/>
          <w:lang w:val="da-DK"/>
        </w:rPr>
        <w:tab/>
      </w:r>
      <w:r w:rsidR="00603F3C" w:rsidRPr="004D46D7">
        <w:rPr>
          <w:rFonts w:ascii="Times New Roman" w:hAnsi="Times New Roman" w:cs="Times New Roman"/>
          <w:b/>
          <w:bCs/>
          <w:sz w:val="24"/>
          <w:szCs w:val="24"/>
        </w:rPr>
        <w:t>B.</w:t>
      </w:r>
      <w:r w:rsidR="00603F3C" w:rsidRPr="004D46D7">
        <w:rPr>
          <w:rFonts w:ascii="Times New Roman" w:hAnsi="Times New Roman" w:cs="Times New Roman"/>
          <w:sz w:val="24"/>
          <w:szCs w:val="24"/>
        </w:rPr>
        <w:t xml:space="preserve"> 28,9 g/mol.  </w:t>
      </w:r>
      <w:r w:rsidRPr="004D46D7">
        <w:rPr>
          <w:rFonts w:ascii="Times New Roman" w:hAnsi="Times New Roman" w:cs="Times New Roman"/>
          <w:sz w:val="24"/>
          <w:szCs w:val="24"/>
        </w:rPr>
        <w:tab/>
        <w:t xml:space="preserve"> </w:t>
      </w:r>
      <w:r w:rsidRPr="004D46D7">
        <w:rPr>
          <w:rFonts w:ascii="Times New Roman" w:hAnsi="Times New Roman" w:cs="Times New Roman"/>
          <w:sz w:val="24"/>
          <w:szCs w:val="24"/>
        </w:rPr>
        <w:tab/>
      </w:r>
      <w:r w:rsidRPr="004D46D7">
        <w:rPr>
          <w:rFonts w:ascii="Times New Roman" w:hAnsi="Times New Roman" w:cs="Times New Roman"/>
          <w:b/>
          <w:bCs/>
          <w:sz w:val="24"/>
          <w:szCs w:val="24"/>
        </w:rPr>
        <w:t>C.</w:t>
      </w:r>
      <w:r w:rsidRPr="004D46D7">
        <w:rPr>
          <w:rFonts w:ascii="Times New Roman" w:hAnsi="Times New Roman" w:cs="Times New Roman"/>
          <w:sz w:val="24"/>
          <w:szCs w:val="24"/>
        </w:rPr>
        <w:t xml:space="preserve"> </w:t>
      </w:r>
      <w:r w:rsidR="00603F3C" w:rsidRPr="004D46D7">
        <w:rPr>
          <w:rFonts w:ascii="Times New Roman" w:hAnsi="Times New Roman" w:cs="Times New Roman"/>
          <w:sz w:val="24"/>
          <w:szCs w:val="24"/>
        </w:rPr>
        <w:t>35</w:t>
      </w:r>
      <w:r w:rsidRPr="004D46D7">
        <w:rPr>
          <w:rFonts w:ascii="Times New Roman" w:hAnsi="Times New Roman" w:cs="Times New Roman"/>
          <w:sz w:val="24"/>
          <w:szCs w:val="24"/>
        </w:rPr>
        <w:t>,</w:t>
      </w:r>
      <w:r w:rsidR="00603F3C" w:rsidRPr="004D46D7">
        <w:rPr>
          <w:rFonts w:ascii="Times New Roman" w:hAnsi="Times New Roman" w:cs="Times New Roman"/>
          <w:sz w:val="24"/>
          <w:szCs w:val="24"/>
        </w:rPr>
        <w:t>7</w:t>
      </w:r>
      <w:r w:rsidRPr="004D46D7">
        <w:rPr>
          <w:rFonts w:ascii="Times New Roman" w:hAnsi="Times New Roman" w:cs="Times New Roman"/>
          <w:sz w:val="24"/>
          <w:szCs w:val="24"/>
        </w:rPr>
        <w:t xml:space="preserve"> g/mol.  </w:t>
      </w:r>
      <w:r w:rsidRPr="004D46D7">
        <w:rPr>
          <w:rFonts w:ascii="Times New Roman" w:hAnsi="Times New Roman" w:cs="Times New Roman"/>
          <w:sz w:val="24"/>
          <w:szCs w:val="24"/>
        </w:rPr>
        <w:tab/>
      </w:r>
      <w:r w:rsidRPr="004D46D7">
        <w:rPr>
          <w:rFonts w:ascii="Times New Roman" w:hAnsi="Times New Roman" w:cs="Times New Roman"/>
          <w:b/>
          <w:bCs/>
          <w:sz w:val="24"/>
          <w:szCs w:val="24"/>
        </w:rPr>
        <w:t>D.</w:t>
      </w:r>
      <w:r w:rsidRPr="004D46D7">
        <w:rPr>
          <w:rFonts w:ascii="Times New Roman" w:hAnsi="Times New Roman" w:cs="Times New Roman"/>
          <w:sz w:val="24"/>
          <w:szCs w:val="24"/>
        </w:rPr>
        <w:t xml:space="preserve"> </w:t>
      </w:r>
      <w:r w:rsidR="00603F3C" w:rsidRPr="004D46D7">
        <w:rPr>
          <w:rFonts w:ascii="Times New Roman" w:hAnsi="Times New Roman" w:cs="Times New Roman"/>
          <w:sz w:val="24"/>
          <w:szCs w:val="24"/>
        </w:rPr>
        <w:t>16,8</w:t>
      </w:r>
      <w:r w:rsidRPr="004D46D7">
        <w:rPr>
          <w:rFonts w:ascii="Times New Roman" w:hAnsi="Times New Roman" w:cs="Times New Roman"/>
          <w:sz w:val="24"/>
          <w:szCs w:val="24"/>
        </w:rPr>
        <w:t xml:space="preserve"> g/mol.</w:t>
      </w:r>
    </w:p>
    <w:p w14:paraId="2254AAA8" w14:textId="77777777" w:rsidR="006C627D" w:rsidRPr="004D46D7" w:rsidRDefault="006C627D" w:rsidP="0026749B">
      <w:pPr>
        <w:pStyle w:val="NormalWeb"/>
        <w:spacing w:line="276" w:lineRule="auto"/>
        <w:ind w:firstLine="0"/>
        <w:rPr>
          <w:b/>
          <w:lang w:val="sv-SE"/>
        </w:rPr>
      </w:pPr>
      <w:r w:rsidRPr="004D46D7">
        <w:rPr>
          <w:b/>
          <w:bCs/>
          <w:iCs/>
          <w:lang w:val="sv-SE"/>
        </w:rPr>
        <w:t>Câu 7:</w:t>
      </w:r>
      <w:r w:rsidRPr="004D46D7">
        <w:rPr>
          <w:iCs/>
          <w:lang w:val="sv-SE"/>
        </w:rPr>
        <w:t xml:space="preserve"> </w:t>
      </w:r>
      <w:r w:rsidRPr="004D46D7">
        <w:rPr>
          <w:lang w:val="sv-SE"/>
        </w:rPr>
        <w:t xml:space="preserve">Ở điều kiện tiêu chuẩn: 1 mol khí ở 0 </w:t>
      </w:r>
      <w:r w:rsidRPr="004D46D7">
        <w:rPr>
          <w:vertAlign w:val="superscript"/>
          <w:lang w:val="sv-SE"/>
        </w:rPr>
        <w:t>0</w:t>
      </w:r>
      <w:r w:rsidRPr="004D46D7">
        <w:rPr>
          <w:lang w:val="sv-SE"/>
        </w:rPr>
        <w:t xml:space="preserve">C có áp suất 1atm và thể tích là 22,4 lít. Hỏi một bình có dung tích 5 lít chứa 0,5 mol khí ở nhiệt độ 0 </w:t>
      </w:r>
      <w:r w:rsidRPr="004D46D7">
        <w:rPr>
          <w:vertAlign w:val="superscript"/>
          <w:lang w:val="sv-SE"/>
        </w:rPr>
        <w:t>0</w:t>
      </w:r>
      <w:r w:rsidRPr="004D46D7">
        <w:rPr>
          <w:lang w:val="sv-SE"/>
        </w:rPr>
        <w:t>C có áp suất là bao nhiêu?</w:t>
      </w:r>
    </w:p>
    <w:p w14:paraId="2523C653" w14:textId="77777777" w:rsidR="006C627D" w:rsidRPr="004D46D7" w:rsidRDefault="006C627D" w:rsidP="0026749B">
      <w:pPr>
        <w:pStyle w:val="NormalWeb"/>
        <w:tabs>
          <w:tab w:val="left" w:pos="283"/>
          <w:tab w:val="left" w:pos="2835"/>
          <w:tab w:val="left" w:pos="5386"/>
          <w:tab w:val="left" w:pos="7937"/>
        </w:tabs>
        <w:spacing w:line="276" w:lineRule="auto"/>
        <w:ind w:firstLine="0"/>
      </w:pPr>
      <w:r w:rsidRPr="004D46D7">
        <w:rPr>
          <w:b/>
        </w:rPr>
        <w:t xml:space="preserve">A. </w:t>
      </w:r>
      <w:r w:rsidR="00603F3C" w:rsidRPr="004D46D7">
        <w:t>1</w:t>
      </w:r>
      <w:r w:rsidRPr="004D46D7">
        <w:t>,2</w:t>
      </w:r>
      <w:r w:rsidR="00603F3C" w:rsidRPr="004D46D7">
        <w:t>5</w:t>
      </w:r>
      <w:r w:rsidRPr="004D46D7">
        <w:t xml:space="preserve"> atm.</w:t>
      </w:r>
      <w:r w:rsidRPr="004D46D7">
        <w:rPr>
          <w:b/>
        </w:rPr>
        <w:tab/>
        <w:t>B.</w:t>
      </w:r>
      <w:r w:rsidRPr="004D46D7">
        <w:t xml:space="preserve"> </w:t>
      </w:r>
      <w:r w:rsidR="00603F3C" w:rsidRPr="004D46D7">
        <w:t>3</w:t>
      </w:r>
      <w:r w:rsidRPr="004D46D7">
        <w:t>,5</w:t>
      </w:r>
      <w:r w:rsidR="00603F3C" w:rsidRPr="004D46D7">
        <w:t>2</w:t>
      </w:r>
      <w:r w:rsidRPr="004D46D7">
        <w:t xml:space="preserve"> atm.</w:t>
      </w:r>
      <w:r w:rsidRPr="004D46D7">
        <w:rPr>
          <w:b/>
        </w:rPr>
        <w:tab/>
        <w:t>C.</w:t>
      </w:r>
      <w:r w:rsidRPr="004D46D7">
        <w:t xml:space="preserve"> </w:t>
      </w:r>
      <w:r w:rsidR="00603F3C" w:rsidRPr="004D46D7">
        <w:t>5</w:t>
      </w:r>
      <w:r w:rsidRPr="004D46D7">
        <w:t>,</w:t>
      </w:r>
      <w:r w:rsidR="00603F3C" w:rsidRPr="004D46D7">
        <w:t>3</w:t>
      </w:r>
      <w:r w:rsidRPr="004D46D7">
        <w:t xml:space="preserve"> atm. </w:t>
      </w:r>
      <w:r w:rsidRPr="004D46D7">
        <w:tab/>
      </w:r>
      <w:r w:rsidRPr="004D46D7">
        <w:rPr>
          <w:b/>
        </w:rPr>
        <w:t>D.</w:t>
      </w:r>
      <w:r w:rsidRPr="004D46D7">
        <w:t xml:space="preserve"> </w:t>
      </w:r>
      <w:r w:rsidR="00603F3C" w:rsidRPr="004D46D7">
        <w:t>2</w:t>
      </w:r>
      <w:r w:rsidRPr="004D46D7">
        <w:t>,2</w:t>
      </w:r>
      <w:r w:rsidR="00603F3C" w:rsidRPr="004D46D7">
        <w:t>4</w:t>
      </w:r>
      <w:r w:rsidRPr="004D46D7">
        <w:t xml:space="preserve"> atm.</w:t>
      </w:r>
    </w:p>
    <w:p w14:paraId="687C2914" w14:textId="77777777" w:rsidR="006C627D" w:rsidRPr="004D46D7" w:rsidRDefault="006C627D" w:rsidP="0026749B">
      <w:pPr>
        <w:spacing w:line="276" w:lineRule="auto"/>
        <w:jc w:val="both"/>
        <w:rPr>
          <w:color w:val="auto"/>
          <w:sz w:val="24"/>
          <w:szCs w:val="24"/>
          <w:lang w:val="pt-BR"/>
        </w:rPr>
      </w:pPr>
      <w:r w:rsidRPr="004D46D7">
        <w:rPr>
          <w:b/>
          <w:bCs/>
          <w:iCs/>
          <w:color w:val="auto"/>
          <w:sz w:val="24"/>
          <w:szCs w:val="24"/>
          <w:lang w:val="sv-SE"/>
        </w:rPr>
        <w:t>Câu 8:</w:t>
      </w:r>
      <w:r w:rsidRPr="004D46D7">
        <w:rPr>
          <w:iCs/>
          <w:color w:val="auto"/>
          <w:sz w:val="24"/>
          <w:szCs w:val="24"/>
          <w:lang w:val="sv-SE"/>
        </w:rPr>
        <w:t xml:space="preserve"> </w:t>
      </w:r>
      <w:r w:rsidRPr="004D46D7">
        <w:rPr>
          <w:color w:val="auto"/>
          <w:sz w:val="24"/>
          <w:szCs w:val="24"/>
          <w:lang w:val="pt-BR"/>
        </w:rPr>
        <w:t>bình chứa được 7g khí nitơ ở nhiệt độ 27</w:t>
      </w:r>
      <w:r w:rsidRPr="004D46D7">
        <w:rPr>
          <w:color w:val="auto"/>
          <w:sz w:val="24"/>
          <w:szCs w:val="24"/>
          <w:vertAlign w:val="superscript"/>
          <w:lang w:val="pt-BR"/>
        </w:rPr>
        <w:t>0</w:t>
      </w:r>
      <w:r w:rsidRPr="004D46D7">
        <w:rPr>
          <w:color w:val="auto"/>
          <w:sz w:val="24"/>
          <w:szCs w:val="24"/>
          <w:lang w:val="pt-BR"/>
        </w:rPr>
        <w:t>C dưới áp suất 5,11.10</w:t>
      </w:r>
      <w:r w:rsidRPr="004D46D7">
        <w:rPr>
          <w:color w:val="auto"/>
          <w:sz w:val="24"/>
          <w:szCs w:val="24"/>
          <w:vertAlign w:val="superscript"/>
          <w:lang w:val="pt-BR"/>
        </w:rPr>
        <w:t>5</w:t>
      </w:r>
      <w:r w:rsidRPr="004D46D7">
        <w:rPr>
          <w:color w:val="auto"/>
          <w:sz w:val="24"/>
          <w:szCs w:val="24"/>
          <w:lang w:val="pt-BR"/>
        </w:rPr>
        <w:t xml:space="preserve"> N/m</w:t>
      </w:r>
      <w:r w:rsidRPr="004D46D7">
        <w:rPr>
          <w:color w:val="auto"/>
          <w:sz w:val="24"/>
          <w:szCs w:val="24"/>
          <w:vertAlign w:val="superscript"/>
          <w:lang w:val="pt-BR"/>
        </w:rPr>
        <w:t>2</w:t>
      </w:r>
      <w:r w:rsidRPr="004D46D7">
        <w:rPr>
          <w:color w:val="auto"/>
          <w:sz w:val="24"/>
          <w:szCs w:val="24"/>
          <w:lang w:val="pt-BR"/>
        </w:rPr>
        <w:t>. Người ta thay khí nitơ bằng khí X khác. Lúc này nhiệt độ là 53</w:t>
      </w:r>
      <w:r w:rsidRPr="004D46D7">
        <w:rPr>
          <w:color w:val="auto"/>
          <w:sz w:val="24"/>
          <w:szCs w:val="24"/>
          <w:vertAlign w:val="superscript"/>
          <w:lang w:val="pt-BR"/>
        </w:rPr>
        <w:t>0</w:t>
      </w:r>
      <w:r w:rsidRPr="004D46D7">
        <w:rPr>
          <w:color w:val="auto"/>
          <w:sz w:val="24"/>
          <w:szCs w:val="24"/>
          <w:lang w:val="pt-BR"/>
        </w:rPr>
        <w:t>C bình chỉ chứa được 4 g khí đó dưới áp suất 44,4.10</w:t>
      </w:r>
      <w:r w:rsidRPr="004D46D7">
        <w:rPr>
          <w:color w:val="auto"/>
          <w:sz w:val="24"/>
          <w:szCs w:val="24"/>
          <w:vertAlign w:val="superscript"/>
          <w:lang w:val="pt-BR"/>
        </w:rPr>
        <w:t>5</w:t>
      </w:r>
      <w:r w:rsidRPr="004D46D7">
        <w:rPr>
          <w:color w:val="auto"/>
          <w:sz w:val="24"/>
          <w:szCs w:val="24"/>
          <w:lang w:val="pt-BR"/>
        </w:rPr>
        <w:t xml:space="preserve"> N/m</w:t>
      </w:r>
      <w:r w:rsidRPr="004D46D7">
        <w:rPr>
          <w:color w:val="auto"/>
          <w:sz w:val="24"/>
          <w:szCs w:val="24"/>
          <w:vertAlign w:val="superscript"/>
          <w:lang w:val="pt-BR"/>
        </w:rPr>
        <w:t>2</w:t>
      </w:r>
      <w:r w:rsidRPr="004D46D7">
        <w:rPr>
          <w:color w:val="auto"/>
          <w:sz w:val="24"/>
          <w:szCs w:val="24"/>
          <w:lang w:val="pt-BR"/>
        </w:rPr>
        <w:t xml:space="preserve">. X là khí </w:t>
      </w:r>
    </w:p>
    <w:p w14:paraId="7E40D6AD" w14:textId="77777777" w:rsidR="006C627D" w:rsidRPr="004D46D7" w:rsidRDefault="006C627D" w:rsidP="0026749B">
      <w:pPr>
        <w:tabs>
          <w:tab w:val="left" w:pos="283"/>
          <w:tab w:val="left" w:pos="2552"/>
          <w:tab w:val="left" w:pos="5245"/>
          <w:tab w:val="left" w:pos="7655"/>
        </w:tabs>
        <w:spacing w:line="276" w:lineRule="auto"/>
        <w:jc w:val="both"/>
        <w:rPr>
          <w:color w:val="auto"/>
          <w:sz w:val="24"/>
          <w:szCs w:val="24"/>
          <w:lang w:val="pt-BR"/>
        </w:rPr>
      </w:pPr>
      <w:r w:rsidRPr="004D46D7">
        <w:rPr>
          <w:color w:val="auto"/>
          <w:sz w:val="24"/>
          <w:szCs w:val="24"/>
          <w:lang w:val="pt-BR"/>
        </w:rPr>
        <w:tab/>
      </w:r>
      <w:r w:rsidR="00603F3C" w:rsidRPr="004D46D7">
        <w:rPr>
          <w:b/>
          <w:color w:val="auto"/>
          <w:sz w:val="24"/>
          <w:szCs w:val="24"/>
          <w:lang w:val="pt-BR"/>
        </w:rPr>
        <w:t>A</w:t>
      </w:r>
      <w:r w:rsidRPr="004D46D7">
        <w:rPr>
          <w:b/>
          <w:color w:val="auto"/>
          <w:sz w:val="24"/>
          <w:szCs w:val="24"/>
          <w:lang w:val="pt-BR"/>
        </w:rPr>
        <w:t xml:space="preserve">. </w:t>
      </w:r>
      <w:r w:rsidRPr="004D46D7">
        <w:rPr>
          <w:color w:val="auto"/>
          <w:sz w:val="24"/>
          <w:szCs w:val="24"/>
          <w:lang w:val="pt-BR"/>
        </w:rPr>
        <w:t xml:space="preserve">Khí hêli. </w:t>
      </w:r>
      <w:r w:rsidRPr="004D46D7">
        <w:rPr>
          <w:color w:val="auto"/>
          <w:sz w:val="24"/>
          <w:szCs w:val="24"/>
          <w:lang w:val="pt-BR"/>
        </w:rPr>
        <w:tab/>
      </w:r>
      <w:r w:rsidR="00603F3C" w:rsidRPr="004D46D7">
        <w:rPr>
          <w:b/>
          <w:color w:val="auto"/>
          <w:sz w:val="24"/>
          <w:szCs w:val="24"/>
          <w:lang w:val="pt-BR"/>
        </w:rPr>
        <w:t>B</w:t>
      </w:r>
      <w:r w:rsidRPr="004D46D7">
        <w:rPr>
          <w:b/>
          <w:color w:val="auto"/>
          <w:sz w:val="24"/>
          <w:szCs w:val="24"/>
          <w:lang w:val="pt-BR"/>
        </w:rPr>
        <w:t xml:space="preserve">. </w:t>
      </w:r>
      <w:r w:rsidRPr="004D46D7">
        <w:rPr>
          <w:color w:val="auto"/>
          <w:sz w:val="24"/>
          <w:szCs w:val="24"/>
          <w:lang w:val="pt-BR"/>
        </w:rPr>
        <w:t>Khí ôxi.</w:t>
      </w:r>
      <w:r w:rsidRPr="004D46D7">
        <w:rPr>
          <w:b/>
          <w:color w:val="auto"/>
          <w:sz w:val="24"/>
          <w:szCs w:val="24"/>
          <w:lang w:val="pt-BR"/>
        </w:rPr>
        <w:tab/>
      </w:r>
      <w:r w:rsidR="00603F3C" w:rsidRPr="004D46D7">
        <w:rPr>
          <w:b/>
          <w:color w:val="auto"/>
          <w:sz w:val="24"/>
          <w:szCs w:val="24"/>
          <w:lang w:val="pt-BR"/>
        </w:rPr>
        <w:t xml:space="preserve">C. </w:t>
      </w:r>
      <w:r w:rsidR="00603F3C" w:rsidRPr="004D46D7">
        <w:rPr>
          <w:color w:val="auto"/>
          <w:sz w:val="24"/>
          <w:szCs w:val="24"/>
          <w:lang w:val="pt-BR"/>
        </w:rPr>
        <w:t xml:space="preserve">khí hidrô. </w:t>
      </w:r>
      <w:r w:rsidR="00603F3C" w:rsidRPr="004D46D7">
        <w:rPr>
          <w:color w:val="auto"/>
          <w:sz w:val="24"/>
          <w:szCs w:val="24"/>
          <w:lang w:val="pt-BR"/>
        </w:rPr>
        <w:tab/>
      </w:r>
      <w:r w:rsidRPr="004D46D7">
        <w:rPr>
          <w:b/>
          <w:color w:val="auto"/>
          <w:sz w:val="24"/>
          <w:szCs w:val="24"/>
          <w:lang w:val="pt-BR"/>
        </w:rPr>
        <w:t xml:space="preserve">D. </w:t>
      </w:r>
      <w:r w:rsidRPr="004D46D7">
        <w:rPr>
          <w:color w:val="auto"/>
          <w:sz w:val="24"/>
          <w:szCs w:val="24"/>
          <w:lang w:val="pt-BR"/>
        </w:rPr>
        <w:t>Khí cacbonic.</w:t>
      </w:r>
    </w:p>
    <w:p w14:paraId="1878B910"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Câu 9</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sv-SE"/>
        </w:rPr>
        <w:t>Một bình kín chứa một mol khí Nitơ ở áp suất 10</w:t>
      </w:r>
      <w:r w:rsidRPr="004D46D7">
        <w:rPr>
          <w:rFonts w:ascii="Times New Roman" w:hAnsi="Times New Roman" w:cs="Times New Roman"/>
          <w:sz w:val="24"/>
          <w:szCs w:val="24"/>
          <w:vertAlign w:val="superscript"/>
          <w:lang w:val="sv-SE"/>
        </w:rPr>
        <w:t xml:space="preserve">5 </w:t>
      </w:r>
      <w:r w:rsidRPr="004D46D7">
        <w:rPr>
          <w:rFonts w:ascii="Times New Roman" w:hAnsi="Times New Roman" w:cs="Times New Roman"/>
          <w:sz w:val="24"/>
          <w:szCs w:val="24"/>
          <w:lang w:val="sv-SE"/>
        </w:rPr>
        <w:t>N/m</w:t>
      </w:r>
      <w:r w:rsidRPr="004D46D7">
        <w:rPr>
          <w:rFonts w:ascii="Times New Roman" w:hAnsi="Times New Roman" w:cs="Times New Roman"/>
          <w:sz w:val="24"/>
          <w:szCs w:val="24"/>
          <w:vertAlign w:val="superscript"/>
          <w:lang w:val="sv-SE"/>
        </w:rPr>
        <w:t>2</w:t>
      </w:r>
      <w:r w:rsidRPr="004D46D7">
        <w:rPr>
          <w:rFonts w:ascii="Times New Roman" w:hAnsi="Times New Roman" w:cs="Times New Roman"/>
          <w:sz w:val="24"/>
          <w:szCs w:val="24"/>
          <w:lang w:val="sv-SE"/>
        </w:rPr>
        <w:t xml:space="preserve">, nhiệt độ 27 </w:t>
      </w:r>
      <w:r w:rsidRPr="004D46D7">
        <w:rPr>
          <w:rFonts w:ascii="Times New Roman" w:hAnsi="Times New Roman" w:cs="Times New Roman"/>
          <w:sz w:val="24"/>
          <w:szCs w:val="24"/>
          <w:vertAlign w:val="superscript"/>
          <w:lang w:val="sv-SE"/>
        </w:rPr>
        <w:t>0</w:t>
      </w:r>
      <w:r w:rsidRPr="004D46D7">
        <w:rPr>
          <w:rFonts w:ascii="Times New Roman" w:hAnsi="Times New Roman" w:cs="Times New Roman"/>
          <w:sz w:val="24"/>
          <w:szCs w:val="24"/>
          <w:lang w:val="sv-SE"/>
        </w:rPr>
        <w:t>C.</w:t>
      </w:r>
      <w:r w:rsidRPr="004D46D7">
        <w:rPr>
          <w:rFonts w:ascii="Times New Roman" w:hAnsi="Times New Roman" w:cs="Times New Roman"/>
          <w:b/>
          <w:sz w:val="24"/>
          <w:szCs w:val="24"/>
          <w:lang w:val="sv-SE"/>
        </w:rPr>
        <w:t xml:space="preserve"> </w:t>
      </w:r>
      <w:r w:rsidRPr="004D46D7">
        <w:rPr>
          <w:rFonts w:ascii="Times New Roman" w:hAnsi="Times New Roman" w:cs="Times New Roman"/>
          <w:sz w:val="24"/>
          <w:szCs w:val="24"/>
          <w:lang w:val="sv-SE"/>
        </w:rPr>
        <w:t>Thể tích bình xấp xỉ bao nhiêu?</w:t>
      </w:r>
    </w:p>
    <w:p w14:paraId="6A606B5C" w14:textId="77777777" w:rsidR="006C627D" w:rsidRPr="004D46D7" w:rsidRDefault="006C627D" w:rsidP="0026749B">
      <w:pPr>
        <w:pStyle w:val="ListParagraph"/>
        <w:tabs>
          <w:tab w:val="left" w:pos="284"/>
          <w:tab w:val="left" w:pos="2835"/>
          <w:tab w:val="left" w:pos="5670"/>
        </w:tabs>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sz w:val="24"/>
          <w:szCs w:val="24"/>
          <w:lang w:val="sv-SE"/>
        </w:rPr>
        <w:tab/>
        <w:t xml:space="preserve">A. </w:t>
      </w:r>
      <w:r w:rsidR="00603F3C" w:rsidRPr="004D46D7">
        <w:rPr>
          <w:rFonts w:ascii="Times New Roman" w:hAnsi="Times New Roman" w:cs="Times New Roman"/>
          <w:sz w:val="24"/>
          <w:szCs w:val="24"/>
          <w:lang w:val="sv-SE"/>
        </w:rPr>
        <w:t>27,6</w:t>
      </w:r>
      <w:r w:rsidRPr="004D46D7">
        <w:rPr>
          <w:rFonts w:ascii="Times New Roman" w:hAnsi="Times New Roman" w:cs="Times New Roman"/>
          <w:sz w:val="24"/>
          <w:szCs w:val="24"/>
          <w:lang w:val="sv-SE"/>
        </w:rPr>
        <w:t xml:space="preserve"> lít.</w:t>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B. </w:t>
      </w:r>
      <w:r w:rsidRPr="004D46D7">
        <w:rPr>
          <w:rFonts w:ascii="Times New Roman" w:hAnsi="Times New Roman" w:cs="Times New Roman"/>
          <w:sz w:val="24"/>
          <w:szCs w:val="24"/>
          <w:lang w:val="sv-SE"/>
        </w:rPr>
        <w:t>2</w:t>
      </w:r>
      <w:r w:rsidR="00603F3C" w:rsidRPr="004D46D7">
        <w:rPr>
          <w:rFonts w:ascii="Times New Roman" w:hAnsi="Times New Roman" w:cs="Times New Roman"/>
          <w:sz w:val="24"/>
          <w:szCs w:val="24"/>
          <w:lang w:val="sv-SE"/>
        </w:rPr>
        <w:t>4</w:t>
      </w:r>
      <w:r w:rsidRPr="004D46D7">
        <w:rPr>
          <w:rFonts w:ascii="Times New Roman" w:hAnsi="Times New Roman" w:cs="Times New Roman"/>
          <w:sz w:val="24"/>
          <w:szCs w:val="24"/>
          <w:lang w:val="sv-SE"/>
        </w:rPr>
        <w:t>,9 lít.</w:t>
      </w:r>
      <w:r w:rsidRPr="004D46D7">
        <w:rPr>
          <w:rFonts w:ascii="Times New Roman" w:hAnsi="Times New Roman" w:cs="Times New Roman"/>
          <w:sz w:val="24"/>
          <w:szCs w:val="24"/>
          <w:lang w:val="sv-SE"/>
        </w:rPr>
        <w:tab/>
      </w:r>
      <w:r w:rsidRPr="004D46D7">
        <w:rPr>
          <w:rFonts w:ascii="Times New Roman" w:hAnsi="Times New Roman" w:cs="Times New Roman"/>
          <w:b/>
          <w:sz w:val="24"/>
          <w:szCs w:val="24"/>
          <w:u w:color="00B050"/>
          <w:lang w:val="sv-SE"/>
        </w:rPr>
        <w:t>C</w:t>
      </w:r>
      <w:r w:rsidRPr="004D46D7">
        <w:rPr>
          <w:rFonts w:ascii="Times New Roman" w:hAnsi="Times New Roman" w:cs="Times New Roman"/>
          <w:b/>
          <w:sz w:val="24"/>
          <w:szCs w:val="24"/>
          <w:lang w:val="sv-SE"/>
        </w:rPr>
        <w:t xml:space="preserve">. </w:t>
      </w:r>
      <w:r w:rsidR="00603F3C" w:rsidRPr="004D46D7">
        <w:rPr>
          <w:rFonts w:ascii="Times New Roman" w:hAnsi="Times New Roman" w:cs="Times New Roman"/>
          <w:sz w:val="24"/>
          <w:szCs w:val="24"/>
          <w:lang w:val="sv-SE"/>
        </w:rPr>
        <w:t>30</w:t>
      </w:r>
      <w:r w:rsidRPr="004D46D7">
        <w:rPr>
          <w:rFonts w:ascii="Times New Roman" w:hAnsi="Times New Roman" w:cs="Times New Roman"/>
          <w:sz w:val="24"/>
          <w:szCs w:val="24"/>
          <w:lang w:val="sv-SE"/>
        </w:rPr>
        <w:t>,</w:t>
      </w:r>
      <w:r w:rsidR="00603F3C" w:rsidRPr="004D46D7">
        <w:rPr>
          <w:rFonts w:ascii="Times New Roman" w:hAnsi="Times New Roman" w:cs="Times New Roman"/>
          <w:sz w:val="24"/>
          <w:szCs w:val="24"/>
          <w:lang w:val="sv-SE"/>
        </w:rPr>
        <w:t>8</w:t>
      </w:r>
      <w:r w:rsidRPr="004D46D7">
        <w:rPr>
          <w:rFonts w:ascii="Times New Roman" w:hAnsi="Times New Roman" w:cs="Times New Roman"/>
          <w:sz w:val="24"/>
          <w:szCs w:val="24"/>
          <w:lang w:val="sv-SE"/>
        </w:rPr>
        <w:t xml:space="preserve"> lít.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sz w:val="24"/>
          <w:szCs w:val="24"/>
          <w:lang w:val="sv-SE"/>
        </w:rPr>
        <w:t xml:space="preserve">D. </w:t>
      </w:r>
      <w:r w:rsidR="00603F3C" w:rsidRPr="004D46D7">
        <w:rPr>
          <w:rFonts w:ascii="Times New Roman" w:hAnsi="Times New Roman" w:cs="Times New Roman"/>
          <w:sz w:val="24"/>
          <w:szCs w:val="24"/>
          <w:lang w:val="sv-SE"/>
        </w:rPr>
        <w:t>11,2</w:t>
      </w:r>
      <w:r w:rsidRPr="004D46D7">
        <w:rPr>
          <w:rFonts w:ascii="Times New Roman" w:hAnsi="Times New Roman" w:cs="Times New Roman"/>
          <w:sz w:val="24"/>
          <w:szCs w:val="24"/>
          <w:lang w:val="sv-SE"/>
        </w:rPr>
        <w:t xml:space="preserve"> lít.</w:t>
      </w:r>
    </w:p>
    <w:p w14:paraId="10038C61"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Câu 10:</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sv-SE"/>
        </w:rPr>
        <w:t>Một bình chứa khí oxi dung tích 10 lít ở áp suất 250 kPa và nhiệt độ 27 °C. Khối lượng khí oxi trong bình bằng</w:t>
      </w:r>
    </w:p>
    <w:p w14:paraId="732D248D" w14:textId="77777777" w:rsidR="006C627D" w:rsidRPr="004D46D7" w:rsidRDefault="006C627D" w:rsidP="0026749B">
      <w:pPr>
        <w:tabs>
          <w:tab w:val="left" w:pos="284"/>
          <w:tab w:val="left" w:pos="2835"/>
          <w:tab w:val="left" w:pos="5670"/>
        </w:tabs>
        <w:spacing w:line="276" w:lineRule="auto"/>
        <w:jc w:val="both"/>
        <w:rPr>
          <w:color w:val="auto"/>
          <w:sz w:val="24"/>
          <w:szCs w:val="24"/>
          <w:lang w:val="sv-SE"/>
        </w:rPr>
      </w:pPr>
      <w:r w:rsidRPr="004D46D7">
        <w:rPr>
          <w:b/>
          <w:color w:val="auto"/>
          <w:sz w:val="24"/>
          <w:szCs w:val="24"/>
          <w:u w:color="00B050"/>
          <w:lang w:val="sv-SE"/>
        </w:rPr>
        <w:tab/>
        <w:t>A</w:t>
      </w:r>
      <w:r w:rsidRPr="004D46D7">
        <w:rPr>
          <w:b/>
          <w:color w:val="auto"/>
          <w:sz w:val="24"/>
          <w:szCs w:val="24"/>
          <w:lang w:val="sv-SE"/>
        </w:rPr>
        <w:t>.</w:t>
      </w:r>
      <w:r w:rsidRPr="004D46D7">
        <w:rPr>
          <w:color w:val="auto"/>
          <w:sz w:val="24"/>
          <w:szCs w:val="24"/>
          <w:lang w:val="sv-SE"/>
        </w:rPr>
        <w:t xml:space="preserve"> </w:t>
      </w:r>
      <w:r w:rsidR="00603F3C" w:rsidRPr="004D46D7">
        <w:rPr>
          <w:color w:val="auto"/>
          <w:sz w:val="24"/>
          <w:szCs w:val="24"/>
          <w:lang w:val="sv-SE"/>
        </w:rPr>
        <w:t>10</w:t>
      </w:r>
      <w:r w:rsidRPr="004D46D7">
        <w:rPr>
          <w:color w:val="auto"/>
          <w:sz w:val="24"/>
          <w:szCs w:val="24"/>
          <w:lang w:val="sv-SE"/>
        </w:rPr>
        <w:t>,</w:t>
      </w:r>
      <w:r w:rsidR="00603F3C" w:rsidRPr="004D46D7">
        <w:rPr>
          <w:color w:val="auto"/>
          <w:sz w:val="24"/>
          <w:szCs w:val="24"/>
          <w:lang w:val="sv-SE"/>
        </w:rPr>
        <w:t>5</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B.</w:t>
      </w:r>
      <w:r w:rsidRPr="004D46D7">
        <w:rPr>
          <w:color w:val="auto"/>
          <w:sz w:val="24"/>
          <w:szCs w:val="24"/>
          <w:lang w:val="sv-SE"/>
        </w:rPr>
        <w:t xml:space="preserve"> </w:t>
      </w:r>
      <w:r w:rsidR="00603F3C" w:rsidRPr="004D46D7">
        <w:rPr>
          <w:color w:val="auto"/>
          <w:sz w:val="24"/>
          <w:szCs w:val="24"/>
          <w:lang w:val="sv-SE"/>
        </w:rPr>
        <w:t>40,3</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C.</w:t>
      </w:r>
      <w:r w:rsidRPr="004D46D7">
        <w:rPr>
          <w:color w:val="auto"/>
          <w:sz w:val="24"/>
          <w:szCs w:val="24"/>
          <w:lang w:val="sv-SE"/>
        </w:rPr>
        <w:t xml:space="preserve"> </w:t>
      </w:r>
      <w:r w:rsidR="00603F3C" w:rsidRPr="004D46D7">
        <w:rPr>
          <w:color w:val="auto"/>
          <w:sz w:val="24"/>
          <w:szCs w:val="24"/>
          <w:lang w:val="sv-SE"/>
        </w:rPr>
        <w:t>3</w:t>
      </w:r>
      <w:r w:rsidRPr="004D46D7">
        <w:rPr>
          <w:color w:val="auto"/>
          <w:sz w:val="24"/>
          <w:szCs w:val="24"/>
          <w:lang w:val="sv-SE"/>
        </w:rPr>
        <w:t>2,</w:t>
      </w:r>
      <w:r w:rsidR="00603F3C" w:rsidRPr="004D46D7">
        <w:rPr>
          <w:color w:val="auto"/>
          <w:sz w:val="24"/>
          <w:szCs w:val="24"/>
          <w:lang w:val="sv-SE"/>
        </w:rPr>
        <w:t>1</w:t>
      </w:r>
      <w:r w:rsidRPr="004D46D7">
        <w:rPr>
          <w:color w:val="auto"/>
          <w:sz w:val="24"/>
          <w:szCs w:val="24"/>
          <w:lang w:val="sv-SE"/>
        </w:rPr>
        <w:t xml:space="preserve"> g.                   </w:t>
      </w:r>
      <w:r w:rsidRPr="004D46D7">
        <w:rPr>
          <w:color w:val="auto"/>
          <w:sz w:val="24"/>
          <w:szCs w:val="24"/>
          <w:lang w:val="sv-SE"/>
        </w:rPr>
        <w:tab/>
      </w:r>
      <w:r w:rsidRPr="004D46D7">
        <w:rPr>
          <w:b/>
          <w:color w:val="auto"/>
          <w:sz w:val="24"/>
          <w:szCs w:val="24"/>
          <w:lang w:val="sv-SE"/>
        </w:rPr>
        <w:t>D.</w:t>
      </w:r>
      <w:r w:rsidRPr="004D46D7">
        <w:rPr>
          <w:color w:val="auto"/>
          <w:sz w:val="24"/>
          <w:szCs w:val="24"/>
          <w:lang w:val="sv-SE"/>
        </w:rPr>
        <w:t xml:space="preserve"> </w:t>
      </w:r>
      <w:r w:rsidR="00603F3C" w:rsidRPr="004D46D7">
        <w:rPr>
          <w:color w:val="auto"/>
          <w:sz w:val="24"/>
          <w:szCs w:val="24"/>
          <w:lang w:val="sv-SE"/>
        </w:rPr>
        <w:t>25,75</w:t>
      </w:r>
      <w:r w:rsidRPr="004D46D7">
        <w:rPr>
          <w:color w:val="auto"/>
          <w:sz w:val="24"/>
          <w:szCs w:val="24"/>
          <w:lang w:val="sv-SE"/>
        </w:rPr>
        <w:t xml:space="preserve"> g.</w:t>
      </w:r>
    </w:p>
    <w:p w14:paraId="25E021B9"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 xml:space="preserve">Câu 11: </w:t>
      </w:r>
      <w:r w:rsidRPr="004D46D7">
        <w:rPr>
          <w:rFonts w:ascii="Times New Roman" w:hAnsi="Times New Roman" w:cs="Times New Roman"/>
          <w:sz w:val="24"/>
          <w:szCs w:val="24"/>
          <w:lang w:val="sv-SE"/>
        </w:rPr>
        <w:t>Cho biết khối lượng mol của khí Hêli là 4 g/mol. Cho R = 0,082 atm.lít/mol.K. Ở điều kiện tiêu chuẩn, khối lượng riêng của khí này bằng</w:t>
      </w:r>
    </w:p>
    <w:p w14:paraId="227A6A49" w14:textId="77777777" w:rsidR="006C627D" w:rsidRPr="004D46D7" w:rsidRDefault="006C627D" w:rsidP="0026749B">
      <w:pPr>
        <w:tabs>
          <w:tab w:val="left" w:pos="284"/>
          <w:tab w:val="left" w:pos="5670"/>
          <w:tab w:val="left" w:pos="7938"/>
        </w:tabs>
        <w:spacing w:line="276" w:lineRule="auto"/>
        <w:jc w:val="both"/>
        <w:rPr>
          <w:color w:val="auto"/>
          <w:sz w:val="24"/>
          <w:szCs w:val="24"/>
        </w:rPr>
      </w:pPr>
      <w:r w:rsidRPr="004D46D7">
        <w:rPr>
          <w:b/>
          <w:color w:val="auto"/>
          <w:sz w:val="24"/>
          <w:szCs w:val="24"/>
          <w:u w:color="00B050"/>
          <w:lang w:val="sv-SE"/>
        </w:rPr>
        <w:tab/>
      </w:r>
      <w:r w:rsidRPr="004D46D7">
        <w:rPr>
          <w:b/>
          <w:color w:val="auto"/>
          <w:sz w:val="24"/>
          <w:szCs w:val="24"/>
          <w:u w:color="00B050"/>
        </w:rPr>
        <w:t>A</w:t>
      </w:r>
      <w:r w:rsidRPr="004D46D7">
        <w:rPr>
          <w:b/>
          <w:color w:val="auto"/>
          <w:sz w:val="24"/>
          <w:szCs w:val="24"/>
        </w:rPr>
        <w:t>.</w:t>
      </w:r>
      <w:r w:rsidRPr="004D46D7">
        <w:rPr>
          <w:color w:val="auto"/>
          <w:sz w:val="24"/>
          <w:szCs w:val="24"/>
        </w:rPr>
        <w:t xml:space="preserve"> </w:t>
      </w:r>
      <w:r w:rsidR="00603F3C" w:rsidRPr="004D46D7">
        <w:rPr>
          <w:color w:val="auto"/>
          <w:sz w:val="24"/>
          <w:szCs w:val="24"/>
        </w:rPr>
        <w:t>2</w:t>
      </w:r>
      <w:r w:rsidRPr="004D46D7">
        <w:rPr>
          <w:color w:val="auto"/>
          <w:sz w:val="24"/>
          <w:szCs w:val="24"/>
        </w:rPr>
        <w:t>,</w:t>
      </w:r>
      <w:r w:rsidR="00603F3C" w:rsidRPr="004D46D7">
        <w:rPr>
          <w:color w:val="auto"/>
          <w:sz w:val="24"/>
          <w:szCs w:val="24"/>
        </w:rPr>
        <w:t>25</w:t>
      </w:r>
      <w:r w:rsidRPr="004D46D7">
        <w:rPr>
          <w:color w:val="auto"/>
          <w:sz w:val="24"/>
          <w:szCs w:val="24"/>
        </w:rPr>
        <w:t xml:space="preserve"> g/lít.                      </w:t>
      </w:r>
      <w:r w:rsidRPr="004D46D7">
        <w:rPr>
          <w:b/>
          <w:color w:val="auto"/>
          <w:sz w:val="24"/>
          <w:szCs w:val="24"/>
        </w:rPr>
        <w:t>B.</w:t>
      </w:r>
      <w:r w:rsidRPr="004D46D7">
        <w:rPr>
          <w:color w:val="auto"/>
          <w:sz w:val="24"/>
          <w:szCs w:val="24"/>
        </w:rPr>
        <w:t xml:space="preserve"> </w:t>
      </w:r>
      <w:r w:rsidR="00603F3C" w:rsidRPr="004D46D7">
        <w:rPr>
          <w:color w:val="auto"/>
          <w:sz w:val="24"/>
          <w:szCs w:val="24"/>
        </w:rPr>
        <w:t>0,</w:t>
      </w:r>
      <w:r w:rsidRPr="004D46D7">
        <w:rPr>
          <w:color w:val="auto"/>
          <w:sz w:val="24"/>
          <w:szCs w:val="24"/>
        </w:rPr>
        <w:t>18 g/lít.                    </w:t>
      </w:r>
      <w:r w:rsidRPr="004D46D7">
        <w:rPr>
          <w:color w:val="auto"/>
          <w:sz w:val="24"/>
          <w:szCs w:val="24"/>
        </w:rPr>
        <w:tab/>
      </w:r>
      <w:r w:rsidRPr="004D46D7">
        <w:rPr>
          <w:b/>
          <w:color w:val="auto"/>
          <w:sz w:val="24"/>
          <w:szCs w:val="24"/>
        </w:rPr>
        <w:t>C.</w:t>
      </w:r>
      <w:r w:rsidRPr="004D46D7">
        <w:rPr>
          <w:color w:val="auto"/>
          <w:sz w:val="24"/>
          <w:szCs w:val="24"/>
        </w:rPr>
        <w:t xml:space="preserve"> </w:t>
      </w:r>
      <w:r w:rsidR="00603F3C" w:rsidRPr="004D46D7">
        <w:rPr>
          <w:color w:val="auto"/>
          <w:sz w:val="24"/>
          <w:szCs w:val="24"/>
        </w:rPr>
        <w:t>2,25</w:t>
      </w:r>
      <w:r w:rsidRPr="004D46D7">
        <w:rPr>
          <w:color w:val="auto"/>
          <w:sz w:val="24"/>
          <w:szCs w:val="24"/>
        </w:rPr>
        <w:t xml:space="preserve"> kg/m</w:t>
      </w:r>
      <w:r w:rsidRPr="004D46D7">
        <w:rPr>
          <w:color w:val="auto"/>
          <w:sz w:val="24"/>
          <w:szCs w:val="24"/>
          <w:vertAlign w:val="superscript"/>
        </w:rPr>
        <w:t>3</w:t>
      </w:r>
      <w:r w:rsidRPr="004D46D7">
        <w:rPr>
          <w:color w:val="auto"/>
          <w:sz w:val="24"/>
          <w:szCs w:val="24"/>
        </w:rPr>
        <w:t>.                   </w:t>
      </w:r>
      <w:r w:rsidRPr="004D46D7">
        <w:rPr>
          <w:b/>
          <w:color w:val="auto"/>
          <w:sz w:val="24"/>
          <w:szCs w:val="24"/>
        </w:rPr>
        <w:t>D.</w:t>
      </w:r>
      <w:r w:rsidRPr="004D46D7">
        <w:rPr>
          <w:color w:val="auto"/>
          <w:sz w:val="24"/>
          <w:szCs w:val="24"/>
        </w:rPr>
        <w:t xml:space="preserve"> </w:t>
      </w:r>
      <w:r w:rsidR="00603F3C" w:rsidRPr="004D46D7">
        <w:rPr>
          <w:color w:val="auto"/>
          <w:sz w:val="24"/>
          <w:szCs w:val="24"/>
        </w:rPr>
        <w:t>0,</w:t>
      </w:r>
      <w:r w:rsidRPr="004D46D7">
        <w:rPr>
          <w:color w:val="auto"/>
          <w:sz w:val="24"/>
          <w:szCs w:val="24"/>
        </w:rPr>
        <w:t>8 g/m</w:t>
      </w:r>
      <w:r w:rsidRPr="004D46D7">
        <w:rPr>
          <w:color w:val="auto"/>
          <w:sz w:val="24"/>
          <w:szCs w:val="24"/>
          <w:vertAlign w:val="superscript"/>
        </w:rPr>
        <w:t>3</w:t>
      </w:r>
      <w:r w:rsidRPr="004D46D7">
        <w:rPr>
          <w:color w:val="auto"/>
          <w:sz w:val="24"/>
          <w:szCs w:val="24"/>
        </w:rPr>
        <w:t>.</w:t>
      </w:r>
    </w:p>
    <w:p w14:paraId="4D4C2F36"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iCs/>
          <w:sz w:val="24"/>
          <w:szCs w:val="24"/>
          <w:lang w:val="sv-SE"/>
        </w:rPr>
        <w:t xml:space="preserve">Câu 12: </w:t>
      </w:r>
      <w:r w:rsidRPr="004D46D7">
        <w:rPr>
          <w:rStyle w:val="fontstyle01"/>
          <w:rFonts w:ascii="Times New Roman" w:hAnsi="Times New Roman" w:cs="Times New Roman"/>
          <w:color w:val="auto"/>
          <w:sz w:val="24"/>
          <w:szCs w:val="24"/>
          <w:lang w:val="sv-SE"/>
        </w:rPr>
        <w:t>Trong</w:t>
      </w:r>
      <w:r w:rsidRPr="004D46D7">
        <w:rPr>
          <w:rFonts w:ascii="Times New Roman" w:hAnsi="Times New Roman" w:cs="Times New Roman"/>
          <w:b/>
          <w:sz w:val="24"/>
          <w:szCs w:val="24"/>
          <w:shd w:val="clear" w:color="auto" w:fill="FFFFFF"/>
          <w:lang w:val="sv-SE"/>
        </w:rPr>
        <w:t xml:space="preserve"> </w:t>
      </w:r>
      <w:r w:rsidRPr="004D46D7">
        <w:rPr>
          <w:rFonts w:ascii="Times New Roman" w:hAnsi="Times New Roman" w:cs="Times New Roman"/>
          <w:sz w:val="24"/>
          <w:szCs w:val="24"/>
          <w:shd w:val="clear" w:color="auto" w:fill="FFFFFF"/>
          <w:lang w:val="sv-SE"/>
        </w:rPr>
        <w:t>một ống dẫn khí tiết diện đều S = 5 cm</w:t>
      </w:r>
      <w:r w:rsidRPr="004D46D7">
        <w:rPr>
          <w:rFonts w:ascii="Times New Roman" w:hAnsi="Times New Roman" w:cs="Times New Roman"/>
          <w:sz w:val="24"/>
          <w:szCs w:val="24"/>
          <w:shd w:val="clear" w:color="auto" w:fill="FFFFFF"/>
          <w:vertAlign w:val="superscript"/>
          <w:lang w:val="sv-SE"/>
        </w:rPr>
        <w:t>2</w:t>
      </w:r>
      <w:r w:rsidRPr="004D46D7">
        <w:rPr>
          <w:rFonts w:ascii="Times New Roman" w:hAnsi="Times New Roman" w:cs="Times New Roman"/>
          <w:sz w:val="24"/>
          <w:szCs w:val="24"/>
          <w:shd w:val="clear" w:color="auto" w:fill="FFFFFF"/>
          <w:lang w:val="sv-SE"/>
        </w:rPr>
        <w:t> có khí CO</w:t>
      </w:r>
      <w:r w:rsidRPr="004D46D7">
        <w:rPr>
          <w:rFonts w:ascii="Times New Roman" w:hAnsi="Times New Roman" w:cs="Times New Roman"/>
          <w:sz w:val="24"/>
          <w:szCs w:val="24"/>
          <w:shd w:val="clear" w:color="auto" w:fill="FFFFFF"/>
          <w:vertAlign w:val="subscript"/>
          <w:lang w:val="sv-SE"/>
        </w:rPr>
        <w:t>2</w:t>
      </w:r>
      <w:r w:rsidRPr="004D46D7">
        <w:rPr>
          <w:rFonts w:ascii="Times New Roman" w:hAnsi="Times New Roman" w:cs="Times New Roman"/>
          <w:sz w:val="24"/>
          <w:szCs w:val="24"/>
          <w:shd w:val="clear" w:color="auto" w:fill="FFFFFF"/>
          <w:lang w:val="sv-SE"/>
        </w:rPr>
        <w:t> chảy qua ở nhiệt độ 35 °C và áp suất 3.10</w:t>
      </w:r>
      <w:r w:rsidRPr="004D46D7">
        <w:rPr>
          <w:rFonts w:ascii="Times New Roman" w:hAnsi="Times New Roman" w:cs="Times New Roman"/>
          <w:sz w:val="24"/>
          <w:szCs w:val="24"/>
          <w:shd w:val="clear" w:color="auto" w:fill="FFFFFF"/>
          <w:vertAlign w:val="superscript"/>
          <w:lang w:val="sv-SE"/>
        </w:rPr>
        <w:t xml:space="preserve">5 </w:t>
      </w:r>
      <w:r w:rsidRPr="004D46D7">
        <w:rPr>
          <w:rFonts w:ascii="Times New Roman" w:hAnsi="Times New Roman" w:cs="Times New Roman"/>
          <w:sz w:val="24"/>
          <w:szCs w:val="24"/>
          <w:shd w:val="clear" w:color="auto" w:fill="FFFFFF"/>
          <w:lang w:val="sv-SE"/>
        </w:rPr>
        <w:t>N/m</w:t>
      </w:r>
      <w:r w:rsidRPr="004D46D7">
        <w:rPr>
          <w:rFonts w:ascii="Times New Roman" w:hAnsi="Times New Roman" w:cs="Times New Roman"/>
          <w:sz w:val="24"/>
          <w:szCs w:val="24"/>
          <w:shd w:val="clear" w:color="auto" w:fill="FFFFFF"/>
          <w:vertAlign w:val="superscript"/>
          <w:lang w:val="sv-SE"/>
        </w:rPr>
        <w:t>2</w:t>
      </w:r>
      <w:r w:rsidRPr="004D46D7">
        <w:rPr>
          <w:rFonts w:ascii="Times New Roman" w:hAnsi="Times New Roman" w:cs="Times New Roman"/>
          <w:sz w:val="24"/>
          <w:szCs w:val="24"/>
          <w:shd w:val="clear" w:color="auto" w:fill="FFFFFF"/>
          <w:lang w:val="sv-SE"/>
        </w:rPr>
        <w:t>. Tính tốc độ của dòng khí, biết trong thời gian 10 phút có 3 kg khí CO</w:t>
      </w:r>
      <w:r w:rsidRPr="004D46D7">
        <w:rPr>
          <w:rFonts w:ascii="Times New Roman" w:hAnsi="Times New Roman" w:cs="Times New Roman"/>
          <w:sz w:val="24"/>
          <w:szCs w:val="24"/>
          <w:shd w:val="clear" w:color="auto" w:fill="FFFFFF"/>
          <w:vertAlign w:val="subscript"/>
          <w:lang w:val="sv-SE"/>
        </w:rPr>
        <w:t>2</w:t>
      </w:r>
      <w:r w:rsidRPr="004D46D7">
        <w:rPr>
          <w:rFonts w:ascii="Times New Roman" w:hAnsi="Times New Roman" w:cs="Times New Roman"/>
          <w:sz w:val="24"/>
          <w:szCs w:val="24"/>
          <w:shd w:val="clear" w:color="auto" w:fill="FFFFFF"/>
          <w:lang w:val="sv-SE"/>
        </w:rPr>
        <w:t> qua tiết diện ống.</w:t>
      </w:r>
    </w:p>
    <w:p w14:paraId="7EBC0966" w14:textId="77777777" w:rsidR="006C627D" w:rsidRPr="004D46D7" w:rsidRDefault="006C627D" w:rsidP="0026749B">
      <w:pPr>
        <w:tabs>
          <w:tab w:val="left" w:pos="283"/>
          <w:tab w:val="left" w:pos="2835"/>
          <w:tab w:val="left" w:pos="5670"/>
          <w:tab w:val="left" w:pos="8080"/>
        </w:tabs>
        <w:spacing w:line="276" w:lineRule="auto"/>
        <w:jc w:val="both"/>
        <w:rPr>
          <w:color w:val="auto"/>
          <w:sz w:val="24"/>
          <w:szCs w:val="24"/>
          <w:shd w:val="clear" w:color="auto" w:fill="FFFFFF"/>
        </w:rPr>
      </w:pPr>
      <w:r w:rsidRPr="004D46D7">
        <w:rPr>
          <w:b/>
          <w:color w:val="auto"/>
          <w:sz w:val="24"/>
          <w:szCs w:val="24"/>
          <w:lang w:val="sv-SE"/>
        </w:rPr>
        <w:tab/>
      </w:r>
      <w:r w:rsidRPr="004D46D7">
        <w:rPr>
          <w:b/>
          <w:color w:val="auto"/>
          <w:sz w:val="24"/>
          <w:szCs w:val="24"/>
        </w:rPr>
        <w:t xml:space="preserve">A. </w:t>
      </w:r>
      <w:r w:rsidR="00EE6C5E" w:rsidRPr="004D46D7">
        <w:rPr>
          <w:color w:val="auto"/>
          <w:sz w:val="24"/>
          <w:szCs w:val="24"/>
        </w:rPr>
        <w:t>4,951</w:t>
      </w:r>
      <w:r w:rsidRPr="004D46D7">
        <w:rPr>
          <w:color w:val="auto"/>
          <w:sz w:val="24"/>
          <w:szCs w:val="24"/>
          <w:shd w:val="clear" w:color="auto" w:fill="FFFFFF"/>
        </w:rPr>
        <w:t xml:space="preserve"> m/s.</w:t>
      </w:r>
      <w:r w:rsidRPr="004D46D7">
        <w:rPr>
          <w:b/>
          <w:color w:val="auto"/>
          <w:sz w:val="24"/>
          <w:szCs w:val="24"/>
        </w:rPr>
        <w:tab/>
        <w:t xml:space="preserve">B. </w:t>
      </w:r>
      <w:r w:rsidR="00EE6C5E" w:rsidRPr="004D46D7">
        <w:rPr>
          <w:color w:val="auto"/>
          <w:sz w:val="24"/>
          <w:szCs w:val="24"/>
        </w:rPr>
        <w:t>1</w:t>
      </w:r>
      <w:r w:rsidRPr="004D46D7">
        <w:rPr>
          <w:color w:val="auto"/>
          <w:sz w:val="24"/>
          <w:szCs w:val="24"/>
        </w:rPr>
        <w:t>,</w:t>
      </w:r>
      <w:r w:rsidR="00EE6C5E" w:rsidRPr="004D46D7">
        <w:rPr>
          <w:color w:val="auto"/>
          <w:sz w:val="24"/>
          <w:szCs w:val="24"/>
        </w:rPr>
        <w:t>939</w:t>
      </w:r>
      <w:r w:rsidRPr="004D46D7">
        <w:rPr>
          <w:color w:val="auto"/>
          <w:sz w:val="24"/>
          <w:szCs w:val="24"/>
          <w:shd w:val="clear" w:color="auto" w:fill="FFFFFF"/>
        </w:rPr>
        <w:t xml:space="preserve"> m/s.</w:t>
      </w:r>
      <w:r w:rsidRPr="004D46D7">
        <w:rPr>
          <w:b/>
          <w:color w:val="auto"/>
          <w:sz w:val="24"/>
          <w:szCs w:val="24"/>
        </w:rPr>
        <w:tab/>
      </w:r>
      <w:r w:rsidRPr="004D46D7">
        <w:rPr>
          <w:b/>
          <w:color w:val="auto"/>
          <w:sz w:val="24"/>
          <w:szCs w:val="24"/>
          <w:u w:color="00B050"/>
        </w:rPr>
        <w:t>C</w:t>
      </w:r>
      <w:r w:rsidRPr="004D46D7">
        <w:rPr>
          <w:b/>
          <w:color w:val="auto"/>
          <w:sz w:val="24"/>
          <w:szCs w:val="24"/>
        </w:rPr>
        <w:t xml:space="preserve">. </w:t>
      </w:r>
      <w:r w:rsidR="00EE6C5E" w:rsidRPr="004D46D7">
        <w:rPr>
          <w:color w:val="auto"/>
          <w:sz w:val="24"/>
          <w:szCs w:val="24"/>
          <w:shd w:val="clear" w:color="auto" w:fill="FFFFFF"/>
        </w:rPr>
        <w:t>2</w:t>
      </w:r>
      <w:r w:rsidRPr="004D46D7">
        <w:rPr>
          <w:color w:val="auto"/>
          <w:sz w:val="24"/>
          <w:szCs w:val="24"/>
          <w:shd w:val="clear" w:color="auto" w:fill="FFFFFF"/>
        </w:rPr>
        <w:t>,</w:t>
      </w:r>
      <w:r w:rsidR="00EE6C5E" w:rsidRPr="004D46D7">
        <w:rPr>
          <w:color w:val="auto"/>
          <w:sz w:val="24"/>
          <w:szCs w:val="24"/>
          <w:shd w:val="clear" w:color="auto" w:fill="FFFFFF"/>
        </w:rPr>
        <w:t>88</w:t>
      </w:r>
      <w:r w:rsidRPr="004D46D7">
        <w:rPr>
          <w:color w:val="auto"/>
          <w:sz w:val="24"/>
          <w:szCs w:val="24"/>
          <w:shd w:val="clear" w:color="auto" w:fill="FFFFFF"/>
        </w:rPr>
        <w:t xml:space="preserve"> m/s.</w:t>
      </w:r>
      <w:r w:rsidRPr="004D46D7">
        <w:rPr>
          <w:b/>
          <w:color w:val="auto"/>
          <w:sz w:val="24"/>
          <w:szCs w:val="24"/>
        </w:rPr>
        <w:tab/>
        <w:t xml:space="preserve">D. </w:t>
      </w:r>
      <w:r w:rsidR="00EE6C5E" w:rsidRPr="004D46D7">
        <w:rPr>
          <w:color w:val="auto"/>
          <w:sz w:val="24"/>
          <w:szCs w:val="24"/>
        </w:rPr>
        <w:t>3</w:t>
      </w:r>
      <w:r w:rsidRPr="004D46D7">
        <w:rPr>
          <w:color w:val="auto"/>
          <w:sz w:val="24"/>
          <w:szCs w:val="24"/>
        </w:rPr>
        <w:t>,</w:t>
      </w:r>
      <w:r w:rsidR="00EE6C5E" w:rsidRPr="004D46D7">
        <w:rPr>
          <w:color w:val="auto"/>
          <w:sz w:val="24"/>
          <w:szCs w:val="24"/>
        </w:rPr>
        <w:t>52</w:t>
      </w:r>
      <w:r w:rsidRPr="004D46D7">
        <w:rPr>
          <w:color w:val="auto"/>
          <w:sz w:val="24"/>
          <w:szCs w:val="24"/>
          <w:shd w:val="clear" w:color="auto" w:fill="FFFFFF"/>
        </w:rPr>
        <w:t xml:space="preserve"> m/s.</w:t>
      </w:r>
    </w:p>
    <w:p w14:paraId="0EC185A5" w14:textId="77777777" w:rsidR="006C627D" w:rsidRPr="004D46D7" w:rsidRDefault="006C627D" w:rsidP="0026749B">
      <w:pPr>
        <w:spacing w:line="276" w:lineRule="auto"/>
        <w:jc w:val="both"/>
        <w:rPr>
          <w:color w:val="auto"/>
          <w:sz w:val="24"/>
          <w:szCs w:val="24"/>
          <w:lang w:val="sv-SE"/>
        </w:rPr>
      </w:pPr>
      <w:r w:rsidRPr="004D46D7">
        <w:rPr>
          <w:b/>
          <w:bCs/>
          <w:iCs/>
          <w:color w:val="auto"/>
          <w:sz w:val="24"/>
          <w:szCs w:val="24"/>
          <w:lang w:val="sv-SE"/>
        </w:rPr>
        <w:t>Câu 13:</w:t>
      </w:r>
      <w:r w:rsidRPr="004D46D7">
        <w:rPr>
          <w:iCs/>
          <w:color w:val="auto"/>
          <w:sz w:val="24"/>
          <w:szCs w:val="24"/>
          <w:lang w:val="sv-SE"/>
        </w:rPr>
        <w:t xml:space="preserve"> </w:t>
      </w:r>
      <w:r w:rsidRPr="004D46D7">
        <w:rPr>
          <w:color w:val="auto"/>
          <w:sz w:val="24"/>
          <w:szCs w:val="24"/>
          <w:lang w:val="sv-SE"/>
        </w:rPr>
        <w:t>Hai xi lanh chứa cùng một khối lượng của hai chất khí khác nhau ở cùng áp suất, có khối lượng mol µ</w:t>
      </w:r>
      <w:r w:rsidRPr="004D46D7">
        <w:rPr>
          <w:color w:val="auto"/>
          <w:sz w:val="24"/>
          <w:szCs w:val="24"/>
          <w:vertAlign w:val="subscript"/>
          <w:lang w:val="sv-SE"/>
        </w:rPr>
        <w:t>1</w:t>
      </w:r>
      <w:r w:rsidRPr="004D46D7">
        <w:rPr>
          <w:color w:val="auto"/>
          <w:sz w:val="24"/>
          <w:szCs w:val="24"/>
          <w:lang w:val="sv-SE"/>
        </w:rPr>
        <w:t xml:space="preserve"> và µ</w:t>
      </w:r>
      <w:r w:rsidRPr="004D46D7">
        <w:rPr>
          <w:color w:val="auto"/>
          <w:sz w:val="24"/>
          <w:szCs w:val="24"/>
          <w:vertAlign w:val="subscript"/>
          <w:lang w:val="sv-SE"/>
        </w:rPr>
        <w:t>2</w:t>
      </w:r>
      <w:r w:rsidRPr="004D46D7">
        <w:rPr>
          <w:color w:val="auto"/>
          <w:sz w:val="24"/>
          <w:szCs w:val="24"/>
          <w:lang w:val="sv-SE"/>
        </w:rPr>
        <w:t>, có đồ thị biến đổi thể tích theo nhiệt độ như hình bên. Mối quan hệ giữa µ</w:t>
      </w:r>
      <w:r w:rsidRPr="004D46D7">
        <w:rPr>
          <w:color w:val="auto"/>
          <w:sz w:val="24"/>
          <w:szCs w:val="24"/>
          <w:vertAlign w:val="subscript"/>
          <w:lang w:val="sv-SE"/>
        </w:rPr>
        <w:t>1</w:t>
      </w:r>
      <w:r w:rsidRPr="004D46D7">
        <w:rPr>
          <w:color w:val="auto"/>
          <w:sz w:val="24"/>
          <w:szCs w:val="24"/>
          <w:lang w:val="sv-SE"/>
        </w:rPr>
        <w:t xml:space="preserve"> và µ</w:t>
      </w:r>
      <w:r w:rsidRPr="004D46D7">
        <w:rPr>
          <w:color w:val="auto"/>
          <w:sz w:val="24"/>
          <w:szCs w:val="24"/>
          <w:vertAlign w:val="subscript"/>
          <w:lang w:val="sv-SE"/>
        </w:rPr>
        <w:t>2</w:t>
      </w:r>
      <w:r w:rsidRPr="004D46D7">
        <w:rPr>
          <w:color w:val="auto"/>
          <w:sz w:val="24"/>
          <w:szCs w:val="24"/>
          <w:lang w:val="sv-SE"/>
        </w:rPr>
        <w:t xml:space="preserve"> là</w:t>
      </w:r>
    </w:p>
    <w:p w14:paraId="3130BA86" w14:textId="77777777" w:rsidR="00603F3C" w:rsidRPr="004D46D7" w:rsidRDefault="00603F3C" w:rsidP="0026749B">
      <w:pPr>
        <w:spacing w:line="276" w:lineRule="auto"/>
        <w:jc w:val="both"/>
        <w:rPr>
          <w:color w:val="auto"/>
          <w:sz w:val="24"/>
          <w:szCs w:val="24"/>
          <w:lang w:val="sv-SE"/>
        </w:rPr>
      </w:pPr>
    </w:p>
    <w:p w14:paraId="35706745" w14:textId="77777777" w:rsidR="00603F3C" w:rsidRPr="004D46D7" w:rsidRDefault="00603F3C" w:rsidP="0026749B">
      <w:pPr>
        <w:spacing w:line="276" w:lineRule="auto"/>
        <w:jc w:val="both"/>
        <w:rPr>
          <w:color w:val="auto"/>
          <w:sz w:val="24"/>
          <w:szCs w:val="24"/>
          <w:lang w:val="sv-SE"/>
        </w:rPr>
      </w:pPr>
      <w:r w:rsidRPr="004D46D7">
        <w:rPr>
          <w:b/>
          <w:bCs/>
          <w:iCs/>
          <w:noProof/>
          <w:color w:val="auto"/>
          <w:sz w:val="24"/>
          <w:szCs w:val="24"/>
        </w:rPr>
        <w:lastRenderedPageBreak/>
        <mc:AlternateContent>
          <mc:Choice Requires="wpg">
            <w:drawing>
              <wp:anchor distT="0" distB="0" distL="114300" distR="114300" simplePos="0" relativeHeight="251679744" behindDoc="0" locked="0" layoutInCell="1" allowOverlap="1" wp14:anchorId="715F703E" wp14:editId="7561E059">
                <wp:simplePos x="0" y="0"/>
                <wp:positionH relativeFrom="column">
                  <wp:posOffset>1317625</wp:posOffset>
                </wp:positionH>
                <wp:positionV relativeFrom="paragraph">
                  <wp:posOffset>7688</wp:posOffset>
                </wp:positionV>
                <wp:extent cx="1236980" cy="1070610"/>
                <wp:effectExtent l="0" t="0" r="0" b="0"/>
                <wp:wrapSquare wrapText="bothSides"/>
                <wp:docPr id="1579926157" name="Nhóm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6980" cy="1070610"/>
                          <a:chOff x="3796" y="8951"/>
                          <a:chExt cx="1885" cy="1686"/>
                        </a:xfrm>
                      </wpg:grpSpPr>
                      <wpg:grpSp>
                        <wpg:cNvPr id="1751797333" name="Group 3"/>
                        <wpg:cNvGrpSpPr>
                          <a:grpSpLocks/>
                        </wpg:cNvGrpSpPr>
                        <wpg:grpSpPr bwMode="auto">
                          <a:xfrm>
                            <a:off x="3796" y="9063"/>
                            <a:ext cx="1885" cy="1574"/>
                            <a:chOff x="3796" y="8832"/>
                            <a:chExt cx="1885" cy="1574"/>
                          </a:xfrm>
                        </wpg:grpSpPr>
                        <wpg:grpSp>
                          <wpg:cNvPr id="1666496760" name="Group 4"/>
                          <wpg:cNvGrpSpPr>
                            <a:grpSpLocks/>
                          </wpg:cNvGrpSpPr>
                          <wpg:grpSpPr bwMode="auto">
                            <a:xfrm>
                              <a:off x="3796" y="8832"/>
                              <a:ext cx="1885" cy="1574"/>
                              <a:chOff x="3890" y="4625"/>
                              <a:chExt cx="1885" cy="1574"/>
                            </a:xfrm>
                          </wpg:grpSpPr>
                          <wpg:grpSp>
                            <wpg:cNvPr id="956968974" name="Group 5"/>
                            <wpg:cNvGrpSpPr>
                              <a:grpSpLocks/>
                            </wpg:cNvGrpSpPr>
                            <wpg:grpSpPr bwMode="auto">
                              <a:xfrm>
                                <a:off x="3890" y="4625"/>
                                <a:ext cx="1885" cy="1574"/>
                                <a:chOff x="3890" y="4625"/>
                                <a:chExt cx="1885" cy="1574"/>
                              </a:xfrm>
                            </wpg:grpSpPr>
                            <wpg:grpSp>
                              <wpg:cNvPr id="1441419297" name="Group 6"/>
                              <wpg:cNvGrpSpPr>
                                <a:grpSpLocks/>
                              </wpg:cNvGrpSpPr>
                              <wpg:grpSpPr bwMode="auto">
                                <a:xfrm>
                                  <a:off x="3890" y="4625"/>
                                  <a:ext cx="1885" cy="1574"/>
                                  <a:chOff x="1064" y="4734"/>
                                  <a:chExt cx="1885" cy="1574"/>
                                </a:xfrm>
                              </wpg:grpSpPr>
                              <wps:wsp>
                                <wps:cNvPr id="418625568" name="Text Box 7"/>
                                <wps:cNvSpPr txBox="1">
                                  <a:spLocks noChangeArrowheads="1"/>
                                </wps:cNvSpPr>
                                <wps:spPr bwMode="auto">
                                  <a:xfrm>
                                    <a:off x="1064" y="5636"/>
                                    <a:ext cx="342"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A62E85" w14:textId="77777777" w:rsidR="006C627D" w:rsidRPr="001B732B" w:rsidRDefault="006C627D" w:rsidP="006C627D">
                                      <w:pPr>
                                        <w:rPr>
                                          <w:b/>
                                          <w:color w:val="auto"/>
                                          <w:sz w:val="20"/>
                                          <w:szCs w:val="20"/>
                                        </w:rPr>
                                      </w:pPr>
                                      <w:r w:rsidRPr="001B732B">
                                        <w:rPr>
                                          <w:b/>
                                          <w:color w:val="auto"/>
                                          <w:sz w:val="20"/>
                                          <w:szCs w:val="20"/>
                                        </w:rPr>
                                        <w:t>0</w:t>
                                      </w:r>
                                    </w:p>
                                  </w:txbxContent>
                                </wps:txbx>
                                <wps:bodyPr rot="0" vert="horz" wrap="square" lIns="91440" tIns="45720" rIns="91440" bIns="45720" anchor="t" anchorCtr="0" upright="1">
                                  <a:noAutofit/>
                                </wps:bodyPr>
                              </wps:wsp>
                              <wps:wsp>
                                <wps:cNvPr id="1161962520" name="Text Box 8"/>
                                <wps:cNvSpPr txBox="1">
                                  <a:spLocks noChangeArrowheads="1"/>
                                </wps:cNvSpPr>
                                <wps:spPr bwMode="auto">
                                  <a:xfrm>
                                    <a:off x="1270" y="4734"/>
                                    <a:ext cx="55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40428" w14:textId="77777777" w:rsidR="006C627D" w:rsidRPr="001B732B" w:rsidRDefault="006C627D" w:rsidP="006C627D">
                                      <w:pPr>
                                        <w:rPr>
                                          <w:b/>
                                          <w:color w:val="auto"/>
                                          <w:sz w:val="20"/>
                                          <w:szCs w:val="20"/>
                                        </w:rPr>
                                      </w:pPr>
                                      <w:r w:rsidRPr="001B732B">
                                        <w:rPr>
                                          <w:b/>
                                          <w:color w:val="auto"/>
                                          <w:sz w:val="20"/>
                                          <w:szCs w:val="20"/>
                                        </w:rPr>
                                        <w:t>V</w:t>
                                      </w:r>
                                    </w:p>
                                  </w:txbxContent>
                                </wps:txbx>
                                <wps:bodyPr rot="0" vert="horz" wrap="square" lIns="91440" tIns="45720" rIns="91440" bIns="45720" anchor="t" anchorCtr="0" upright="1">
                                  <a:noAutofit/>
                                </wps:bodyPr>
                              </wps:wsp>
                              <wps:wsp>
                                <wps:cNvPr id="1415240419" name="Text Box 9"/>
                                <wps:cNvSpPr txBox="1">
                                  <a:spLocks noChangeArrowheads="1"/>
                                </wps:cNvSpPr>
                                <wps:spPr bwMode="auto">
                                  <a:xfrm>
                                    <a:off x="2204" y="5775"/>
                                    <a:ext cx="745"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B330DA" w14:textId="77777777" w:rsidR="006C627D" w:rsidRPr="001B732B" w:rsidRDefault="006C627D" w:rsidP="006C627D">
                                      <w:pPr>
                                        <w:rPr>
                                          <w:b/>
                                          <w:color w:val="auto"/>
                                          <w:sz w:val="20"/>
                                          <w:szCs w:val="20"/>
                                        </w:rPr>
                                      </w:pPr>
                                      <w:r w:rsidRPr="001B732B">
                                        <w:rPr>
                                          <w:b/>
                                          <w:color w:val="auto"/>
                                          <w:sz w:val="20"/>
                                          <w:szCs w:val="20"/>
                                        </w:rPr>
                                        <w:t>T</w:t>
                                      </w:r>
                                    </w:p>
                                  </w:txbxContent>
                                </wps:txbx>
                                <wps:bodyPr rot="0" vert="horz" wrap="square" lIns="91440" tIns="45720" rIns="91440" bIns="45720" anchor="t" anchorCtr="0" upright="1">
                                  <a:noAutofit/>
                                </wps:bodyPr>
                              </wps:wsp>
                              <wps:wsp>
                                <wps:cNvPr id="1272154263" name="Text Box 10"/>
                                <wps:cNvSpPr txBox="1">
                                  <a:spLocks noChangeArrowheads="1"/>
                                </wps:cNvSpPr>
                                <wps:spPr bwMode="auto">
                                  <a:xfrm>
                                    <a:off x="1598" y="5948"/>
                                    <a:ext cx="511"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1444D4" w14:textId="77777777" w:rsidR="006C627D" w:rsidRPr="001B732B" w:rsidRDefault="006C627D" w:rsidP="006C627D">
                                      <w:pPr>
                                        <w:rPr>
                                          <w:b/>
                                          <w:color w:val="auto"/>
                                          <w:sz w:val="20"/>
                                          <w:szCs w:val="20"/>
                                        </w:rPr>
                                      </w:pPr>
                                    </w:p>
                                  </w:txbxContent>
                                </wps:txbx>
                                <wps:bodyPr rot="0" vert="horz" wrap="square" lIns="91440" tIns="45720" rIns="91440" bIns="45720" anchor="t" anchorCtr="0" upright="1">
                                  <a:noAutofit/>
                                </wps:bodyPr>
                              </wps:wsp>
                            </wpg:grpSp>
                            <wpg:grpSp>
                              <wpg:cNvPr id="1119269012" name="Group 11"/>
                              <wpg:cNvGrpSpPr>
                                <a:grpSpLocks/>
                              </wpg:cNvGrpSpPr>
                              <wpg:grpSpPr bwMode="auto">
                                <a:xfrm>
                                  <a:off x="4153" y="4769"/>
                                  <a:ext cx="1086" cy="900"/>
                                  <a:chOff x="4153" y="4769"/>
                                  <a:chExt cx="1086" cy="900"/>
                                </a:xfrm>
                              </wpg:grpSpPr>
                              <wps:wsp>
                                <wps:cNvPr id="1612724025" name="Line 12"/>
                                <wps:cNvCnPr>
                                  <a:cxnSpLocks noChangeShapeType="1"/>
                                </wps:cNvCnPr>
                                <wps:spPr bwMode="auto">
                                  <a:xfrm flipV="1">
                                    <a:off x="4153" y="4769"/>
                                    <a:ext cx="0" cy="90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384616464" name="AutoShape 13"/>
                                <wps:cNvCnPr>
                                  <a:cxnSpLocks noChangeShapeType="1"/>
                                </wps:cNvCnPr>
                                <wps:spPr bwMode="auto">
                                  <a:xfrm>
                                    <a:off x="4153" y="5669"/>
                                    <a:ext cx="108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grpSp>
                          <wpg:grpSp>
                            <wpg:cNvPr id="380887452" name="Group 14"/>
                            <wpg:cNvGrpSpPr>
                              <a:grpSpLocks/>
                            </wpg:cNvGrpSpPr>
                            <wpg:grpSpPr bwMode="auto">
                              <a:xfrm>
                                <a:off x="4153" y="4769"/>
                                <a:ext cx="746" cy="897"/>
                                <a:chOff x="4153" y="4769"/>
                                <a:chExt cx="746" cy="897"/>
                              </a:xfrm>
                            </wpg:grpSpPr>
                            <wps:wsp>
                              <wps:cNvPr id="364752806" name="AutoShape 15"/>
                              <wps:cNvCnPr>
                                <a:cxnSpLocks noChangeShapeType="1"/>
                              </wps:cNvCnPr>
                              <wps:spPr bwMode="auto">
                                <a:xfrm flipV="1">
                                  <a:off x="4153" y="5449"/>
                                  <a:ext cx="192" cy="217"/>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508584720" name="AutoShape 16"/>
                              <wps:cNvCnPr>
                                <a:cxnSpLocks noChangeShapeType="1"/>
                              </wps:cNvCnPr>
                              <wps:spPr bwMode="auto">
                                <a:xfrm flipV="1">
                                  <a:off x="4345" y="4769"/>
                                  <a:ext cx="554" cy="6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s:wsp>
                          <wps:cNvPr id="981017236" name="AutoShape 17"/>
                          <wps:cNvCnPr>
                            <a:cxnSpLocks noChangeShapeType="1"/>
                          </wps:cNvCnPr>
                          <wps:spPr bwMode="auto">
                            <a:xfrm flipV="1">
                              <a:off x="4059" y="9780"/>
                              <a:ext cx="271" cy="93"/>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957968073" name="AutoShape 18"/>
                          <wps:cNvCnPr>
                            <a:cxnSpLocks noChangeShapeType="1"/>
                          </wps:cNvCnPr>
                          <wps:spPr bwMode="auto">
                            <a:xfrm flipV="1">
                              <a:off x="4330" y="9500"/>
                              <a:ext cx="710" cy="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269685999" name="Text Box 19"/>
                        <wps:cNvSpPr txBox="1">
                          <a:spLocks noChangeArrowheads="1"/>
                        </wps:cNvSpPr>
                        <wps:spPr bwMode="auto">
                          <a:xfrm>
                            <a:off x="4387" y="8951"/>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6A47ED"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wps:txbx>
                        <wps:bodyPr rot="0" vert="horz" wrap="square" lIns="91440" tIns="45720" rIns="91440" bIns="45720" anchor="t" anchorCtr="0" upright="1">
                          <a:noAutofit/>
                        </wps:bodyPr>
                      </wps:wsp>
                      <wps:wsp>
                        <wps:cNvPr id="1582056516" name="Text Box 20"/>
                        <wps:cNvSpPr txBox="1">
                          <a:spLocks noChangeArrowheads="1"/>
                        </wps:cNvSpPr>
                        <wps:spPr bwMode="auto">
                          <a:xfrm>
                            <a:off x="4640" y="9438"/>
                            <a:ext cx="516" cy="3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CBAA10"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F703E" id="Nhóm 61" o:spid="_x0000_s1084" style="position:absolute;left:0;text-align:left;margin-left:103.75pt;margin-top:.6pt;width:97.4pt;height:84.3pt;z-index:251679744" coordorigin="3796,8951" coordsize="1885,1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">
                <v:group id="Group 3" o:spid="_x0000_s1085" style="position:absolute;left:3796;top:9063;width:1885;height:1574" coordorigin="3796,8832"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">
                  <v:group id="Group 4" o:spid="_x0000_s1086" style="position:absolute;left:3796;top:8832;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">
                    <v:group id="Group 5" o:spid="_x0000_s1087" style="position:absolute;left:3890;top:4625;width:1885;height:1574" coordorigin="3890,4625"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">
                      <v:group id="Group 6" o:spid="_x0000_s1088" style="position:absolute;left:3890;top:4625;width:1885;height:1574" coordorigin="1064,4734" coordsize="1885,1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">
                        <v:shape id="Text Box 7" o:spid="_x0000_s1089" type="#_x0000_t202" style="position:absolute;left:1064;top:5636;width:342;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" filled="f" stroked="f">
                          <v:textbox>
                            <w:txbxContent>
                              <w:p w14:paraId="5EA62E85" w14:textId="77777777" w:rsidR="006C627D" w:rsidRPr="001B732B" w:rsidRDefault="006C627D" w:rsidP="006C627D">
                                <w:pPr>
                                  <w:rPr>
                                    <w:b/>
                                    <w:color w:val="auto"/>
                                    <w:sz w:val="20"/>
                                    <w:szCs w:val="20"/>
                                  </w:rPr>
                                </w:pPr>
                                <w:r w:rsidRPr="001B732B">
                                  <w:rPr>
                                    <w:b/>
                                    <w:color w:val="auto"/>
                                    <w:sz w:val="20"/>
                                    <w:szCs w:val="20"/>
                                  </w:rPr>
                                  <w:t>0</w:t>
                                </w:r>
                              </w:p>
                            </w:txbxContent>
                          </v:textbox>
                        </v:shape>
                        <v:shape id="Text Box 8" o:spid="_x0000_s1090" type="#_x0000_t202" style="position:absolute;left:1270;top:4734;width:55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" filled="f" stroked="f">
                          <v:textbox>
                            <w:txbxContent>
                              <w:p w14:paraId="2A740428" w14:textId="77777777" w:rsidR="006C627D" w:rsidRPr="001B732B" w:rsidRDefault="006C627D" w:rsidP="006C627D">
                                <w:pPr>
                                  <w:rPr>
                                    <w:b/>
                                    <w:color w:val="auto"/>
                                    <w:sz w:val="20"/>
                                    <w:szCs w:val="20"/>
                                  </w:rPr>
                                </w:pPr>
                                <w:r w:rsidRPr="001B732B">
                                  <w:rPr>
                                    <w:b/>
                                    <w:color w:val="auto"/>
                                    <w:sz w:val="20"/>
                                    <w:szCs w:val="20"/>
                                  </w:rPr>
                                  <w:t>V</w:t>
                                </w:r>
                              </w:p>
                            </w:txbxContent>
                          </v:textbox>
                        </v:shape>
                        <v:shape id="Text Box 9" o:spid="_x0000_s1091" type="#_x0000_t202" style="position:absolute;left:2204;top:5775;width:745;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" filled="f" stroked="f">
                          <v:textbox>
                            <w:txbxContent>
                              <w:p w14:paraId="31B330DA" w14:textId="77777777" w:rsidR="006C627D" w:rsidRPr="001B732B" w:rsidRDefault="006C627D" w:rsidP="006C627D">
                                <w:pPr>
                                  <w:rPr>
                                    <w:b/>
                                    <w:color w:val="auto"/>
                                    <w:sz w:val="20"/>
                                    <w:szCs w:val="20"/>
                                  </w:rPr>
                                </w:pPr>
                                <w:r w:rsidRPr="001B732B">
                                  <w:rPr>
                                    <w:b/>
                                    <w:color w:val="auto"/>
                                    <w:sz w:val="20"/>
                                    <w:szCs w:val="20"/>
                                  </w:rPr>
                                  <w:t>T</w:t>
                                </w:r>
                              </w:p>
                            </w:txbxContent>
                          </v:textbox>
                        </v:shape>
                        <v:shape id="Text Box 10" o:spid="_x0000_s1092" type="#_x0000_t202" style="position:absolute;left:1598;top:5948;width:511;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" filled="f" stroked="f">
                          <v:textbox>
                            <w:txbxContent>
                              <w:p w14:paraId="5D1444D4" w14:textId="77777777" w:rsidR="006C627D" w:rsidRPr="001B732B" w:rsidRDefault="006C627D" w:rsidP="006C627D">
                                <w:pPr>
                                  <w:rPr>
                                    <w:b/>
                                    <w:color w:val="auto"/>
                                    <w:sz w:val="20"/>
                                    <w:szCs w:val="20"/>
                                  </w:rPr>
                                </w:pPr>
                              </w:p>
                            </w:txbxContent>
                          </v:textbox>
                        </v:shape>
                      </v:group>
                      <v:group id="Group 11" o:spid="_x0000_s1093" style="position:absolute;left:4153;top:4769;width:1086;height:900" coordorigin="4153,4769" coordsize="108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">
                        <v:line id="Line 12" o:spid="_x0000_s1094" style="position:absolute;flip:y;visibility:visible;mso-wrap-style:square" from="4153,4769" to="4153,5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">
                          <v:stroke endarrow="classic"/>
                        </v:line>
                        <v:shape id="AutoShape 13" o:spid="_x0000_s1095" type="#_x0000_t32" style="position:absolute;left:4153;top:5669;width:108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">
                          <v:stroke endarrow="classic"/>
                        </v:shape>
                      </v:group>
                    </v:group>
                    <v:group id="Group 14" o:spid="_x0000_s1096" style="position:absolute;left:4153;top:4769;width:746;height:897" coordorigin="4153,4769" coordsize="746,8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">
                      <v:shape id="AutoShape 15" o:spid="_x0000_s1097" type="#_x0000_t32" style="position:absolute;left:4153;top:5449;width:192;height: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">
                        <v:stroke dashstyle="dash"/>
                      </v:shape>
                      <v:shape id="AutoShape 16" o:spid="_x0000_s1098" type="#_x0000_t32" style="position:absolute;left:4345;top:4769;width:554;height:6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"/>
                    </v:group>
                  </v:group>
                  <v:shape id="AutoShape 17" o:spid="_x0000_s1099" type="#_x0000_t32" style="position:absolute;left:4059;top:9780;width:271;height: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">
                    <v:stroke dashstyle="dash"/>
                  </v:shape>
                  <v:shape id="AutoShape 18" o:spid="_x0000_s1100" type="#_x0000_t32" style="position:absolute;left:4330;top:9500;width:710;height:2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"/>
                </v:group>
                <v:shape id="Text Box 19" o:spid="_x0000_s1101" type="#_x0000_t202" style="position:absolute;left:4387;top:8951;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" filled="f" stroked="f">
                  <v:textbox>
                    <w:txbxContent>
                      <w:p w14:paraId="616A47ED"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2</w:t>
                        </w:r>
                      </w:p>
                    </w:txbxContent>
                  </v:textbox>
                </v:shape>
                <v:shape id="Text Box 20" o:spid="_x0000_s1102" type="#_x0000_t202" style="position:absolute;left:4640;top:9438;width:516;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" filled="f" stroked="f">
                  <v:textbox>
                    <w:txbxContent>
                      <w:p w14:paraId="18CBAA10" w14:textId="77777777" w:rsidR="006C627D" w:rsidRPr="001B732B" w:rsidRDefault="006C627D" w:rsidP="006C627D">
                        <w:pPr>
                          <w:rPr>
                            <w:b/>
                            <w:color w:val="auto"/>
                            <w:sz w:val="20"/>
                            <w:szCs w:val="20"/>
                            <w:vertAlign w:val="subscript"/>
                          </w:rPr>
                        </w:pPr>
                        <w:r w:rsidRPr="001B732B">
                          <w:rPr>
                            <w:b/>
                            <w:color w:val="auto"/>
                            <w:sz w:val="20"/>
                            <w:szCs w:val="20"/>
                          </w:rPr>
                          <w:t>µ</w:t>
                        </w:r>
                        <w:r w:rsidRPr="001B732B">
                          <w:rPr>
                            <w:b/>
                            <w:color w:val="auto"/>
                            <w:sz w:val="20"/>
                            <w:szCs w:val="20"/>
                            <w:vertAlign w:val="subscript"/>
                          </w:rPr>
                          <w:t>1</w:t>
                        </w:r>
                      </w:p>
                    </w:txbxContent>
                  </v:textbox>
                </v:shape>
                <w10:wrap type="square"/>
              </v:group>
            </w:pict>
          </mc:Fallback>
        </mc:AlternateContent>
      </w:r>
    </w:p>
    <w:p w14:paraId="34368B92" w14:textId="77777777" w:rsidR="00603F3C" w:rsidRPr="004D46D7" w:rsidRDefault="00603F3C" w:rsidP="0026749B">
      <w:pPr>
        <w:spacing w:line="276" w:lineRule="auto"/>
        <w:jc w:val="both"/>
        <w:rPr>
          <w:color w:val="auto"/>
          <w:sz w:val="24"/>
          <w:szCs w:val="24"/>
          <w:lang w:val="sv-SE"/>
        </w:rPr>
      </w:pPr>
    </w:p>
    <w:p w14:paraId="2B954126" w14:textId="77777777" w:rsidR="00603F3C" w:rsidRPr="004D46D7" w:rsidRDefault="00603F3C" w:rsidP="0026749B">
      <w:pPr>
        <w:spacing w:line="276" w:lineRule="auto"/>
        <w:jc w:val="both"/>
        <w:rPr>
          <w:color w:val="auto"/>
          <w:sz w:val="24"/>
          <w:szCs w:val="24"/>
          <w:lang w:val="sv-SE"/>
        </w:rPr>
      </w:pPr>
    </w:p>
    <w:p w14:paraId="17F111DE" w14:textId="77777777" w:rsidR="00603F3C" w:rsidRPr="004D46D7" w:rsidRDefault="00603F3C" w:rsidP="0026749B">
      <w:pPr>
        <w:spacing w:line="276" w:lineRule="auto"/>
        <w:jc w:val="both"/>
        <w:rPr>
          <w:color w:val="auto"/>
          <w:sz w:val="24"/>
          <w:szCs w:val="24"/>
          <w:lang w:val="sv-SE"/>
        </w:rPr>
      </w:pPr>
    </w:p>
    <w:p w14:paraId="16473AEE" w14:textId="77777777" w:rsidR="00603F3C" w:rsidRPr="004D46D7" w:rsidRDefault="00603F3C" w:rsidP="0026749B">
      <w:pPr>
        <w:spacing w:line="276" w:lineRule="auto"/>
        <w:jc w:val="both"/>
        <w:rPr>
          <w:color w:val="auto"/>
          <w:sz w:val="24"/>
          <w:szCs w:val="24"/>
          <w:lang w:val="sv-SE"/>
        </w:rPr>
      </w:pPr>
    </w:p>
    <w:p w14:paraId="45AC88AA" w14:textId="77777777" w:rsidR="00603F3C" w:rsidRPr="004D46D7" w:rsidRDefault="00603F3C" w:rsidP="0026749B">
      <w:pPr>
        <w:pStyle w:val="ListParagraph"/>
        <w:spacing w:after="0" w:line="276" w:lineRule="auto"/>
        <w:ind w:left="0"/>
        <w:rPr>
          <w:rFonts w:ascii="Times New Roman" w:hAnsi="Times New Roman" w:cs="Times New Roman"/>
          <w:b/>
          <w:bCs/>
          <w:sz w:val="24"/>
          <w:szCs w:val="24"/>
          <w:lang w:val="sv-SE"/>
        </w:rPr>
      </w:pPr>
    </w:p>
    <w:p w14:paraId="0703B130" w14:textId="77777777" w:rsidR="006C627D" w:rsidRPr="004D46D7" w:rsidRDefault="006C627D" w:rsidP="0026749B">
      <w:pPr>
        <w:pStyle w:val="ListParagraph"/>
        <w:spacing w:after="0" w:line="276" w:lineRule="auto"/>
        <w:ind w:left="0"/>
        <w:rPr>
          <w:rFonts w:ascii="Times New Roman" w:hAnsi="Times New Roman" w:cs="Times New Roman"/>
          <w:sz w:val="24"/>
          <w:szCs w:val="24"/>
          <w:lang w:val="sv-SE"/>
        </w:rPr>
      </w:pPr>
      <w:r w:rsidRPr="004D46D7">
        <w:rPr>
          <w:rFonts w:ascii="Times New Roman" w:hAnsi="Times New Roman" w:cs="Times New Roman"/>
          <w:b/>
          <w:bCs/>
          <w:sz w:val="24"/>
          <w:szCs w:val="24"/>
          <w:lang w:val="sv-SE"/>
        </w:rPr>
        <w:t>A.</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&gt;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B.</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00603F3C" w:rsidRPr="004D46D7">
        <w:rPr>
          <w:rFonts w:ascii="Times New Roman" w:hAnsi="Times New Roman" w:cs="Times New Roman"/>
          <w:sz w:val="24"/>
          <w:szCs w:val="24"/>
          <w:lang w:val="sv-SE"/>
        </w:rPr>
        <w:tab/>
      </w:r>
      <w:r w:rsidR="00603F3C"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C.</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&lt;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sz w:val="24"/>
          <w:szCs w:val="24"/>
          <w:lang w:val="sv-SE"/>
        </w:rPr>
        <w:tab/>
      </w:r>
      <w:r w:rsidRPr="004D46D7">
        <w:rPr>
          <w:rFonts w:ascii="Times New Roman" w:hAnsi="Times New Roman" w:cs="Times New Roman"/>
          <w:b/>
          <w:bCs/>
          <w:sz w:val="24"/>
          <w:szCs w:val="24"/>
          <w:lang w:val="sv-SE"/>
        </w:rPr>
        <w:t>D.</w:t>
      </w:r>
      <w:r w:rsidRPr="004D46D7">
        <w:rPr>
          <w:rFonts w:ascii="Times New Roman" w:hAnsi="Times New Roman" w:cs="Times New Roman"/>
          <w:sz w:val="24"/>
          <w:szCs w:val="24"/>
          <w:lang w:val="sv-SE"/>
        </w:rPr>
        <w:t xml:space="preserve"> µ</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xml:space="preserve"> ≥ µ</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w:t>
      </w:r>
    </w:p>
    <w:p w14:paraId="33B1203B" w14:textId="77777777" w:rsidR="006C627D" w:rsidRPr="004D46D7" w:rsidRDefault="006C627D" w:rsidP="0026749B">
      <w:pPr>
        <w:spacing w:line="276" w:lineRule="auto"/>
        <w:jc w:val="both"/>
        <w:rPr>
          <w:color w:val="auto"/>
          <w:sz w:val="24"/>
          <w:szCs w:val="24"/>
          <w:lang w:val="da-DK"/>
        </w:rPr>
      </w:pPr>
      <w:r w:rsidRPr="004D46D7">
        <w:rPr>
          <w:b/>
          <w:bCs/>
          <w:iCs/>
          <w:color w:val="auto"/>
          <w:sz w:val="24"/>
          <w:szCs w:val="24"/>
          <w:lang w:val="da-DK"/>
        </w:rPr>
        <w:t>Câu 14:</w:t>
      </w:r>
      <w:r w:rsidRPr="004D46D7">
        <w:rPr>
          <w:iCs/>
          <w:color w:val="auto"/>
          <w:sz w:val="24"/>
          <w:szCs w:val="24"/>
          <w:lang w:val="da-DK"/>
        </w:rPr>
        <w:t xml:space="preserve"> </w:t>
      </w:r>
      <w:r w:rsidRPr="004D46D7">
        <w:rPr>
          <w:color w:val="auto"/>
          <w:sz w:val="24"/>
          <w:szCs w:val="24"/>
          <w:lang w:val="da-DK"/>
        </w:rPr>
        <w:t>Hai bình thủy tinh A và B cùng chứa khí Hêli. Áp suất ở bình A gấp đôi áp suất ở bình B. Dung tích của bình B gấp đôi bình A. Khi bình A và B cùng nhiệt độ thì</w:t>
      </w:r>
    </w:p>
    <w:p w14:paraId="2D2E4E34" w14:textId="77777777" w:rsidR="00C75D34" w:rsidRPr="004D46D7" w:rsidRDefault="00C75D34" w:rsidP="0007659D">
      <w:pPr>
        <w:spacing w:line="276" w:lineRule="auto"/>
        <w:jc w:val="both"/>
        <w:rPr>
          <w:color w:val="auto"/>
          <w:sz w:val="24"/>
          <w:szCs w:val="24"/>
          <w:lang w:val="da-DK"/>
        </w:rPr>
      </w:pPr>
      <w:r w:rsidRPr="004D46D7">
        <w:rPr>
          <w:rFonts w:eastAsiaTheme="minorHAnsi"/>
          <w:b/>
          <w:color w:val="auto"/>
          <w:sz w:val="24"/>
          <w:szCs w:val="24"/>
          <w:lang w:val="da-DK"/>
        </w:rPr>
        <w:t>A.</w:t>
      </w:r>
      <w:r w:rsidR="0007659D" w:rsidRPr="004D46D7">
        <w:rPr>
          <w:rFonts w:eastAsiaTheme="minorHAnsi"/>
          <w:b/>
          <w:color w:val="auto"/>
          <w:sz w:val="24"/>
          <w:szCs w:val="24"/>
          <w:lang w:val="da-DK"/>
        </w:rPr>
        <w:t xml:space="preserve"> </w:t>
      </w:r>
      <w:r w:rsidRPr="004D46D7">
        <w:rPr>
          <w:color w:val="auto"/>
          <w:sz w:val="24"/>
          <w:szCs w:val="24"/>
          <w:lang w:val="da-DK"/>
        </w:rPr>
        <w:t>số nguyên tử ở hai bình như nhau</w:t>
      </w:r>
    </w:p>
    <w:p w14:paraId="647AE167" w14:textId="77777777" w:rsidR="006C627D" w:rsidRPr="004D46D7" w:rsidRDefault="00C75D34" w:rsidP="0007659D">
      <w:pPr>
        <w:spacing w:line="276" w:lineRule="auto"/>
        <w:jc w:val="both"/>
        <w:rPr>
          <w:color w:val="auto"/>
          <w:sz w:val="24"/>
          <w:szCs w:val="24"/>
          <w:lang w:val="da-DK"/>
        </w:rPr>
      </w:pPr>
      <w:r w:rsidRPr="004D46D7">
        <w:rPr>
          <w:rFonts w:eastAsiaTheme="minorHAnsi"/>
          <w:b/>
          <w:color w:val="auto"/>
          <w:sz w:val="24"/>
          <w:szCs w:val="24"/>
          <w:lang w:val="da-DK"/>
        </w:rPr>
        <w:t>B</w:t>
      </w:r>
      <w:r w:rsidR="006C627D" w:rsidRPr="004D46D7">
        <w:rPr>
          <w:rFonts w:eastAsiaTheme="minorHAnsi"/>
          <w:b/>
          <w:color w:val="auto"/>
          <w:sz w:val="24"/>
          <w:szCs w:val="24"/>
          <w:lang w:val="da-DK"/>
        </w:rPr>
        <w:t>.</w:t>
      </w:r>
      <w:r w:rsidR="0007659D" w:rsidRPr="004D46D7">
        <w:rPr>
          <w:rFonts w:eastAsiaTheme="minorHAnsi"/>
          <w:b/>
          <w:color w:val="auto"/>
          <w:sz w:val="24"/>
          <w:szCs w:val="24"/>
          <w:lang w:val="da-DK"/>
        </w:rPr>
        <w:t xml:space="preserve"> </w:t>
      </w:r>
      <w:r w:rsidR="006C627D" w:rsidRPr="004D46D7">
        <w:rPr>
          <w:color w:val="auto"/>
          <w:sz w:val="24"/>
          <w:szCs w:val="24"/>
          <w:lang w:val="da-DK"/>
        </w:rPr>
        <w:t>số nguyên tử ở bình A nhiều hơn số nguyên tử ở bình B</w:t>
      </w:r>
    </w:p>
    <w:p w14:paraId="59261551" w14:textId="77777777" w:rsidR="006C627D" w:rsidRPr="004D46D7" w:rsidRDefault="006C627D" w:rsidP="0007659D">
      <w:pPr>
        <w:spacing w:line="276" w:lineRule="auto"/>
        <w:jc w:val="both"/>
        <w:rPr>
          <w:color w:val="auto"/>
          <w:sz w:val="24"/>
          <w:szCs w:val="24"/>
          <w:lang w:val="da-DK"/>
        </w:rPr>
      </w:pPr>
      <w:r w:rsidRPr="004D46D7">
        <w:rPr>
          <w:rFonts w:eastAsiaTheme="minorHAnsi"/>
          <w:b/>
          <w:color w:val="auto"/>
          <w:sz w:val="24"/>
          <w:szCs w:val="24"/>
          <w:lang w:val="da-DK"/>
        </w:rPr>
        <w:t>B.</w:t>
      </w:r>
      <w:r w:rsidR="0007659D" w:rsidRPr="004D46D7">
        <w:rPr>
          <w:rFonts w:eastAsiaTheme="minorHAnsi"/>
          <w:b/>
          <w:color w:val="auto"/>
          <w:sz w:val="24"/>
          <w:szCs w:val="24"/>
          <w:lang w:val="da-DK"/>
        </w:rPr>
        <w:t xml:space="preserve"> </w:t>
      </w:r>
      <w:r w:rsidRPr="004D46D7">
        <w:rPr>
          <w:color w:val="auto"/>
          <w:sz w:val="24"/>
          <w:szCs w:val="24"/>
          <w:lang w:val="da-DK"/>
        </w:rPr>
        <w:t>số nguyên tử ở bình B nhiều hơn số nguyên tử ở bình A</w:t>
      </w:r>
    </w:p>
    <w:p w14:paraId="250CA9A8" w14:textId="77777777" w:rsidR="006C627D" w:rsidRPr="004D46D7" w:rsidRDefault="006C627D" w:rsidP="0007659D">
      <w:pPr>
        <w:spacing w:line="276" w:lineRule="auto"/>
        <w:jc w:val="both"/>
        <w:rPr>
          <w:color w:val="auto"/>
          <w:sz w:val="24"/>
          <w:szCs w:val="24"/>
          <w:lang w:val="da-DK"/>
        </w:rPr>
      </w:pPr>
      <w:r w:rsidRPr="004D46D7">
        <w:rPr>
          <w:rFonts w:eastAsiaTheme="minorHAnsi"/>
          <w:b/>
          <w:color w:val="auto"/>
          <w:sz w:val="24"/>
          <w:szCs w:val="24"/>
          <w:lang w:val="da-DK"/>
        </w:rPr>
        <w:t>D.</w:t>
      </w:r>
      <w:r w:rsidR="0007659D" w:rsidRPr="004D46D7">
        <w:rPr>
          <w:rFonts w:eastAsiaTheme="minorHAnsi"/>
          <w:b/>
          <w:color w:val="auto"/>
          <w:sz w:val="24"/>
          <w:szCs w:val="24"/>
          <w:lang w:val="da-DK"/>
        </w:rPr>
        <w:t xml:space="preserve"> </w:t>
      </w:r>
      <w:r w:rsidRPr="004D46D7">
        <w:rPr>
          <w:color w:val="auto"/>
          <w:sz w:val="24"/>
          <w:szCs w:val="24"/>
          <w:lang w:val="da-DK"/>
        </w:rPr>
        <w:t>mật độ nguyên tử ở hai bình như nhau</w:t>
      </w:r>
    </w:p>
    <w:p w14:paraId="71D554B7" w14:textId="77777777" w:rsidR="006C627D" w:rsidRPr="004D46D7" w:rsidRDefault="006C627D" w:rsidP="0026749B">
      <w:pPr>
        <w:pStyle w:val="ListParagraph"/>
        <w:spacing w:after="0" w:line="276" w:lineRule="auto"/>
        <w:ind w:left="0"/>
        <w:jc w:val="both"/>
        <w:rPr>
          <w:rFonts w:ascii="Times New Roman" w:hAnsi="Times New Roman" w:cs="Times New Roman"/>
          <w:b/>
          <w:sz w:val="24"/>
          <w:szCs w:val="24"/>
          <w:lang w:val="fr-FR"/>
        </w:rPr>
      </w:pPr>
      <w:r w:rsidRPr="004D46D7">
        <w:rPr>
          <w:rFonts w:ascii="Times New Roman" w:hAnsi="Times New Roman" w:cs="Times New Roman"/>
          <w:b/>
          <w:bCs/>
          <w:iCs/>
          <w:sz w:val="24"/>
          <w:szCs w:val="24"/>
          <w:lang w:val="sv-SE"/>
        </w:rPr>
        <w:t>Câu 15:</w:t>
      </w:r>
      <w:r w:rsidRPr="004D46D7">
        <w:rPr>
          <w:rFonts w:ascii="Times New Roman" w:hAnsi="Times New Roman" w:cs="Times New Roman"/>
          <w:iCs/>
          <w:sz w:val="24"/>
          <w:szCs w:val="24"/>
          <w:lang w:val="sv-SE"/>
        </w:rPr>
        <w:t xml:space="preserve"> </w:t>
      </w:r>
      <w:r w:rsidRPr="004D46D7">
        <w:rPr>
          <w:rFonts w:ascii="Times New Roman" w:hAnsi="Times New Roman" w:cs="Times New Roman"/>
          <w:sz w:val="24"/>
          <w:szCs w:val="24"/>
          <w:lang w:val="fr-FR"/>
        </w:rPr>
        <w:t>Một lượng khí Hiđrô đựng trong bình ở áp suất 3atm, nhiệt độ 27</w:t>
      </w:r>
      <w:r w:rsidRPr="004D46D7">
        <w:rPr>
          <w:rFonts w:ascii="Times New Roman" w:hAnsi="Times New Roman" w:cs="Times New Roman"/>
          <w:sz w:val="24"/>
          <w:szCs w:val="24"/>
          <w:vertAlign w:val="superscript"/>
          <w:lang w:val="fr-FR"/>
        </w:rPr>
        <w:t>0</w:t>
      </w:r>
      <w:r w:rsidRPr="004D46D7">
        <w:rPr>
          <w:rFonts w:ascii="Times New Roman" w:hAnsi="Times New Roman" w:cs="Times New Roman"/>
          <w:sz w:val="24"/>
          <w:szCs w:val="24"/>
          <w:lang w:val="fr-FR"/>
        </w:rPr>
        <w:t>C. Đun nóng khí đến 127</w:t>
      </w:r>
      <w:r w:rsidRPr="004D46D7">
        <w:rPr>
          <w:rFonts w:ascii="Times New Roman" w:hAnsi="Times New Roman" w:cs="Times New Roman"/>
          <w:sz w:val="24"/>
          <w:szCs w:val="24"/>
          <w:vertAlign w:val="superscript"/>
          <w:lang w:val="fr-FR"/>
        </w:rPr>
        <w:t>0</w:t>
      </w:r>
      <w:r w:rsidRPr="004D46D7">
        <w:rPr>
          <w:rFonts w:ascii="Times New Roman" w:hAnsi="Times New Roman" w:cs="Times New Roman"/>
          <w:sz w:val="24"/>
          <w:szCs w:val="24"/>
          <w:lang w:val="fr-FR"/>
        </w:rPr>
        <w:t xml:space="preserve">C. Do bình hở nên </w:t>
      </w:r>
      <w:r w:rsidRPr="004D46D7">
        <w:rPr>
          <w:rFonts w:ascii="Times New Roman" w:hAnsi="Times New Roman" w:cs="Times New Roman"/>
          <w:position w:val="-26"/>
          <w:sz w:val="24"/>
          <w:szCs w:val="24"/>
          <w:lang w:val="fr-FR"/>
        </w:rPr>
        <w:object w:dxaOrig="240" w:dyaOrig="680" w14:anchorId="46E8B0D7">
          <v:shape id="_x0000_i1038" type="#_x0000_t75" alt="" style="width:14.35pt;height:36.35pt" o:ole="">
            <v:imagedata r:id="rId49" o:title=""/>
          </v:shape>
          <o:OLEObject Type="Embed" ProgID="Equation.DSMT4" ShapeID="_x0000_i1038" DrawAspect="Content" ObjectID="_1789927748" r:id="rId50"/>
        </w:object>
      </w:r>
      <w:r w:rsidRPr="004D46D7">
        <w:rPr>
          <w:rFonts w:ascii="Times New Roman" w:hAnsi="Times New Roman" w:cs="Times New Roman"/>
          <w:sz w:val="24"/>
          <w:szCs w:val="24"/>
          <w:lang w:val="fr-FR"/>
        </w:rPr>
        <w:t xml:space="preserve"> lượng khí thoát ra. Áp suất khí trong bình bây giờ là</w:t>
      </w:r>
    </w:p>
    <w:p w14:paraId="201FE3A6" w14:textId="77777777" w:rsidR="006C627D" w:rsidRPr="004D46D7" w:rsidRDefault="006C627D" w:rsidP="0026749B">
      <w:pPr>
        <w:tabs>
          <w:tab w:val="left" w:pos="283"/>
          <w:tab w:val="left" w:pos="2835"/>
          <w:tab w:val="left" w:pos="5386"/>
          <w:tab w:val="left" w:pos="7937"/>
        </w:tabs>
        <w:spacing w:line="276" w:lineRule="auto"/>
        <w:jc w:val="both"/>
        <w:rPr>
          <w:color w:val="auto"/>
          <w:sz w:val="24"/>
          <w:szCs w:val="24"/>
          <w:lang w:val="fr-FR"/>
        </w:rPr>
      </w:pPr>
      <w:r w:rsidRPr="004D46D7">
        <w:rPr>
          <w:b/>
          <w:color w:val="auto"/>
          <w:sz w:val="24"/>
          <w:szCs w:val="24"/>
          <w:lang w:val="fr-FR"/>
        </w:rPr>
        <w:t xml:space="preserve">A. </w:t>
      </w:r>
      <w:r w:rsidR="00C75D34" w:rsidRPr="004D46D7">
        <w:rPr>
          <w:color w:val="auto"/>
          <w:sz w:val="24"/>
          <w:szCs w:val="24"/>
          <w:lang w:val="fr-FR"/>
        </w:rPr>
        <w:t>1</w:t>
      </w:r>
      <w:r w:rsidRPr="004D46D7">
        <w:rPr>
          <w:color w:val="auto"/>
          <w:sz w:val="24"/>
          <w:szCs w:val="24"/>
          <w:lang w:val="fr-FR"/>
        </w:rPr>
        <w:t xml:space="preserve"> atm.</w:t>
      </w:r>
      <w:r w:rsidRPr="004D46D7">
        <w:rPr>
          <w:b/>
          <w:color w:val="auto"/>
          <w:sz w:val="24"/>
          <w:szCs w:val="24"/>
          <w:lang w:val="fr-FR"/>
        </w:rPr>
        <w:tab/>
        <w:t xml:space="preserve">B. </w:t>
      </w:r>
      <w:r w:rsidR="00C75D34" w:rsidRPr="004D46D7">
        <w:rPr>
          <w:color w:val="auto"/>
          <w:sz w:val="24"/>
          <w:szCs w:val="24"/>
          <w:lang w:val="fr-FR"/>
        </w:rPr>
        <w:t>2</w:t>
      </w:r>
      <w:r w:rsidRPr="004D46D7">
        <w:rPr>
          <w:color w:val="auto"/>
          <w:sz w:val="24"/>
          <w:szCs w:val="24"/>
          <w:lang w:val="fr-FR"/>
        </w:rPr>
        <w:t>,</w:t>
      </w:r>
      <w:r w:rsidR="00C75D34" w:rsidRPr="004D46D7">
        <w:rPr>
          <w:color w:val="auto"/>
          <w:sz w:val="24"/>
          <w:szCs w:val="24"/>
          <w:lang w:val="fr-FR"/>
        </w:rPr>
        <w:t>84</w:t>
      </w:r>
      <w:r w:rsidRPr="004D46D7">
        <w:rPr>
          <w:color w:val="auto"/>
          <w:sz w:val="24"/>
          <w:szCs w:val="24"/>
          <w:lang w:val="fr-FR"/>
        </w:rPr>
        <w:t xml:space="preserve"> atm.</w:t>
      </w:r>
      <w:r w:rsidRPr="004D46D7">
        <w:rPr>
          <w:b/>
          <w:color w:val="auto"/>
          <w:sz w:val="24"/>
          <w:szCs w:val="24"/>
          <w:lang w:val="fr-FR"/>
        </w:rPr>
        <w:tab/>
        <w:t xml:space="preserve">C. </w:t>
      </w:r>
      <w:r w:rsidR="00C75D34" w:rsidRPr="004D46D7">
        <w:rPr>
          <w:color w:val="auto"/>
          <w:sz w:val="24"/>
          <w:szCs w:val="24"/>
          <w:lang w:val="fr-FR"/>
        </w:rPr>
        <w:t>3,25</w:t>
      </w:r>
      <w:r w:rsidRPr="004D46D7">
        <w:rPr>
          <w:color w:val="auto"/>
          <w:sz w:val="24"/>
          <w:szCs w:val="24"/>
          <w:lang w:val="fr-FR"/>
        </w:rPr>
        <w:t xml:space="preserve"> atm.</w:t>
      </w:r>
      <w:r w:rsidRPr="004D46D7">
        <w:rPr>
          <w:b/>
          <w:color w:val="auto"/>
          <w:sz w:val="24"/>
          <w:szCs w:val="24"/>
          <w:lang w:val="fr-FR"/>
        </w:rPr>
        <w:tab/>
        <w:t xml:space="preserve">D. </w:t>
      </w:r>
      <w:r w:rsidR="00C75D34" w:rsidRPr="004D46D7">
        <w:rPr>
          <w:color w:val="auto"/>
          <w:sz w:val="24"/>
          <w:szCs w:val="24"/>
          <w:lang w:val="fr-FR"/>
        </w:rPr>
        <w:t>0,5</w:t>
      </w:r>
      <w:r w:rsidRPr="004D46D7">
        <w:rPr>
          <w:color w:val="auto"/>
          <w:sz w:val="24"/>
          <w:szCs w:val="24"/>
          <w:lang w:val="fr-FR"/>
        </w:rPr>
        <w:t xml:space="preserve"> atm.</w:t>
      </w:r>
    </w:p>
    <w:p w14:paraId="026D11D4" w14:textId="77777777" w:rsidR="006C627D" w:rsidRPr="004D46D7" w:rsidRDefault="006C627D" w:rsidP="0026749B">
      <w:pPr>
        <w:pStyle w:val="ListParagraph"/>
        <w:spacing w:after="0" w:line="276" w:lineRule="auto"/>
        <w:ind w:left="0"/>
        <w:jc w:val="both"/>
        <w:rPr>
          <w:rFonts w:ascii="Times New Roman" w:hAnsi="Times New Roman" w:cs="Times New Roman"/>
          <w:b/>
          <w:sz w:val="24"/>
          <w:szCs w:val="24"/>
          <w:lang w:val="fr-FR"/>
        </w:rPr>
      </w:pPr>
      <w:r w:rsidRPr="004D46D7">
        <w:rPr>
          <w:rFonts w:ascii="Times New Roman" w:hAnsi="Times New Roman" w:cs="Times New Roman"/>
          <w:b/>
          <w:bCs/>
          <w:sz w:val="24"/>
          <w:szCs w:val="24"/>
          <w:lang w:val="de-DE"/>
        </w:rPr>
        <w:t>Câu 16:</w:t>
      </w:r>
      <w:r w:rsidRPr="004D46D7">
        <w:rPr>
          <w:rFonts w:ascii="Times New Roman" w:hAnsi="Times New Roman" w:cs="Times New Roman"/>
          <w:sz w:val="24"/>
          <w:szCs w:val="24"/>
          <w:lang w:val="de-DE"/>
        </w:rPr>
        <w:t xml:space="preserve"> </w:t>
      </w:r>
      <w:r w:rsidRPr="004D46D7">
        <w:rPr>
          <w:rFonts w:ascii="Times New Roman" w:hAnsi="Times New Roman" w:cs="Times New Roman"/>
          <w:sz w:val="24"/>
          <w:szCs w:val="24"/>
          <w:lang w:val="fr-FR"/>
        </w:rPr>
        <w:t>Một phòng có kích thước 8 m x 5 m x 4 m. Ban đầu không khí trong phòng ở điều kiện chuẩn, sau đó nhiệt độ của không khí tăng lên tới 10 °C, trong khi áp suất là 78 cmHg. Biết khối lượng riêng của không khí ở điều kiện chuẩn là 1,29 kg/m</w:t>
      </w:r>
      <w:r w:rsidRPr="004D46D7">
        <w:rPr>
          <w:rFonts w:ascii="Times New Roman" w:hAnsi="Times New Roman" w:cs="Times New Roman"/>
          <w:sz w:val="24"/>
          <w:szCs w:val="24"/>
          <w:vertAlign w:val="superscript"/>
          <w:lang w:val="fr-FR"/>
        </w:rPr>
        <w:t>3</w:t>
      </w:r>
      <w:r w:rsidRPr="004D46D7">
        <w:rPr>
          <w:rFonts w:ascii="Times New Roman" w:hAnsi="Times New Roman" w:cs="Times New Roman"/>
          <w:sz w:val="24"/>
          <w:szCs w:val="24"/>
          <w:lang w:val="fr-FR"/>
        </w:rPr>
        <w:t>. Khối lượng không khí còn lại trong phòng bằng</w:t>
      </w:r>
    </w:p>
    <w:p w14:paraId="2D51A02C" w14:textId="77777777" w:rsidR="006C627D" w:rsidRPr="004D46D7" w:rsidRDefault="006C627D" w:rsidP="0026749B">
      <w:pPr>
        <w:tabs>
          <w:tab w:val="left" w:pos="283"/>
          <w:tab w:val="left" w:pos="2835"/>
          <w:tab w:val="left" w:pos="5386"/>
          <w:tab w:val="left" w:pos="7937"/>
        </w:tabs>
        <w:spacing w:line="276" w:lineRule="auto"/>
        <w:jc w:val="both"/>
        <w:rPr>
          <w:color w:val="auto"/>
          <w:sz w:val="24"/>
          <w:szCs w:val="24"/>
          <w:lang w:val="fr-FR"/>
        </w:rPr>
      </w:pPr>
      <w:r w:rsidRPr="004D46D7">
        <w:rPr>
          <w:b/>
          <w:color w:val="auto"/>
          <w:sz w:val="24"/>
          <w:szCs w:val="24"/>
          <w:lang w:val="fr-FR"/>
        </w:rPr>
        <w:tab/>
        <w:t xml:space="preserve">A. </w:t>
      </w:r>
      <w:r w:rsidR="00081868" w:rsidRPr="004D46D7">
        <w:rPr>
          <w:color w:val="auto"/>
          <w:sz w:val="24"/>
          <w:szCs w:val="24"/>
          <w:lang w:val="fr-FR"/>
        </w:rPr>
        <w:t>112,8</w:t>
      </w:r>
      <w:r w:rsidRPr="004D46D7">
        <w:rPr>
          <w:color w:val="auto"/>
          <w:sz w:val="24"/>
          <w:szCs w:val="24"/>
          <w:lang w:val="fr-FR"/>
        </w:rPr>
        <w:t xml:space="preserve"> kg.</w:t>
      </w:r>
      <w:r w:rsidRPr="004D46D7">
        <w:rPr>
          <w:b/>
          <w:color w:val="auto"/>
          <w:sz w:val="24"/>
          <w:szCs w:val="24"/>
          <w:lang w:val="fr-FR"/>
        </w:rPr>
        <w:tab/>
        <w:t xml:space="preserve">B. </w:t>
      </w:r>
      <w:r w:rsidR="00081868" w:rsidRPr="004D46D7">
        <w:rPr>
          <w:color w:val="auto"/>
          <w:sz w:val="24"/>
          <w:szCs w:val="24"/>
          <w:lang w:val="fr-FR"/>
        </w:rPr>
        <w:t>217,2</w:t>
      </w:r>
      <w:r w:rsidRPr="004D46D7">
        <w:rPr>
          <w:color w:val="auto"/>
          <w:sz w:val="24"/>
          <w:szCs w:val="24"/>
          <w:lang w:val="fr-FR"/>
        </w:rPr>
        <w:t xml:space="preserve"> kg.</w:t>
      </w:r>
      <w:r w:rsidRPr="004D46D7">
        <w:rPr>
          <w:b/>
          <w:color w:val="auto"/>
          <w:sz w:val="24"/>
          <w:szCs w:val="24"/>
          <w:lang w:val="fr-FR"/>
        </w:rPr>
        <w:tab/>
        <w:t xml:space="preserve">C. </w:t>
      </w:r>
      <w:r w:rsidR="00081868" w:rsidRPr="004D46D7">
        <w:rPr>
          <w:color w:val="auto"/>
          <w:sz w:val="24"/>
          <w:szCs w:val="24"/>
          <w:lang w:val="fr-FR"/>
        </w:rPr>
        <w:t>305,7</w:t>
      </w:r>
      <w:r w:rsidRPr="004D46D7">
        <w:rPr>
          <w:color w:val="auto"/>
          <w:sz w:val="24"/>
          <w:szCs w:val="24"/>
          <w:lang w:val="fr-FR"/>
        </w:rPr>
        <w:t xml:space="preserve"> kg.</w:t>
      </w:r>
      <w:r w:rsidRPr="004D46D7">
        <w:rPr>
          <w:b/>
          <w:color w:val="auto"/>
          <w:sz w:val="24"/>
          <w:szCs w:val="24"/>
          <w:lang w:val="fr-FR"/>
        </w:rPr>
        <w:tab/>
        <w:t xml:space="preserve">D. </w:t>
      </w:r>
      <w:r w:rsidR="00081868" w:rsidRPr="004D46D7">
        <w:rPr>
          <w:color w:val="auto"/>
          <w:sz w:val="24"/>
          <w:szCs w:val="24"/>
          <w:lang w:val="fr-FR"/>
        </w:rPr>
        <w:t>204,3</w:t>
      </w:r>
      <w:r w:rsidRPr="004D46D7">
        <w:rPr>
          <w:color w:val="auto"/>
          <w:sz w:val="24"/>
          <w:szCs w:val="24"/>
          <w:lang w:val="fr-FR"/>
        </w:rPr>
        <w:t xml:space="preserve"> kg.</w:t>
      </w:r>
    </w:p>
    <w:p w14:paraId="2F7A8DA2"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fr-FR"/>
        </w:rPr>
      </w:pPr>
      <w:r w:rsidRPr="004D46D7">
        <w:rPr>
          <w:rFonts w:ascii="Times New Roman" w:hAnsi="Times New Roman" w:cs="Times New Roman"/>
          <w:b/>
          <w:bCs/>
          <w:sz w:val="24"/>
          <w:szCs w:val="24"/>
          <w:lang w:val="sv-SE"/>
        </w:rPr>
        <w:t>Câu 17:</w:t>
      </w:r>
      <w:r w:rsidRPr="004D46D7">
        <w:rPr>
          <w:rFonts w:ascii="Times New Roman" w:hAnsi="Times New Roman" w:cs="Times New Roman"/>
          <w:sz w:val="24"/>
          <w:szCs w:val="24"/>
          <w:lang w:val="sv-SE"/>
        </w:rPr>
        <w:t xml:space="preserve"> </w:t>
      </w:r>
      <w:r w:rsidRPr="004D46D7">
        <w:rPr>
          <w:rFonts w:ascii="Times New Roman" w:hAnsi="Times New Roman" w:cs="Times New Roman"/>
          <w:sz w:val="24"/>
          <w:szCs w:val="24"/>
          <w:shd w:val="clear" w:color="auto" w:fill="FFFFFF"/>
          <w:lang w:val="sv-SE"/>
        </w:rPr>
        <w:t>Bình dung tích 4 lít chứa khí có áp suất 840 mmHg, khối lượng tổng cộng của bình và khí bằng 546 g. Cho một phần khí thoát ra ngoài, áp suất giảm đến 735 mmHg, nhiệt độ như cũ, khối lượng của bình và khí còn lại bằng 543 g. Khối lượng riêng của khí ban đầu bằng</w:t>
      </w:r>
    </w:p>
    <w:p w14:paraId="0B983B93" w14:textId="77777777" w:rsidR="006C627D" w:rsidRPr="004D46D7" w:rsidRDefault="006C627D" w:rsidP="0026749B">
      <w:pPr>
        <w:tabs>
          <w:tab w:val="left" w:pos="283"/>
          <w:tab w:val="left" w:pos="2835"/>
          <w:tab w:val="left" w:pos="5670"/>
          <w:tab w:val="left" w:pos="8222"/>
        </w:tabs>
        <w:spacing w:line="276" w:lineRule="auto"/>
        <w:jc w:val="both"/>
        <w:rPr>
          <w:color w:val="auto"/>
          <w:sz w:val="24"/>
          <w:szCs w:val="24"/>
          <w:shd w:val="clear" w:color="auto" w:fill="FFFFFF"/>
        </w:rPr>
      </w:pPr>
      <w:r w:rsidRPr="004D46D7">
        <w:rPr>
          <w:b/>
          <w:color w:val="auto"/>
          <w:sz w:val="24"/>
          <w:szCs w:val="24"/>
          <w:lang w:val="fr-FR"/>
        </w:rPr>
        <w:t xml:space="preserve">A. </w:t>
      </w:r>
      <w:r w:rsidR="008C0496" w:rsidRPr="004D46D7">
        <w:rPr>
          <w:color w:val="auto"/>
          <w:sz w:val="24"/>
          <w:szCs w:val="24"/>
          <w:shd w:val="clear" w:color="auto" w:fill="FFFFFF"/>
        </w:rPr>
        <w:t>6</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t xml:space="preserve">B. </w:t>
      </w:r>
      <w:r w:rsidR="008C0496" w:rsidRPr="004D46D7">
        <w:rPr>
          <w:color w:val="auto"/>
          <w:sz w:val="24"/>
          <w:szCs w:val="24"/>
          <w:shd w:val="clear" w:color="auto" w:fill="FFFFFF"/>
        </w:rPr>
        <w:t>4,7</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r>
      <w:r w:rsidRPr="004D46D7">
        <w:rPr>
          <w:b/>
          <w:color w:val="auto"/>
          <w:sz w:val="24"/>
          <w:szCs w:val="24"/>
          <w:u w:color="00B050"/>
          <w:lang w:val="fr-FR"/>
        </w:rPr>
        <w:t>C</w:t>
      </w:r>
      <w:r w:rsidRPr="004D46D7">
        <w:rPr>
          <w:b/>
          <w:color w:val="auto"/>
          <w:sz w:val="24"/>
          <w:szCs w:val="24"/>
          <w:lang w:val="fr-FR"/>
        </w:rPr>
        <w:t xml:space="preserve">. </w:t>
      </w:r>
      <w:r w:rsidR="008C0496" w:rsidRPr="004D46D7">
        <w:rPr>
          <w:color w:val="auto"/>
          <w:sz w:val="24"/>
          <w:szCs w:val="24"/>
          <w:shd w:val="clear" w:color="auto" w:fill="FFFFFF"/>
        </w:rPr>
        <w:t>3,8</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r w:rsidRPr="004D46D7">
        <w:rPr>
          <w:b/>
          <w:color w:val="auto"/>
          <w:sz w:val="24"/>
          <w:szCs w:val="24"/>
          <w:lang w:val="fr-FR"/>
        </w:rPr>
        <w:tab/>
        <w:t xml:space="preserve">D. </w:t>
      </w:r>
      <w:r w:rsidR="008C0496" w:rsidRPr="004D46D7">
        <w:rPr>
          <w:color w:val="auto"/>
          <w:sz w:val="24"/>
          <w:szCs w:val="24"/>
          <w:shd w:val="clear" w:color="auto" w:fill="FFFFFF"/>
        </w:rPr>
        <w:t>6,9</w:t>
      </w:r>
      <w:r w:rsidRPr="004D46D7">
        <w:rPr>
          <w:color w:val="auto"/>
          <w:sz w:val="24"/>
          <w:szCs w:val="24"/>
          <w:shd w:val="clear" w:color="auto" w:fill="FFFFFF"/>
        </w:rPr>
        <w:t xml:space="preserve"> </w:t>
      </w:r>
      <w:r w:rsidRPr="004D46D7">
        <w:rPr>
          <w:color w:val="auto"/>
          <w:sz w:val="24"/>
          <w:szCs w:val="24"/>
        </w:rPr>
        <w:t>g/lít</w:t>
      </w:r>
      <w:r w:rsidRPr="004D46D7">
        <w:rPr>
          <w:color w:val="auto"/>
          <w:sz w:val="24"/>
          <w:szCs w:val="24"/>
          <w:shd w:val="clear" w:color="auto" w:fill="FFFFFF"/>
        </w:rPr>
        <w:t>.</w:t>
      </w:r>
    </w:p>
    <w:p w14:paraId="6A3220F6" w14:textId="77777777" w:rsidR="006C627D" w:rsidRPr="004D46D7" w:rsidRDefault="006C627D" w:rsidP="0026749B">
      <w:pPr>
        <w:pStyle w:val="ListParagraph"/>
        <w:spacing w:after="0" w:line="276" w:lineRule="auto"/>
        <w:ind w:left="0"/>
        <w:jc w:val="both"/>
        <w:rPr>
          <w:rFonts w:ascii="Times New Roman" w:hAnsi="Times New Roman" w:cs="Times New Roman"/>
          <w:sz w:val="24"/>
          <w:szCs w:val="24"/>
          <w:lang w:val="sv-SE"/>
        </w:rPr>
      </w:pPr>
      <w:r w:rsidRPr="004D46D7">
        <w:rPr>
          <w:rFonts w:ascii="Times New Roman" w:hAnsi="Times New Roman" w:cs="Times New Roman"/>
          <w:b/>
          <w:bCs/>
          <w:sz w:val="24"/>
          <w:szCs w:val="24"/>
          <w:lang w:val="sv-SE"/>
        </w:rPr>
        <w:t>Câu 18:</w:t>
      </w:r>
      <w:r w:rsidRPr="004D46D7">
        <w:rPr>
          <w:rFonts w:ascii="Times New Roman" w:hAnsi="Times New Roman" w:cs="Times New Roman"/>
          <w:sz w:val="24"/>
          <w:szCs w:val="24"/>
          <w:lang w:val="sv-SE"/>
        </w:rPr>
        <w:t xml:space="preserve"> Một lượng 0,25 mol khí Hêli trong xi lanh có nhiệt độ T</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và thể tích V</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được biến đổi theo một chu trình khép kín: dãn đẳng áp tới thể tích V</w:t>
      </w:r>
      <w:r w:rsidRPr="004D46D7">
        <w:rPr>
          <w:rFonts w:ascii="Times New Roman" w:hAnsi="Times New Roman" w:cs="Times New Roman"/>
          <w:sz w:val="24"/>
          <w:szCs w:val="24"/>
          <w:vertAlign w:val="subscript"/>
          <w:lang w:val="sv-SE"/>
        </w:rPr>
        <w:t>2</w:t>
      </w:r>
      <w:r w:rsidRPr="004D46D7">
        <w:rPr>
          <w:rFonts w:ascii="Times New Roman" w:hAnsi="Times New Roman" w:cs="Times New Roman"/>
          <w:sz w:val="24"/>
          <w:szCs w:val="24"/>
          <w:lang w:val="sv-SE"/>
        </w:rPr>
        <w:t> = 1,5V</w:t>
      </w:r>
      <w:r w:rsidRPr="004D46D7">
        <w:rPr>
          <w:rFonts w:ascii="Times New Roman" w:hAnsi="Times New Roman" w:cs="Times New Roman"/>
          <w:sz w:val="24"/>
          <w:szCs w:val="24"/>
          <w:vertAlign w:val="subscript"/>
          <w:lang w:val="sv-SE"/>
        </w:rPr>
        <w:t>1</w:t>
      </w:r>
      <w:r w:rsidRPr="004D46D7">
        <w:rPr>
          <w:rFonts w:ascii="Times New Roman" w:hAnsi="Times New Roman" w:cs="Times New Roman"/>
          <w:sz w:val="24"/>
          <w:szCs w:val="24"/>
          <w:lang w:val="sv-SE"/>
        </w:rPr>
        <w:t>; rồi nén đẳng nhiệt; sau đó làm lạnh đẳng tích về trạng thái 1 ban đầu. Áp suất lớn nhất trong chu trình biến đổi có giá trị bằng</w:t>
      </w:r>
    </w:p>
    <w:p w14:paraId="20275DCD" w14:textId="77777777" w:rsidR="006C627D" w:rsidRPr="004D46D7" w:rsidRDefault="006C627D" w:rsidP="0026749B">
      <w:pPr>
        <w:tabs>
          <w:tab w:val="left" w:pos="284"/>
          <w:tab w:val="left" w:pos="2694"/>
          <w:tab w:val="left" w:pos="4962"/>
        </w:tabs>
        <w:spacing w:line="276" w:lineRule="auto"/>
        <w:jc w:val="both"/>
        <w:rPr>
          <w:color w:val="auto"/>
          <w:sz w:val="24"/>
          <w:szCs w:val="24"/>
        </w:rPr>
      </w:pPr>
      <w:r w:rsidRPr="004D46D7">
        <w:rPr>
          <w:b/>
          <w:color w:val="auto"/>
          <w:sz w:val="24"/>
          <w:szCs w:val="24"/>
          <w:u w:color="00B050"/>
        </w:rPr>
        <w:t>A</w:t>
      </w:r>
      <w:r w:rsidRPr="004D46D7">
        <w:rPr>
          <w:b/>
          <w:color w:val="auto"/>
          <w:sz w:val="24"/>
          <w:szCs w:val="24"/>
        </w:rPr>
        <w:t>.</w:t>
      </w:r>
      <w:r w:rsidRPr="004D46D7">
        <w:rPr>
          <w:color w:val="auto"/>
          <w:sz w:val="24"/>
          <w:szCs w:val="24"/>
        </w:rPr>
        <w:t xml:space="preserve"> </w:t>
      </w:r>
      <w:r w:rsidR="00080EFC" w:rsidRPr="004D46D7">
        <w:rPr>
          <w:color w:val="auto"/>
          <w:sz w:val="24"/>
          <w:szCs w:val="24"/>
        </w:rPr>
        <w:t>0,65</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vertAlign w:val="subscript"/>
        </w:rPr>
        <w:tab/>
      </w:r>
      <w:r w:rsidRPr="004D46D7">
        <w:rPr>
          <w:b/>
          <w:color w:val="auto"/>
          <w:sz w:val="24"/>
          <w:szCs w:val="24"/>
        </w:rPr>
        <w:t>B.</w:t>
      </w:r>
      <w:r w:rsidRPr="004D46D7">
        <w:rPr>
          <w:color w:val="auto"/>
          <w:sz w:val="24"/>
          <w:szCs w:val="24"/>
        </w:rPr>
        <w:t xml:space="preserve"> </w:t>
      </w:r>
      <w:r w:rsidR="00080EFC" w:rsidRPr="004D46D7">
        <w:rPr>
          <w:color w:val="auto"/>
          <w:sz w:val="24"/>
          <w:szCs w:val="24"/>
        </w:rPr>
        <w:t>1,8</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rPr>
        <w:tab/>
      </w:r>
      <w:r w:rsidRPr="004D46D7">
        <w:rPr>
          <w:b/>
          <w:color w:val="auto"/>
          <w:sz w:val="24"/>
          <w:szCs w:val="24"/>
        </w:rPr>
        <w:t>C.</w:t>
      </w:r>
      <w:r w:rsidRPr="004D46D7">
        <w:rPr>
          <w:color w:val="auto"/>
          <w:sz w:val="24"/>
          <w:szCs w:val="24"/>
        </w:rPr>
        <w:t xml:space="preserve"> </w:t>
      </w:r>
      <w:r w:rsidR="00080EFC" w:rsidRPr="004D46D7">
        <w:rPr>
          <w:color w:val="auto"/>
          <w:sz w:val="24"/>
          <w:szCs w:val="24"/>
        </w:rPr>
        <w:t>1,5</w:t>
      </w:r>
      <w:r w:rsidRPr="004D46D7">
        <w:rPr>
          <w:color w:val="auto"/>
          <w:sz w:val="24"/>
          <w:szCs w:val="24"/>
        </w:rPr>
        <w:t>p</w:t>
      </w:r>
      <w:r w:rsidRPr="004D46D7">
        <w:rPr>
          <w:color w:val="auto"/>
          <w:sz w:val="24"/>
          <w:szCs w:val="24"/>
          <w:vertAlign w:val="subscript"/>
        </w:rPr>
        <w:t>1</w:t>
      </w:r>
      <w:r w:rsidRPr="004D46D7">
        <w:rPr>
          <w:color w:val="auto"/>
          <w:sz w:val="24"/>
          <w:szCs w:val="24"/>
        </w:rPr>
        <w:t>.</w:t>
      </w:r>
      <w:r w:rsidRPr="004D46D7">
        <w:rPr>
          <w:color w:val="auto"/>
          <w:sz w:val="24"/>
          <w:szCs w:val="24"/>
          <w:vertAlign w:val="subscript"/>
        </w:rPr>
        <w:tab/>
      </w:r>
      <w:r w:rsidRPr="004D46D7">
        <w:rPr>
          <w:color w:val="auto"/>
          <w:sz w:val="24"/>
          <w:szCs w:val="24"/>
          <w:vertAlign w:val="subscript"/>
        </w:rPr>
        <w:tab/>
      </w:r>
      <w:r w:rsidRPr="004D46D7">
        <w:rPr>
          <w:color w:val="auto"/>
          <w:sz w:val="24"/>
          <w:szCs w:val="24"/>
          <w:vertAlign w:val="subscript"/>
        </w:rPr>
        <w:tab/>
      </w:r>
      <w:r w:rsidRPr="004D46D7">
        <w:rPr>
          <w:b/>
          <w:color w:val="auto"/>
          <w:sz w:val="24"/>
          <w:szCs w:val="24"/>
        </w:rPr>
        <w:t>D.</w:t>
      </w:r>
      <w:r w:rsidRPr="004D46D7">
        <w:rPr>
          <w:color w:val="auto"/>
          <w:sz w:val="24"/>
          <w:szCs w:val="24"/>
        </w:rPr>
        <w:t xml:space="preserve"> </w:t>
      </w:r>
      <w:r w:rsidR="00080EFC" w:rsidRPr="004D46D7">
        <w:rPr>
          <w:color w:val="auto"/>
          <w:sz w:val="24"/>
          <w:szCs w:val="24"/>
        </w:rPr>
        <w:t>2,7</w:t>
      </w:r>
      <w:r w:rsidRPr="004D46D7">
        <w:rPr>
          <w:color w:val="auto"/>
          <w:sz w:val="24"/>
          <w:szCs w:val="24"/>
        </w:rPr>
        <w:t>p</w:t>
      </w:r>
      <w:r w:rsidRPr="004D46D7">
        <w:rPr>
          <w:color w:val="auto"/>
          <w:sz w:val="24"/>
          <w:szCs w:val="24"/>
          <w:vertAlign w:val="subscript"/>
        </w:rPr>
        <w:t>1</w:t>
      </w:r>
      <w:r w:rsidRPr="004D46D7">
        <w:rPr>
          <w:color w:val="auto"/>
          <w:sz w:val="24"/>
          <w:szCs w:val="24"/>
        </w:rPr>
        <w:t>.</w:t>
      </w:r>
    </w:p>
    <w:p w14:paraId="2146528C" w14:textId="77777777" w:rsidR="0007659D" w:rsidRPr="004D46D7" w:rsidRDefault="0007659D" w:rsidP="0026749B">
      <w:pPr>
        <w:spacing w:line="276" w:lineRule="auto"/>
        <w:jc w:val="both"/>
        <w:rPr>
          <w:i/>
          <w:iCs/>
          <w:color w:val="C00000"/>
          <w:sz w:val="24"/>
          <w:szCs w:val="24"/>
          <w:lang w:val="sv-SE"/>
        </w:rPr>
      </w:pPr>
    </w:p>
    <w:p w14:paraId="21D98CDE" w14:textId="77777777" w:rsidR="009A2E3F" w:rsidRPr="004D46D7" w:rsidRDefault="009A2E3F" w:rsidP="0026749B">
      <w:pPr>
        <w:spacing w:line="276" w:lineRule="auto"/>
        <w:jc w:val="both"/>
        <w:rPr>
          <w:b/>
          <w:bCs/>
          <w:color w:val="C00000"/>
          <w:sz w:val="24"/>
          <w:szCs w:val="24"/>
        </w:rPr>
      </w:pPr>
      <w:r w:rsidRPr="004D46D7">
        <w:rPr>
          <w:b/>
          <w:bCs/>
          <w:color w:val="C00000"/>
          <w:sz w:val="24"/>
          <w:szCs w:val="24"/>
        </w:rPr>
        <w:t>2. Câu trắc nghiệm đúng sai ( 4 điểm )</w:t>
      </w:r>
    </w:p>
    <w:p w14:paraId="31FDE97B" w14:textId="77777777" w:rsidR="009A2E3F" w:rsidRPr="004D46D7" w:rsidRDefault="009A2E3F" w:rsidP="0026749B">
      <w:pPr>
        <w:spacing w:line="276" w:lineRule="auto"/>
        <w:jc w:val="center"/>
        <w:rPr>
          <w:rFonts w:eastAsia="Calibri"/>
          <w:bCs/>
          <w:i/>
          <w:iCs/>
          <w:color w:val="auto"/>
          <w:sz w:val="24"/>
          <w:szCs w:val="24"/>
          <w:lang w:val="fr-FR"/>
          <w14:ligatures w14:val="standardContextual"/>
        </w:rPr>
      </w:pPr>
      <w:r w:rsidRPr="004D46D7">
        <w:rPr>
          <w:rFonts w:eastAsia="Calibri"/>
          <w:bCs/>
          <w:i/>
          <w:iCs/>
          <w:color w:val="auto"/>
          <w:sz w:val="24"/>
          <w:szCs w:val="24"/>
          <w:lang w:val="fr-FR"/>
          <w14:ligatures w14:val="standardContextual"/>
        </w:rPr>
        <w:t>Thí sinh trả lời từ câu 1 đến câu 4. Trong mỗi ý a), b), c), d) ở mỗi câu, thí sinh chọn đúng hoặc sai.</w:t>
      </w:r>
    </w:p>
    <w:p w14:paraId="74F2DC70" w14:textId="77777777" w:rsidR="009A2E3F" w:rsidRPr="004D46D7" w:rsidRDefault="009A2E3F" w:rsidP="0026749B">
      <w:pPr>
        <w:spacing w:line="276" w:lineRule="auto"/>
        <w:rPr>
          <w:i/>
          <w:iCs/>
          <w:color w:val="auto"/>
          <w:sz w:val="24"/>
          <w:szCs w:val="24"/>
        </w:rPr>
      </w:pPr>
      <w:r w:rsidRPr="004D46D7">
        <w:rPr>
          <w:i/>
          <w:iCs/>
          <w:color w:val="auto"/>
          <w:sz w:val="24"/>
          <w:szCs w:val="24"/>
        </w:rPr>
        <w:t>Điểm tối đa của 01 câu hỏi là 1 điểm.</w:t>
      </w:r>
    </w:p>
    <w:p w14:paraId="23FF9CD7"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01 ý trong 1 câu hỏi được </w:t>
      </w:r>
      <m:oMath>
        <m:r>
          <w:rPr>
            <w:rFonts w:ascii="Cambria Math" w:hAnsi="Cambria Math"/>
            <w:color w:val="auto"/>
            <w:sz w:val="24"/>
            <w:szCs w:val="24"/>
          </w:rPr>
          <m:t>0,1</m:t>
        </m:r>
      </m:oMath>
      <w:r w:rsidRPr="004D46D7">
        <w:rPr>
          <w:i/>
          <w:iCs/>
          <w:color w:val="auto"/>
          <w:sz w:val="24"/>
          <w:szCs w:val="24"/>
        </w:rPr>
        <w:t xml:space="preserve"> điểm.</w:t>
      </w:r>
    </w:p>
    <w:p w14:paraId="2030AA2A"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02 ý trong 1 câu hỏi được </w:t>
      </w:r>
      <m:oMath>
        <m:r>
          <w:rPr>
            <w:rFonts w:ascii="Cambria Math" w:hAnsi="Cambria Math"/>
            <w:color w:val="auto"/>
            <w:sz w:val="24"/>
            <w:szCs w:val="24"/>
          </w:rPr>
          <m:t>0,25</m:t>
        </m:r>
      </m:oMath>
      <w:r w:rsidRPr="004D46D7">
        <w:rPr>
          <w:i/>
          <w:iCs/>
          <w:color w:val="auto"/>
          <w:sz w:val="24"/>
          <w:szCs w:val="24"/>
        </w:rPr>
        <w:t xml:space="preserve"> điểm.</w:t>
      </w:r>
    </w:p>
    <w:p w14:paraId="05FCE0BB" w14:textId="77777777" w:rsidR="009A2E3F" w:rsidRPr="004D46D7" w:rsidRDefault="009A2E3F" w:rsidP="0026749B">
      <w:pPr>
        <w:tabs>
          <w:tab w:val="left" w:pos="720"/>
        </w:tabs>
        <w:spacing w:line="276" w:lineRule="auto"/>
        <w:ind w:left="720"/>
        <w:rPr>
          <w:i/>
          <w:iCs/>
          <w:color w:val="auto"/>
          <w:sz w:val="24"/>
          <w:szCs w:val="24"/>
        </w:rPr>
      </w:pPr>
      <w:r w:rsidRPr="004D46D7">
        <w:rPr>
          <w:i/>
          <w:iCs/>
          <w:color w:val="auto"/>
          <w:sz w:val="24"/>
          <w:szCs w:val="24"/>
        </w:rPr>
        <w:t xml:space="preserve">- Thí sinh chỉ lựa chọn chính xác 03 ý trong 1 câu hỏi được </w:t>
      </w:r>
      <m:oMath>
        <m:r>
          <w:rPr>
            <w:rFonts w:ascii="Cambria Math" w:hAnsi="Cambria Math"/>
            <w:color w:val="auto"/>
            <w:sz w:val="24"/>
            <w:szCs w:val="24"/>
          </w:rPr>
          <m:t>0,50</m:t>
        </m:r>
      </m:oMath>
      <w:r w:rsidRPr="004D46D7">
        <w:rPr>
          <w:i/>
          <w:iCs/>
          <w:color w:val="auto"/>
          <w:sz w:val="24"/>
          <w:szCs w:val="24"/>
        </w:rPr>
        <w:t xml:space="preserve"> điểm.</w:t>
      </w:r>
    </w:p>
    <w:p w14:paraId="514626BF" w14:textId="77777777" w:rsidR="004D65C8" w:rsidRPr="004D46D7" w:rsidRDefault="009A2E3F" w:rsidP="0007659D">
      <w:pPr>
        <w:tabs>
          <w:tab w:val="left" w:pos="720"/>
        </w:tabs>
        <w:spacing w:line="276" w:lineRule="auto"/>
        <w:ind w:left="720"/>
        <w:rPr>
          <w:i/>
          <w:iCs/>
          <w:color w:val="auto"/>
          <w:sz w:val="24"/>
          <w:szCs w:val="24"/>
        </w:rPr>
      </w:pPr>
      <w:r w:rsidRPr="004D46D7">
        <w:rPr>
          <w:i/>
          <w:iCs/>
          <w:color w:val="auto"/>
          <w:sz w:val="24"/>
          <w:szCs w:val="24"/>
        </w:rPr>
        <w:t>- Thí sinh lựa chọn chính xác cả 04 ý trong 1 câu hỏi được 1 điểm.</w:t>
      </w:r>
    </w:p>
    <w:p w14:paraId="0B494BCD"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1: </w:t>
      </w:r>
      <w:r w:rsidRPr="004D46D7">
        <w:rPr>
          <w:color w:val="auto"/>
          <w:sz w:val="24"/>
          <w:szCs w:val="24"/>
          <w:lang w:val="sv-SE"/>
        </w:rPr>
        <w:t>Áp suất khí quyển bằng 10</w:t>
      </w:r>
      <w:r w:rsidRPr="004D46D7">
        <w:rPr>
          <w:color w:val="auto"/>
          <w:sz w:val="24"/>
          <w:szCs w:val="24"/>
          <w:vertAlign w:val="superscript"/>
          <w:lang w:val="sv-SE"/>
        </w:rPr>
        <w:t>5</w:t>
      </w:r>
      <w:r w:rsidRPr="004D46D7">
        <w:rPr>
          <w:color w:val="auto"/>
          <w:sz w:val="24"/>
          <w:szCs w:val="24"/>
          <w:lang w:val="sv-SE"/>
        </w:rPr>
        <w:t xml:space="preserve"> Pa, tương đương với áp suất của một cột nước có độ cao 10 mét. Một bong bóng chứa oxygen (O</w:t>
      </w:r>
      <w:r w:rsidRPr="004D46D7">
        <w:rPr>
          <w:color w:val="auto"/>
          <w:sz w:val="24"/>
          <w:szCs w:val="24"/>
          <w:vertAlign w:val="subscript"/>
          <w:lang w:val="sv-SE"/>
        </w:rPr>
        <w:t>2</w:t>
      </w:r>
      <w:r w:rsidRPr="004D46D7">
        <w:rPr>
          <w:color w:val="auto"/>
          <w:sz w:val="24"/>
          <w:szCs w:val="24"/>
          <w:lang w:val="sv-SE"/>
        </w:rPr>
        <w:t>) có thể tích 0,5 cm</w:t>
      </w:r>
      <w:r w:rsidRPr="004D46D7">
        <w:rPr>
          <w:color w:val="auto"/>
          <w:sz w:val="24"/>
          <w:szCs w:val="24"/>
          <w:vertAlign w:val="superscript"/>
          <w:lang w:val="sv-SE"/>
        </w:rPr>
        <w:t>3</w:t>
      </w:r>
      <w:r w:rsidRPr="004D46D7">
        <w:rPr>
          <w:color w:val="auto"/>
          <w:sz w:val="24"/>
          <w:szCs w:val="24"/>
          <w:lang w:val="sv-SE"/>
        </w:rPr>
        <w:t xml:space="preserve"> được giải phóng bởi một cây thủy sinh ở độ sâu 2,5 mét. Coi nhiệt độ không đổi và bằng 27 </w:t>
      </w:r>
      <w:r w:rsidRPr="004D46D7">
        <w:rPr>
          <w:color w:val="auto"/>
          <w:sz w:val="24"/>
          <w:szCs w:val="24"/>
          <w:vertAlign w:val="superscript"/>
          <w:lang w:val="sv-SE"/>
        </w:rPr>
        <w:t>o</w:t>
      </w:r>
      <w:r w:rsidRPr="004D46D7">
        <w:rPr>
          <w:color w:val="auto"/>
          <w:sz w:val="24"/>
          <w:szCs w:val="24"/>
          <w:lang w:val="sv-SE"/>
        </w:rPr>
        <w:t>C. Các kết quả tính toán được làm tròn hai số sau dấu phẩy thập phân.</w:t>
      </w:r>
    </w:p>
    <w:p w14:paraId="15EDA5DB"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lang w:val="sv-SE"/>
        </w:rPr>
        <w:lastRenderedPageBreak/>
        <w:drawing>
          <wp:inline distT="0" distB="0" distL="0" distR="0" wp14:anchorId="67D50158" wp14:editId="71A1739E">
            <wp:extent cx="1497624" cy="1400433"/>
            <wp:effectExtent l="0" t="0" r="7620" b="0"/>
            <wp:docPr id="211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26" name=""/>
                    <pic:cNvPicPr/>
                  </pic:nvPicPr>
                  <pic:blipFill>
                    <a:blip r:embed="rId51"/>
                    <a:stretch>
                      <a:fillRect/>
                    </a:stretch>
                  </pic:blipFill>
                  <pic:spPr>
                    <a:xfrm>
                      <a:off x="0" y="0"/>
                      <a:ext cx="1514797" cy="1416492"/>
                    </a:xfrm>
                    <a:prstGeom prst="rect">
                      <a:avLst/>
                    </a:prstGeom>
                  </pic:spPr>
                </pic:pic>
              </a:graphicData>
            </a:graphic>
          </wp:inline>
        </w:drawing>
      </w:r>
    </w:p>
    <w:p w14:paraId="590086BE"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Độ chênh lệch áp suất ở độ sâu 2,5 mét so với mặt nước bằng 0,05.10</w:t>
      </w:r>
      <w:r w:rsidRPr="004D46D7">
        <w:rPr>
          <w:rFonts w:ascii="Times New Roman" w:hAnsi="Times New Roman" w:cs="Times New Roman"/>
          <w:sz w:val="24"/>
          <w:szCs w:val="24"/>
          <w:vertAlign w:val="superscript"/>
          <w:lang w:val="sv-SE"/>
        </w:rPr>
        <w:t>5</w:t>
      </w:r>
      <w:r w:rsidRPr="004D46D7">
        <w:rPr>
          <w:rFonts w:ascii="Times New Roman" w:hAnsi="Times New Roman" w:cs="Times New Roman"/>
          <w:sz w:val="24"/>
          <w:szCs w:val="24"/>
          <w:lang w:val="sv-SE"/>
        </w:rPr>
        <w:t xml:space="preserve"> Pa.  </w:t>
      </w:r>
    </w:p>
    <w:p w14:paraId="043E0C1B" w14:textId="77777777" w:rsidR="009A2E3F" w:rsidRPr="004D46D7" w:rsidRDefault="009A2E3F" w:rsidP="0007659D">
      <w:pPr>
        <w:rPr>
          <w:color w:val="auto"/>
          <w:sz w:val="24"/>
          <w:szCs w:val="24"/>
          <w:lang w:val="sv-SE"/>
        </w:rPr>
      </w:pPr>
      <w:r w:rsidRPr="004D46D7">
        <w:rPr>
          <w:b/>
          <w:bCs/>
          <w:color w:val="auto"/>
          <w:sz w:val="24"/>
          <w:szCs w:val="24"/>
        </w:rPr>
        <w:t xml:space="preserve">b. </w:t>
      </w:r>
      <w:r w:rsidRPr="004D46D7">
        <w:rPr>
          <w:color w:val="auto"/>
          <w:sz w:val="24"/>
          <w:szCs w:val="24"/>
        </w:rPr>
        <w:t xml:space="preserve">Áp suất của bong bóng lúc được giải phóng bằng </w:t>
      </w:r>
      <w:r w:rsidRPr="004D46D7">
        <w:rPr>
          <w:color w:val="auto"/>
          <w:sz w:val="24"/>
          <w:szCs w:val="24"/>
          <w:lang w:val="sv-SE"/>
        </w:rPr>
        <w:t>0,75.10</w:t>
      </w:r>
      <w:r w:rsidRPr="004D46D7">
        <w:rPr>
          <w:color w:val="auto"/>
          <w:sz w:val="24"/>
          <w:szCs w:val="24"/>
          <w:vertAlign w:val="superscript"/>
          <w:lang w:val="sv-SE"/>
        </w:rPr>
        <w:t>5</w:t>
      </w:r>
      <w:r w:rsidRPr="004D46D7">
        <w:rPr>
          <w:color w:val="auto"/>
          <w:sz w:val="24"/>
          <w:szCs w:val="24"/>
          <w:lang w:val="sv-SE"/>
        </w:rPr>
        <w:t xml:space="preserve"> Pa.  </w:t>
      </w:r>
    </w:p>
    <w:p w14:paraId="5B631C8F" w14:textId="77777777" w:rsidR="009A2E3F" w:rsidRPr="004D46D7" w:rsidRDefault="009A2E3F" w:rsidP="0026749B">
      <w:pPr>
        <w:pStyle w:val="ListParagraph"/>
        <w:spacing w:line="276" w:lineRule="auto"/>
        <w:ind w:left="0"/>
        <w:jc w:val="both"/>
        <w:rPr>
          <w:rFonts w:ascii="Times New Roman" w:hAnsi="Times New Roman" w:cs="Times New Roman"/>
          <w:i/>
          <w:iCs/>
          <w:color w:val="C00000"/>
          <w:sz w:val="24"/>
          <w:szCs w:val="24"/>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rPr>
        <w:t xml:space="preserve">Khối lượng khí oxygen có trong bong bóng đó xấp xỉ bằng 1,82 mg.   </w:t>
      </w:r>
    </w:p>
    <w:p w14:paraId="044B6EFF" w14:textId="77777777" w:rsidR="009A2E3F" w:rsidRPr="004D46D7" w:rsidRDefault="009A2E3F" w:rsidP="0026749B">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Thể tích của bong bóng khi đến mặt nước bằng 0,625 cm</w:t>
      </w:r>
      <w:r w:rsidRPr="004D46D7">
        <w:rPr>
          <w:rFonts w:ascii="Times New Roman" w:hAnsi="Times New Roman" w:cs="Times New Roman"/>
          <w:sz w:val="24"/>
          <w:szCs w:val="24"/>
          <w:vertAlign w:val="superscript"/>
        </w:rPr>
        <w:t>3</w:t>
      </w:r>
      <w:r w:rsidRPr="004D46D7">
        <w:rPr>
          <w:rFonts w:ascii="Times New Roman" w:hAnsi="Times New Roman" w:cs="Times New Roman"/>
          <w:sz w:val="24"/>
          <w:szCs w:val="24"/>
        </w:rPr>
        <w:t xml:space="preserve">.  </w:t>
      </w:r>
    </w:p>
    <w:p w14:paraId="5CEDE654"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2: </w:t>
      </w:r>
      <w:r w:rsidRPr="004D46D7">
        <w:rPr>
          <w:color w:val="auto"/>
          <w:sz w:val="24"/>
          <w:szCs w:val="24"/>
          <w:lang w:val="sv-SE"/>
        </w:rPr>
        <w:t xml:space="preserve">Có 10 g khí oxygen chứa trong xi lanh có pittong kín ở áp suất 3 atm, nhiệt độ 10 </w:t>
      </w:r>
      <w:r w:rsidRPr="004D46D7">
        <w:rPr>
          <w:color w:val="auto"/>
          <w:sz w:val="24"/>
          <w:szCs w:val="24"/>
          <w:vertAlign w:val="superscript"/>
          <w:lang w:val="sv-SE"/>
        </w:rPr>
        <w:t>o</w:t>
      </w:r>
      <w:r w:rsidRPr="004D46D7">
        <w:rPr>
          <w:color w:val="auto"/>
          <w:sz w:val="24"/>
          <w:szCs w:val="24"/>
          <w:lang w:val="sv-SE"/>
        </w:rPr>
        <w:t>C. Sau khi nung nóng đẳng áp nó chiếm thể tích 4 lít. Cho hằng số khí R = 0,082 atm.l/mol.K.</w:t>
      </w:r>
    </w:p>
    <w:p w14:paraId="2DAA1F79"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rPr>
        <w:drawing>
          <wp:inline distT="0" distB="0" distL="0" distR="0" wp14:anchorId="59DD6EC1" wp14:editId="1EEED3C8">
            <wp:extent cx="484617" cy="1750409"/>
            <wp:effectExtent l="0" t="0" r="0" b="2540"/>
            <wp:docPr id="20254313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431310" name="Picture 1" descr="n130 fb + zalo Thu Minh"/>
                    <pic:cNvPicPr/>
                  </pic:nvPicPr>
                  <pic:blipFill>
                    <a:blip r:embed="rId52"/>
                    <a:stretch>
                      <a:fillRect/>
                    </a:stretch>
                  </pic:blipFill>
                  <pic:spPr>
                    <a:xfrm>
                      <a:off x="0" y="0"/>
                      <a:ext cx="496954" cy="1794969"/>
                    </a:xfrm>
                    <a:prstGeom prst="rect">
                      <a:avLst/>
                    </a:prstGeom>
                  </pic:spPr>
                </pic:pic>
              </a:graphicData>
            </a:graphic>
          </wp:inline>
        </w:drawing>
      </w:r>
      <w:r w:rsidRPr="004D46D7">
        <w:rPr>
          <w:color w:val="auto"/>
          <w:sz w:val="24"/>
          <w:szCs w:val="24"/>
          <w:lang w:val="sv-SE"/>
        </w:rPr>
        <w:t xml:space="preserve"> </w:t>
      </w:r>
    </w:p>
    <w:p w14:paraId="72864191" w14:textId="77777777" w:rsidR="009A2E3F" w:rsidRPr="004D46D7" w:rsidRDefault="009A2E3F" w:rsidP="0007659D">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Khối lượng riêng của khí sau khi nung bằng 2,25 kg/m</w:t>
      </w:r>
      <w:r w:rsidRPr="004D46D7">
        <w:rPr>
          <w:rFonts w:ascii="Times New Roman" w:hAnsi="Times New Roman" w:cs="Times New Roman"/>
          <w:sz w:val="24"/>
          <w:szCs w:val="24"/>
          <w:vertAlign w:val="superscript"/>
          <w:lang w:val="sv-SE"/>
        </w:rPr>
        <w:t>3</w:t>
      </w:r>
      <w:r w:rsidRPr="004D46D7">
        <w:rPr>
          <w:rFonts w:ascii="Times New Roman" w:hAnsi="Times New Roman" w:cs="Times New Roman"/>
          <w:sz w:val="24"/>
          <w:szCs w:val="24"/>
          <w:lang w:val="sv-SE"/>
        </w:rPr>
        <w:t xml:space="preserve">.   </w:t>
      </w:r>
    </w:p>
    <w:p w14:paraId="238E4500"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lang w:val="sv-SE"/>
        </w:rPr>
        <w:t xml:space="preserve">Thể tích của khí trước khi nung xấp xỉ bằng 2,12 lít   </w:t>
      </w:r>
    </w:p>
    <w:p w14:paraId="23F9C514"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c. </w:t>
      </w:r>
      <w:r w:rsidRPr="004D46D7">
        <w:rPr>
          <w:rFonts w:ascii="Times New Roman" w:hAnsi="Times New Roman" w:cs="Times New Roman"/>
          <w:sz w:val="24"/>
          <w:szCs w:val="24"/>
          <w:lang w:val="sv-SE"/>
        </w:rPr>
        <w:t>Khối lượng riêng của khí trước khi nung xấp xỉ bằng 4,14 kg/m</w:t>
      </w:r>
      <w:r w:rsidRPr="004D46D7">
        <w:rPr>
          <w:rFonts w:ascii="Times New Roman" w:hAnsi="Times New Roman" w:cs="Times New Roman"/>
          <w:sz w:val="24"/>
          <w:szCs w:val="24"/>
          <w:vertAlign w:val="superscript"/>
          <w:lang w:val="sv-SE"/>
        </w:rPr>
        <w:t xml:space="preserve">3   </w:t>
      </w:r>
    </w:p>
    <w:p w14:paraId="400A4CF5"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lang w:val="sv-SE"/>
        </w:rPr>
        <w:t xml:space="preserve">Nhiệt của khí sau khi nung xấp xỉ bằng 195 </w:t>
      </w:r>
      <w:r w:rsidRPr="004D46D7">
        <w:rPr>
          <w:rFonts w:ascii="Times New Roman" w:hAnsi="Times New Roman" w:cs="Times New Roman"/>
          <w:sz w:val="24"/>
          <w:szCs w:val="24"/>
          <w:vertAlign w:val="superscript"/>
          <w:lang w:val="sv-SE"/>
        </w:rPr>
        <w:t>o</w:t>
      </w:r>
      <w:r w:rsidRPr="004D46D7">
        <w:rPr>
          <w:rFonts w:ascii="Times New Roman" w:hAnsi="Times New Roman" w:cs="Times New Roman"/>
          <w:sz w:val="24"/>
          <w:szCs w:val="24"/>
          <w:lang w:val="sv-SE"/>
        </w:rPr>
        <w:t xml:space="preserve">C   </w:t>
      </w:r>
    </w:p>
    <w:p w14:paraId="663731C9" w14:textId="77777777" w:rsidR="009A2E3F" w:rsidRPr="004D46D7" w:rsidRDefault="009A2E3F" w:rsidP="0026749B">
      <w:pPr>
        <w:tabs>
          <w:tab w:val="left" w:pos="720"/>
        </w:tabs>
        <w:spacing w:line="276" w:lineRule="auto"/>
        <w:jc w:val="both"/>
        <w:rPr>
          <w:color w:val="auto"/>
          <w:sz w:val="24"/>
          <w:szCs w:val="24"/>
          <w:lang w:val="sv-SE"/>
        </w:rPr>
      </w:pPr>
      <w:r w:rsidRPr="004D46D7">
        <w:rPr>
          <w:b/>
          <w:bCs/>
          <w:color w:val="auto"/>
          <w:sz w:val="24"/>
          <w:szCs w:val="24"/>
          <w:lang w:val="sv-SE"/>
        </w:rPr>
        <w:t xml:space="preserve">Câu 3: </w:t>
      </w:r>
      <w:r w:rsidRPr="004D46D7">
        <w:rPr>
          <w:color w:val="auto"/>
          <w:sz w:val="24"/>
          <w:szCs w:val="24"/>
          <w:lang w:val="sv-SE"/>
        </w:rPr>
        <w:t>Một căn phòng có thể tích 120 m</w:t>
      </w:r>
      <w:r w:rsidRPr="004D46D7">
        <w:rPr>
          <w:color w:val="auto"/>
          <w:sz w:val="24"/>
          <w:szCs w:val="24"/>
          <w:vertAlign w:val="superscript"/>
          <w:lang w:val="sv-SE"/>
        </w:rPr>
        <w:t>3</w:t>
      </w:r>
      <w:r w:rsidRPr="004D46D7">
        <w:rPr>
          <w:color w:val="auto"/>
          <w:sz w:val="24"/>
          <w:szCs w:val="24"/>
          <w:lang w:val="sv-SE"/>
        </w:rPr>
        <w:t xml:space="preserve">, lúc đầu không khí trong phòng có nhiệt độ 37 </w:t>
      </w:r>
      <w:r w:rsidRPr="004D46D7">
        <w:rPr>
          <w:color w:val="auto"/>
          <w:sz w:val="24"/>
          <w:szCs w:val="24"/>
          <w:vertAlign w:val="superscript"/>
          <w:lang w:val="sv-SE"/>
        </w:rPr>
        <w:t>o</w:t>
      </w:r>
      <w:r w:rsidRPr="004D46D7">
        <w:rPr>
          <w:color w:val="auto"/>
          <w:sz w:val="24"/>
          <w:szCs w:val="24"/>
          <w:lang w:val="sv-SE"/>
        </w:rPr>
        <w:t xml:space="preserve">C và áp suất 1 atm. Sau đó, nhiệt độ trong phòng tăng thêm 10 </w:t>
      </w:r>
      <w:r w:rsidRPr="004D46D7">
        <w:rPr>
          <w:color w:val="auto"/>
          <w:sz w:val="24"/>
          <w:szCs w:val="24"/>
          <w:vertAlign w:val="superscript"/>
          <w:lang w:val="sv-SE"/>
        </w:rPr>
        <w:t>o</w:t>
      </w:r>
      <w:r w:rsidRPr="004D46D7">
        <w:rPr>
          <w:color w:val="auto"/>
          <w:sz w:val="24"/>
          <w:szCs w:val="24"/>
          <w:lang w:val="sv-SE"/>
        </w:rPr>
        <w:t>C và áp suất không khí trong phòng tăng 3%. Khối lượng mol của không khí bằng 29 g/mol.</w:t>
      </w:r>
    </w:p>
    <w:p w14:paraId="6E7DE39A"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lang w:val="sv-SE"/>
        </w:rPr>
        <w:t xml:space="preserve">a. </w:t>
      </w:r>
      <w:r w:rsidRPr="004D46D7">
        <w:rPr>
          <w:rFonts w:ascii="Times New Roman" w:hAnsi="Times New Roman" w:cs="Times New Roman"/>
          <w:sz w:val="24"/>
          <w:szCs w:val="24"/>
          <w:lang w:val="sv-SE"/>
        </w:rPr>
        <w:t xml:space="preserve">Khối lượng không khí ban đầu trong phòng bằng 125,7 kg  </w:t>
      </w:r>
    </w:p>
    <w:p w14:paraId="6E918740" w14:textId="77777777" w:rsidR="009A2E3F" w:rsidRPr="004D46D7" w:rsidRDefault="009A2E3F" w:rsidP="0007659D">
      <w:pPr>
        <w:pStyle w:val="ListParagraph"/>
        <w:spacing w:line="276" w:lineRule="auto"/>
        <w:ind w:left="0"/>
        <w:jc w:val="both"/>
        <w:rPr>
          <w:rFonts w:ascii="Times New Roman" w:hAnsi="Times New Roman" w:cs="Times New Roman"/>
          <w:i/>
          <w:iCs/>
          <w:color w:val="C00000"/>
          <w:sz w:val="24"/>
          <w:szCs w:val="24"/>
          <w:lang w:val="sv-SE"/>
        </w:rPr>
      </w:pPr>
      <w:r w:rsidRPr="004D46D7">
        <w:rPr>
          <w:rFonts w:ascii="Times New Roman" w:hAnsi="Times New Roman" w:cs="Times New Roman"/>
          <w:b/>
          <w:bCs/>
          <w:sz w:val="24"/>
          <w:szCs w:val="24"/>
        </w:rPr>
        <w:t xml:space="preserve">b. </w:t>
      </w:r>
      <w:r w:rsidRPr="004D46D7">
        <w:rPr>
          <w:rFonts w:ascii="Times New Roman" w:hAnsi="Times New Roman" w:cs="Times New Roman"/>
          <w:sz w:val="24"/>
          <w:szCs w:val="24"/>
          <w:lang w:val="sv-SE"/>
        </w:rPr>
        <w:t>Khối lượng riêng của không khí ban đầu trong phòng bằng 1,24 kg/m</w:t>
      </w:r>
      <w:r w:rsidRPr="004D46D7">
        <w:rPr>
          <w:rFonts w:ascii="Times New Roman" w:hAnsi="Times New Roman" w:cs="Times New Roman"/>
          <w:sz w:val="24"/>
          <w:szCs w:val="24"/>
          <w:vertAlign w:val="superscript"/>
          <w:lang w:val="sv-SE"/>
        </w:rPr>
        <w:t xml:space="preserve">3  </w:t>
      </w:r>
    </w:p>
    <w:p w14:paraId="5FFE8946" w14:textId="77777777" w:rsidR="009A2E3F" w:rsidRPr="004D46D7" w:rsidRDefault="009A2E3F" w:rsidP="0026749B">
      <w:pPr>
        <w:tabs>
          <w:tab w:val="left" w:pos="720"/>
        </w:tabs>
        <w:spacing w:line="276" w:lineRule="auto"/>
        <w:jc w:val="both"/>
        <w:rPr>
          <w:i/>
          <w:iCs/>
          <w:color w:val="C00000"/>
          <w:sz w:val="24"/>
          <w:szCs w:val="24"/>
          <w:lang w:val="sv-SE"/>
        </w:rPr>
      </w:pPr>
      <w:r w:rsidRPr="004D46D7">
        <w:rPr>
          <w:b/>
          <w:bCs/>
          <w:color w:val="auto"/>
          <w:sz w:val="24"/>
          <w:szCs w:val="24"/>
        </w:rPr>
        <w:t xml:space="preserve">c. </w:t>
      </w:r>
      <w:r w:rsidRPr="004D46D7">
        <w:rPr>
          <w:color w:val="auto"/>
          <w:sz w:val="24"/>
          <w:szCs w:val="24"/>
          <w:lang w:val="sv-SE"/>
        </w:rPr>
        <w:t xml:space="preserve">Khối lượng không khí trong phòng lúc sau xấp xỉ bằng 141,01 kg  </w:t>
      </w:r>
    </w:p>
    <w:p w14:paraId="42E53957" w14:textId="77777777" w:rsidR="009A2E3F" w:rsidRPr="004D46D7" w:rsidRDefault="009A2E3F" w:rsidP="0007659D">
      <w:pPr>
        <w:pStyle w:val="ListParagraph"/>
        <w:spacing w:line="276" w:lineRule="auto"/>
        <w:ind w:left="0"/>
        <w:jc w:val="both"/>
        <w:rPr>
          <w:rFonts w:ascii="Times New Roman" w:hAnsi="Times New Roman" w:cs="Times New Roman"/>
          <w:b/>
          <w:bCs/>
          <w:i/>
          <w:iCs/>
          <w:color w:val="C00000"/>
          <w:sz w:val="24"/>
          <w:szCs w:val="24"/>
        </w:rPr>
      </w:pPr>
      <w:r w:rsidRPr="004D46D7">
        <w:rPr>
          <w:rFonts w:ascii="Times New Roman" w:hAnsi="Times New Roman" w:cs="Times New Roman"/>
          <w:b/>
          <w:bCs/>
          <w:sz w:val="24"/>
          <w:szCs w:val="24"/>
        </w:rPr>
        <w:t xml:space="preserve">d. </w:t>
      </w:r>
      <w:r w:rsidRPr="004D46D7">
        <w:rPr>
          <w:rFonts w:ascii="Times New Roman" w:hAnsi="Times New Roman" w:cs="Times New Roman"/>
          <w:sz w:val="24"/>
          <w:szCs w:val="24"/>
        </w:rPr>
        <w:t xml:space="preserve">Khối lượng khí thoát ra khỏi phòng </w:t>
      </w:r>
      <w:r w:rsidRPr="004D46D7">
        <w:rPr>
          <w:rFonts w:ascii="Times New Roman" w:hAnsi="Times New Roman" w:cs="Times New Roman"/>
          <w:sz w:val="24"/>
          <w:szCs w:val="24"/>
          <w:lang w:val="sv-SE"/>
        </w:rPr>
        <w:t xml:space="preserve">xấp xỉ bằng 0,45 kg   </w:t>
      </w:r>
    </w:p>
    <w:p w14:paraId="6ED5A28F" w14:textId="77777777" w:rsidR="009A2E3F" w:rsidRPr="004D46D7" w:rsidRDefault="009A2E3F" w:rsidP="0007659D">
      <w:pPr>
        <w:spacing w:after="160" w:line="259" w:lineRule="auto"/>
        <w:rPr>
          <w:b/>
          <w:bCs/>
          <w:color w:val="auto"/>
          <w:sz w:val="24"/>
          <w:szCs w:val="24"/>
          <w:lang w:val="sv-SE"/>
        </w:rPr>
      </w:pPr>
      <w:r w:rsidRPr="004D46D7">
        <w:rPr>
          <w:b/>
          <w:bCs/>
          <w:color w:val="auto"/>
          <w:sz w:val="24"/>
          <w:szCs w:val="24"/>
          <w:lang w:val="sv-SE"/>
        </w:rPr>
        <w:t xml:space="preserve">Câu 4: </w:t>
      </w:r>
      <w:r w:rsidRPr="004D46D7">
        <w:rPr>
          <w:color w:val="auto"/>
          <w:sz w:val="24"/>
          <w:szCs w:val="24"/>
          <w:lang w:val="da-DK"/>
        </w:rPr>
        <w:t>Một xe tải vượt qua</w:t>
      </w:r>
      <w:r w:rsidRPr="004D46D7">
        <w:rPr>
          <w:b/>
          <w:bCs/>
          <w:color w:val="auto"/>
          <w:sz w:val="24"/>
          <w:szCs w:val="24"/>
          <w:lang w:val="da-DK"/>
        </w:rPr>
        <w:t xml:space="preserve"> </w:t>
      </w:r>
      <w:r w:rsidRPr="004D46D7">
        <w:rPr>
          <w:color w:val="auto"/>
          <w:sz w:val="24"/>
          <w:szCs w:val="24"/>
          <w:lang w:val="da-DK"/>
        </w:rPr>
        <w:t xml:space="preserve">sa mạc Sahara. Chuyến đi bắt đầu từ sáng sớm, khi nhiệt độ là 30 </w:t>
      </w:r>
      <w:r w:rsidRPr="004D46D7">
        <w:rPr>
          <w:color w:val="auto"/>
          <w:sz w:val="24"/>
          <w:szCs w:val="24"/>
          <w:vertAlign w:val="superscript"/>
          <w:lang w:val="da-DK"/>
        </w:rPr>
        <w:t>o</w:t>
      </w:r>
      <w:r w:rsidRPr="004D46D7">
        <w:rPr>
          <w:color w:val="auto"/>
          <w:sz w:val="24"/>
          <w:szCs w:val="24"/>
          <w:lang w:val="da-DK"/>
        </w:rPr>
        <w:t>C. Trong mỗi lốp xe có một lượng khí với thể tích 1,5 m</w:t>
      </w:r>
      <w:r w:rsidRPr="004D46D7">
        <w:rPr>
          <w:color w:val="auto"/>
          <w:sz w:val="24"/>
          <w:szCs w:val="24"/>
          <w:vertAlign w:val="superscript"/>
          <w:lang w:val="da-DK"/>
        </w:rPr>
        <w:t>3</w:t>
      </w:r>
      <w:r w:rsidRPr="004D46D7">
        <w:rPr>
          <w:color w:val="auto"/>
          <w:sz w:val="24"/>
          <w:szCs w:val="24"/>
          <w:lang w:val="da-DK"/>
        </w:rPr>
        <w:t xml:space="preserve"> và áp suất 3,42.10</w:t>
      </w:r>
      <w:r w:rsidRPr="004D46D7">
        <w:rPr>
          <w:color w:val="auto"/>
          <w:sz w:val="24"/>
          <w:szCs w:val="24"/>
          <w:vertAlign w:val="superscript"/>
          <w:lang w:val="da-DK"/>
        </w:rPr>
        <w:t>5</w:t>
      </w:r>
      <w:r w:rsidRPr="004D46D7">
        <w:rPr>
          <w:color w:val="auto"/>
          <w:sz w:val="24"/>
          <w:szCs w:val="24"/>
          <w:lang w:val="da-DK"/>
        </w:rPr>
        <w:t xml:space="preserve"> Pa. Coi khí trong lốp xe có nhiệt độ bằng ngoài không khí, thể tích lốp không thay đổi. Đến giữa trưa, nhiệt độ tăng lên tới 47 </w:t>
      </w:r>
      <w:r w:rsidRPr="004D46D7">
        <w:rPr>
          <w:color w:val="auto"/>
          <w:sz w:val="24"/>
          <w:szCs w:val="24"/>
          <w:vertAlign w:val="superscript"/>
          <w:lang w:val="da-DK"/>
        </w:rPr>
        <w:t>o</w:t>
      </w:r>
      <w:r w:rsidRPr="004D46D7">
        <w:rPr>
          <w:color w:val="auto"/>
          <w:sz w:val="24"/>
          <w:szCs w:val="24"/>
          <w:lang w:val="da-DK"/>
        </w:rPr>
        <w:t xml:space="preserve">C. </w:t>
      </w:r>
      <w:r w:rsidRPr="004D46D7">
        <w:rPr>
          <w:color w:val="auto"/>
          <w:sz w:val="24"/>
          <w:szCs w:val="24"/>
          <w:lang w:val="sv-SE"/>
        </w:rPr>
        <w:t>Khối lượng mol của không khí bằng 29 g/mol (các kết quả tính toán được làm tròn hai số sau dấu phẩy thập phân).</w:t>
      </w:r>
    </w:p>
    <w:p w14:paraId="14CA2DA1" w14:textId="77777777" w:rsidR="009A2E3F" w:rsidRPr="004D46D7" w:rsidRDefault="009A2E3F" w:rsidP="0026749B">
      <w:pPr>
        <w:tabs>
          <w:tab w:val="left" w:pos="720"/>
        </w:tabs>
        <w:spacing w:line="276" w:lineRule="auto"/>
        <w:jc w:val="both"/>
        <w:rPr>
          <w:color w:val="auto"/>
          <w:sz w:val="24"/>
          <w:szCs w:val="24"/>
          <w:lang w:val="sv-SE"/>
        </w:rPr>
      </w:pPr>
      <w:r w:rsidRPr="004D46D7">
        <w:rPr>
          <w:noProof/>
          <w:color w:val="auto"/>
          <w:sz w:val="24"/>
          <w:szCs w:val="24"/>
          <w:lang w:val="sv-SE"/>
        </w:rPr>
        <w:drawing>
          <wp:inline distT="0" distB="0" distL="0" distR="0" wp14:anchorId="4B3F6830" wp14:editId="5A8CCCAE">
            <wp:extent cx="2076740" cy="1343212"/>
            <wp:effectExtent l="0" t="0" r="0" b="0"/>
            <wp:docPr id="1699957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957116" name=""/>
                    <pic:cNvPicPr/>
                  </pic:nvPicPr>
                  <pic:blipFill>
                    <a:blip r:embed="rId53"/>
                    <a:stretch>
                      <a:fillRect/>
                    </a:stretch>
                  </pic:blipFill>
                  <pic:spPr>
                    <a:xfrm>
                      <a:off x="0" y="0"/>
                      <a:ext cx="2076740" cy="1343212"/>
                    </a:xfrm>
                    <a:prstGeom prst="rect">
                      <a:avLst/>
                    </a:prstGeom>
                  </pic:spPr>
                </pic:pic>
              </a:graphicData>
            </a:graphic>
          </wp:inline>
        </w:drawing>
      </w:r>
    </w:p>
    <w:p w14:paraId="2B453FB3" w14:textId="77777777" w:rsidR="009A2E3F" w:rsidRPr="004D46D7" w:rsidRDefault="009A2E3F" w:rsidP="0007659D">
      <w:pPr>
        <w:tabs>
          <w:tab w:val="left" w:pos="567"/>
        </w:tabs>
        <w:spacing w:line="276" w:lineRule="auto"/>
        <w:jc w:val="both"/>
        <w:rPr>
          <w:iCs/>
          <w:color w:val="auto"/>
          <w:sz w:val="24"/>
          <w:szCs w:val="24"/>
        </w:rPr>
      </w:pPr>
      <w:r w:rsidRPr="004D46D7">
        <w:rPr>
          <w:b/>
          <w:bCs/>
          <w:color w:val="auto"/>
          <w:sz w:val="24"/>
          <w:szCs w:val="24"/>
          <w:lang w:val="sv-SE"/>
        </w:rPr>
        <w:lastRenderedPageBreak/>
        <w:t xml:space="preserve">a. </w:t>
      </w:r>
      <w:r w:rsidRPr="004D46D7">
        <w:rPr>
          <w:color w:val="auto"/>
          <w:sz w:val="24"/>
          <w:szCs w:val="24"/>
          <w:lang w:val="sv-SE"/>
        </w:rPr>
        <w:t xml:space="preserve">Các phân tử khí chuyển động nhiệt, va chạm với thành trong của lốp xe, gây ra áp suất lên thành lốp. </w:t>
      </w:r>
    </w:p>
    <w:p w14:paraId="1AA97113" w14:textId="77777777" w:rsidR="009A2E3F" w:rsidRPr="004D46D7" w:rsidRDefault="009A2E3F" w:rsidP="0007659D">
      <w:pPr>
        <w:tabs>
          <w:tab w:val="left" w:pos="567"/>
        </w:tabs>
        <w:spacing w:line="276" w:lineRule="auto"/>
        <w:jc w:val="both"/>
        <w:rPr>
          <w:i/>
          <w:iCs/>
          <w:color w:val="C00000"/>
          <w:sz w:val="24"/>
          <w:szCs w:val="24"/>
          <w:lang w:val="sv-SE"/>
        </w:rPr>
      </w:pPr>
      <w:r w:rsidRPr="004D46D7">
        <w:rPr>
          <w:b/>
          <w:bCs/>
          <w:color w:val="auto"/>
          <w:sz w:val="24"/>
          <w:szCs w:val="24"/>
        </w:rPr>
        <w:t xml:space="preserve">b. </w:t>
      </w:r>
      <w:r w:rsidRPr="004D46D7">
        <w:rPr>
          <w:color w:val="auto"/>
          <w:sz w:val="24"/>
          <w:szCs w:val="24"/>
        </w:rPr>
        <w:t xml:space="preserve">Khối lượng khí trong lốp xe bằng 6,2 kg.  </w:t>
      </w:r>
    </w:p>
    <w:p w14:paraId="71639E78" w14:textId="77777777" w:rsidR="009A2E3F" w:rsidRPr="004D46D7" w:rsidRDefault="009A2E3F" w:rsidP="0007659D">
      <w:pPr>
        <w:tabs>
          <w:tab w:val="left" w:pos="567"/>
        </w:tabs>
        <w:spacing w:line="276" w:lineRule="auto"/>
        <w:jc w:val="both"/>
        <w:rPr>
          <w:i/>
          <w:iCs/>
          <w:color w:val="C00000"/>
          <w:sz w:val="24"/>
          <w:szCs w:val="24"/>
          <w:lang w:val="sv-SE"/>
        </w:rPr>
      </w:pPr>
      <w:r w:rsidRPr="004D46D7">
        <w:rPr>
          <w:b/>
          <w:bCs/>
          <w:color w:val="auto"/>
          <w:sz w:val="24"/>
          <w:szCs w:val="24"/>
        </w:rPr>
        <w:t xml:space="preserve">c. </w:t>
      </w:r>
      <w:r w:rsidRPr="004D46D7">
        <w:rPr>
          <w:color w:val="auto"/>
          <w:sz w:val="24"/>
          <w:szCs w:val="24"/>
        </w:rPr>
        <w:t>Áp suất</w:t>
      </w:r>
      <w:r w:rsidRPr="004D46D7">
        <w:rPr>
          <w:b/>
          <w:bCs/>
          <w:color w:val="auto"/>
          <w:sz w:val="24"/>
          <w:szCs w:val="24"/>
        </w:rPr>
        <w:t xml:space="preserve"> </w:t>
      </w:r>
      <w:r w:rsidRPr="004D46D7">
        <w:rPr>
          <w:color w:val="auto"/>
          <w:sz w:val="24"/>
          <w:szCs w:val="24"/>
        </w:rPr>
        <w:t xml:space="preserve">trong lốp xe vào buổi trưa xấp xỉ bằng </w:t>
      </w:r>
      <w:r w:rsidRPr="004D46D7">
        <w:rPr>
          <w:sz w:val="24"/>
          <w:szCs w:val="24"/>
        </w:rPr>
        <w:t>3</w:t>
      </w:r>
      <w:r w:rsidRPr="004D46D7">
        <w:rPr>
          <w:color w:val="auto"/>
          <w:sz w:val="24"/>
          <w:szCs w:val="24"/>
        </w:rPr>
        <w:t>,</w:t>
      </w:r>
      <w:r w:rsidRPr="004D46D7">
        <w:rPr>
          <w:sz w:val="24"/>
          <w:szCs w:val="24"/>
        </w:rPr>
        <w:t>61</w:t>
      </w:r>
      <w:r w:rsidRPr="004D46D7">
        <w:rPr>
          <w:color w:val="auto"/>
          <w:sz w:val="24"/>
          <w:szCs w:val="24"/>
        </w:rPr>
        <w:t>.10</w:t>
      </w:r>
      <w:r w:rsidRPr="004D46D7">
        <w:rPr>
          <w:color w:val="auto"/>
          <w:sz w:val="24"/>
          <w:szCs w:val="24"/>
          <w:vertAlign w:val="superscript"/>
        </w:rPr>
        <w:t>5</w:t>
      </w:r>
      <w:r w:rsidRPr="004D46D7">
        <w:rPr>
          <w:color w:val="auto"/>
          <w:sz w:val="24"/>
          <w:szCs w:val="24"/>
        </w:rPr>
        <w:t xml:space="preserve"> Pa.  </w:t>
      </w:r>
    </w:p>
    <w:p w14:paraId="15C3671E" w14:textId="77777777" w:rsidR="009A2E3F" w:rsidRPr="004D46D7" w:rsidRDefault="009A2E3F" w:rsidP="0007659D">
      <w:pPr>
        <w:tabs>
          <w:tab w:val="left" w:pos="567"/>
        </w:tabs>
        <w:spacing w:line="276" w:lineRule="auto"/>
        <w:jc w:val="both"/>
        <w:rPr>
          <w:rFonts w:eastAsia="Calibri"/>
          <w:i/>
          <w:iCs/>
          <w:color w:val="C00000"/>
          <w:sz w:val="24"/>
          <w:szCs w:val="24"/>
          <w:lang w:val="sv-SE"/>
        </w:rPr>
      </w:pPr>
      <w:r w:rsidRPr="004D46D7">
        <w:rPr>
          <w:b/>
          <w:bCs/>
          <w:color w:val="auto"/>
          <w:sz w:val="24"/>
          <w:szCs w:val="24"/>
        </w:rPr>
        <w:t xml:space="preserve">d. </w:t>
      </w:r>
      <w:r w:rsidRPr="004D46D7">
        <w:rPr>
          <w:color w:val="auto"/>
          <w:sz w:val="24"/>
          <w:szCs w:val="24"/>
          <w:lang w:val="sv-SE"/>
        </w:rPr>
        <w:t>Khối lượng riêng của khí trong lốp xe vào buổi trưa bằng 3,75 kg/m</w:t>
      </w:r>
      <w:r w:rsidRPr="004D46D7">
        <w:rPr>
          <w:color w:val="auto"/>
          <w:sz w:val="24"/>
          <w:szCs w:val="24"/>
          <w:vertAlign w:val="superscript"/>
          <w:lang w:val="sv-SE"/>
        </w:rPr>
        <w:t>3</w:t>
      </w:r>
      <w:r w:rsidRPr="004D46D7">
        <w:rPr>
          <w:color w:val="auto"/>
          <w:sz w:val="24"/>
          <w:szCs w:val="24"/>
          <w:lang w:val="sv-SE"/>
        </w:rPr>
        <w:t xml:space="preserve">.  </w:t>
      </w:r>
    </w:p>
    <w:p w14:paraId="0457B7C1" w14:textId="77777777" w:rsidR="0007659D" w:rsidRPr="004D46D7" w:rsidRDefault="0007659D" w:rsidP="0026749B">
      <w:pPr>
        <w:spacing w:after="160" w:line="259" w:lineRule="auto"/>
        <w:rPr>
          <w:iCs/>
          <w:color w:val="auto"/>
          <w:sz w:val="24"/>
          <w:szCs w:val="24"/>
        </w:rPr>
      </w:pPr>
    </w:p>
    <w:p w14:paraId="34311006" w14:textId="77777777" w:rsidR="003E52ED" w:rsidRPr="004D46D7" w:rsidRDefault="003E52ED" w:rsidP="0026749B">
      <w:pPr>
        <w:spacing w:after="160" w:line="259" w:lineRule="auto"/>
        <w:rPr>
          <w:iCs/>
          <w:color w:val="auto"/>
          <w:sz w:val="24"/>
          <w:szCs w:val="24"/>
        </w:rPr>
      </w:pPr>
      <w:r w:rsidRPr="004D46D7">
        <w:rPr>
          <w:b/>
          <w:bCs/>
          <w:color w:val="C00000"/>
          <w:sz w:val="24"/>
          <w:szCs w:val="24"/>
        </w:rPr>
        <w:t>3. Câu trắc nghiệm trả lời ngắn ( 1,5 điểm )</w:t>
      </w:r>
    </w:p>
    <w:p w14:paraId="594096C3" w14:textId="77777777" w:rsidR="003E52ED" w:rsidRPr="004D46D7" w:rsidRDefault="003E52ED"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Thí sinh trả lời từ câu 1 đến câu 6</w:t>
      </w:r>
    </w:p>
    <w:p w14:paraId="1DE495DA" w14:textId="77777777" w:rsidR="003E52ED" w:rsidRPr="004D46D7" w:rsidRDefault="003E52ED" w:rsidP="0026749B">
      <w:pPr>
        <w:spacing w:line="276" w:lineRule="auto"/>
        <w:jc w:val="center"/>
        <w:rPr>
          <w:rFonts w:eastAsia="Calibri"/>
          <w:i/>
          <w:iCs/>
          <w:color w:val="auto"/>
          <w:sz w:val="24"/>
          <w:szCs w:val="24"/>
          <w:lang w:val="pt-BR"/>
          <w14:ligatures w14:val="standardContextual"/>
        </w:rPr>
      </w:pPr>
      <w:r w:rsidRPr="004D46D7">
        <w:rPr>
          <w:rFonts w:eastAsia="Calibri"/>
          <w:i/>
          <w:iCs/>
          <w:color w:val="auto"/>
          <w:sz w:val="24"/>
          <w:szCs w:val="24"/>
          <w:lang w:val="pt-BR"/>
          <w14:ligatures w14:val="standardContextual"/>
        </w:rPr>
        <w:t>Mỗi câu trả lời đúng thí sinh được 0,25 điểm</w:t>
      </w:r>
    </w:p>
    <w:p w14:paraId="65558BF5" w14:textId="77777777" w:rsidR="003E52ED" w:rsidRPr="004D46D7" w:rsidRDefault="003E52ED" w:rsidP="0026749B">
      <w:pPr>
        <w:pStyle w:val="ListParagraph"/>
        <w:spacing w:after="0" w:line="276" w:lineRule="auto"/>
        <w:ind w:left="0"/>
        <w:jc w:val="both"/>
        <w:rPr>
          <w:rFonts w:ascii="Times New Roman" w:hAnsi="Times New Roman" w:cs="Times New Roman"/>
          <w:b/>
          <w:sz w:val="24"/>
          <w:szCs w:val="24"/>
          <w:lang w:val="pt-BR"/>
        </w:rPr>
      </w:pPr>
    </w:p>
    <w:p w14:paraId="1DE725F3" w14:textId="77777777" w:rsidR="003E52ED" w:rsidRPr="004D46D7" w:rsidRDefault="003E52ED" w:rsidP="0026749B">
      <w:pPr>
        <w:pStyle w:val="ListParagraph"/>
        <w:spacing w:after="0" w:line="276" w:lineRule="auto"/>
        <w:ind w:left="0"/>
        <w:jc w:val="both"/>
        <w:rPr>
          <w:rFonts w:ascii="Times New Roman" w:hAnsi="Times New Roman" w:cs="Times New Roman"/>
          <w:bCs/>
          <w:sz w:val="24"/>
          <w:szCs w:val="24"/>
          <w:lang w:val="pt-BR"/>
        </w:rPr>
      </w:pPr>
      <w:r w:rsidRPr="004D46D7">
        <w:rPr>
          <w:rFonts w:ascii="Times New Roman" w:hAnsi="Times New Roman" w:cs="Times New Roman"/>
          <w:b/>
          <w:sz w:val="24"/>
          <w:szCs w:val="24"/>
          <w:lang w:val="pt-BR"/>
        </w:rPr>
        <w:t xml:space="preserve">Câu 1: </w:t>
      </w:r>
      <w:r w:rsidRPr="004D46D7">
        <w:rPr>
          <w:rFonts w:ascii="Times New Roman" w:hAnsi="Times New Roman" w:cs="Times New Roman"/>
          <w:bCs/>
          <w:sz w:val="24"/>
          <w:szCs w:val="24"/>
          <w:lang w:val="pt-BR"/>
        </w:rPr>
        <w:t xml:space="preserve">Một lượng khí hydrogen ở 27 </w:t>
      </w:r>
      <w:r w:rsidRPr="004D46D7">
        <w:rPr>
          <w:rFonts w:ascii="Times New Roman" w:hAnsi="Times New Roman" w:cs="Times New Roman"/>
          <w:bCs/>
          <w:sz w:val="24"/>
          <w:szCs w:val="24"/>
          <w:vertAlign w:val="superscript"/>
          <w:lang w:val="pt-BR"/>
        </w:rPr>
        <w:t>o</w:t>
      </w:r>
      <w:r w:rsidRPr="004D46D7">
        <w:rPr>
          <w:rFonts w:ascii="Times New Roman" w:hAnsi="Times New Roman" w:cs="Times New Roman"/>
          <w:bCs/>
          <w:sz w:val="24"/>
          <w:szCs w:val="24"/>
          <w:lang w:val="pt-BR"/>
        </w:rPr>
        <w:t>C và áp suất 10</w:t>
      </w:r>
      <w:r w:rsidRPr="004D46D7">
        <w:rPr>
          <w:rFonts w:ascii="Times New Roman" w:hAnsi="Times New Roman" w:cs="Times New Roman"/>
          <w:bCs/>
          <w:sz w:val="24"/>
          <w:szCs w:val="24"/>
          <w:vertAlign w:val="superscript"/>
          <w:lang w:val="pt-BR"/>
        </w:rPr>
        <w:t>5</w:t>
      </w:r>
      <w:r w:rsidRPr="004D46D7">
        <w:rPr>
          <w:rFonts w:ascii="Times New Roman" w:hAnsi="Times New Roman" w:cs="Times New Roman"/>
          <w:bCs/>
          <w:sz w:val="24"/>
          <w:szCs w:val="24"/>
          <w:lang w:val="pt-BR"/>
        </w:rPr>
        <w:t xml:space="preserve"> Pa có khối lượng riêng bằng bao nhiêu kg/m</w:t>
      </w:r>
      <w:r w:rsidRPr="004D46D7">
        <w:rPr>
          <w:rFonts w:ascii="Times New Roman" w:hAnsi="Times New Roman" w:cs="Times New Roman"/>
          <w:bCs/>
          <w:sz w:val="24"/>
          <w:szCs w:val="24"/>
          <w:vertAlign w:val="superscript"/>
          <w:lang w:val="pt-BR"/>
        </w:rPr>
        <w:t>3</w:t>
      </w:r>
      <w:r w:rsidRPr="004D46D7">
        <w:rPr>
          <w:rFonts w:ascii="Times New Roman" w:hAnsi="Times New Roman" w:cs="Times New Roman"/>
          <w:bCs/>
          <w:sz w:val="24"/>
          <w:szCs w:val="24"/>
          <w:lang w:val="pt-BR"/>
        </w:rPr>
        <w:t xml:space="preserve"> (</w:t>
      </w:r>
      <w:r w:rsidRPr="004D46D7">
        <w:rPr>
          <w:rFonts w:ascii="Times New Roman" w:hAnsi="Times New Roman" w:cs="Times New Roman"/>
          <w:sz w:val="24"/>
          <w:szCs w:val="24"/>
          <w:lang w:val="sv-SE"/>
        </w:rPr>
        <w:t>kết quả tính toán được làm tròn hai số sau dấu phẩy thập phân</w:t>
      </w:r>
      <w:r w:rsidRPr="004D46D7">
        <w:rPr>
          <w:rFonts w:ascii="Times New Roman" w:hAnsi="Times New Roman" w:cs="Times New Roman"/>
          <w:bCs/>
          <w:sz w:val="24"/>
          <w:szCs w:val="24"/>
          <w:lang w:val="pt-BR"/>
        </w:rPr>
        <w:t>)?</w:t>
      </w:r>
    </w:p>
    <w:p w14:paraId="47A79CFD" w14:textId="77777777" w:rsidR="003E52ED" w:rsidRPr="004D46D7" w:rsidRDefault="003E52ED" w:rsidP="0026749B">
      <w:pPr>
        <w:pStyle w:val="ListParagraph"/>
        <w:spacing w:after="0" w:line="276" w:lineRule="auto"/>
        <w:ind w:left="0"/>
        <w:jc w:val="both"/>
        <w:rPr>
          <w:rFonts w:ascii="Times New Roman" w:hAnsi="Times New Roman" w:cs="Times New Roman"/>
          <w:bCs/>
          <w:sz w:val="24"/>
          <w:szCs w:val="24"/>
          <w:lang w:val="pt-BR"/>
        </w:rPr>
      </w:pP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7B653A38" w14:textId="77777777" w:rsidTr="00F52A3D">
        <w:trPr>
          <w:trHeight w:val="359"/>
        </w:trPr>
        <w:tc>
          <w:tcPr>
            <w:tcW w:w="1274" w:type="dxa"/>
          </w:tcPr>
          <w:p w14:paraId="043E7B38"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6C09B6A2" w14:textId="77777777" w:rsidR="003E52ED" w:rsidRPr="004D46D7" w:rsidRDefault="003E52ED" w:rsidP="0026749B">
            <w:pPr>
              <w:tabs>
                <w:tab w:val="left" w:pos="720"/>
              </w:tabs>
              <w:spacing w:line="276" w:lineRule="auto"/>
              <w:rPr>
                <w:b/>
                <w:bCs/>
                <w:color w:val="auto"/>
                <w:sz w:val="24"/>
                <w:szCs w:val="24"/>
              </w:rPr>
            </w:pPr>
          </w:p>
        </w:tc>
        <w:tc>
          <w:tcPr>
            <w:tcW w:w="426" w:type="dxa"/>
          </w:tcPr>
          <w:p w14:paraId="4BB053E5" w14:textId="77777777" w:rsidR="003E52ED" w:rsidRPr="004D46D7" w:rsidRDefault="003E52ED" w:rsidP="0026749B">
            <w:pPr>
              <w:tabs>
                <w:tab w:val="left" w:pos="720"/>
              </w:tabs>
              <w:spacing w:line="276" w:lineRule="auto"/>
              <w:rPr>
                <w:b/>
                <w:bCs/>
                <w:color w:val="auto"/>
                <w:sz w:val="24"/>
                <w:szCs w:val="24"/>
              </w:rPr>
            </w:pPr>
          </w:p>
        </w:tc>
        <w:tc>
          <w:tcPr>
            <w:tcW w:w="425" w:type="dxa"/>
          </w:tcPr>
          <w:p w14:paraId="468F5986" w14:textId="77777777" w:rsidR="003E52ED" w:rsidRPr="004D46D7" w:rsidRDefault="003E52ED" w:rsidP="0026749B">
            <w:pPr>
              <w:tabs>
                <w:tab w:val="left" w:pos="720"/>
              </w:tabs>
              <w:spacing w:line="276" w:lineRule="auto"/>
              <w:rPr>
                <w:b/>
                <w:bCs/>
                <w:color w:val="auto"/>
                <w:sz w:val="24"/>
                <w:szCs w:val="24"/>
              </w:rPr>
            </w:pPr>
          </w:p>
        </w:tc>
        <w:tc>
          <w:tcPr>
            <w:tcW w:w="425" w:type="dxa"/>
          </w:tcPr>
          <w:p w14:paraId="046A41A6" w14:textId="77777777" w:rsidR="003E52ED" w:rsidRPr="004D46D7" w:rsidRDefault="003E52ED" w:rsidP="0026749B">
            <w:pPr>
              <w:tabs>
                <w:tab w:val="left" w:pos="720"/>
              </w:tabs>
              <w:spacing w:line="276" w:lineRule="auto"/>
              <w:rPr>
                <w:b/>
                <w:bCs/>
                <w:color w:val="auto"/>
                <w:sz w:val="24"/>
                <w:szCs w:val="24"/>
              </w:rPr>
            </w:pPr>
          </w:p>
        </w:tc>
      </w:tr>
    </w:tbl>
    <w:p w14:paraId="75776A08" w14:textId="77777777" w:rsidR="003E52ED" w:rsidRPr="004D46D7" w:rsidRDefault="003E52ED" w:rsidP="0026749B">
      <w:pPr>
        <w:tabs>
          <w:tab w:val="left" w:pos="360"/>
        </w:tabs>
        <w:spacing w:line="276" w:lineRule="auto"/>
        <w:jc w:val="both"/>
        <w:rPr>
          <w:b/>
          <w:color w:val="auto"/>
          <w:sz w:val="24"/>
          <w:szCs w:val="24"/>
          <w:lang w:val="pt-BR"/>
        </w:rPr>
      </w:pPr>
    </w:p>
    <w:p w14:paraId="012BA022" w14:textId="77777777" w:rsidR="003E52ED" w:rsidRPr="004D46D7" w:rsidRDefault="003E52ED" w:rsidP="0026749B">
      <w:pPr>
        <w:tabs>
          <w:tab w:val="left" w:pos="360"/>
        </w:tabs>
        <w:spacing w:line="276" w:lineRule="auto"/>
        <w:jc w:val="both"/>
        <w:rPr>
          <w:bCs/>
          <w:color w:val="auto"/>
          <w:sz w:val="24"/>
          <w:szCs w:val="24"/>
          <w:lang w:val="pt-BR"/>
        </w:rPr>
      </w:pPr>
      <w:r w:rsidRPr="004D46D7">
        <w:rPr>
          <w:b/>
          <w:color w:val="auto"/>
          <w:sz w:val="24"/>
          <w:szCs w:val="24"/>
          <w:lang w:val="pt-BR"/>
        </w:rPr>
        <w:t>Câu 2:</w:t>
      </w:r>
      <w:r w:rsidRPr="004D46D7">
        <w:rPr>
          <w:bCs/>
          <w:color w:val="auto"/>
          <w:sz w:val="24"/>
          <w:szCs w:val="24"/>
          <w:lang w:val="pt-BR"/>
        </w:rPr>
        <w:t xml:space="preserve"> Một khí cầu có thể tích 300 m</w:t>
      </w:r>
      <w:r w:rsidRPr="004D46D7">
        <w:rPr>
          <w:bCs/>
          <w:color w:val="auto"/>
          <w:sz w:val="24"/>
          <w:szCs w:val="24"/>
          <w:vertAlign w:val="superscript"/>
          <w:lang w:val="pt-BR"/>
        </w:rPr>
        <w:t>3</w:t>
      </w:r>
      <w:r w:rsidRPr="004D46D7">
        <w:rPr>
          <w:bCs/>
          <w:color w:val="auto"/>
          <w:sz w:val="24"/>
          <w:szCs w:val="24"/>
          <w:lang w:val="pt-BR"/>
        </w:rPr>
        <w:t xml:space="preserve">. Người ta bơm khí hydrogen vào khí cầu ở 20 </w:t>
      </w:r>
      <w:r w:rsidRPr="004D46D7">
        <w:rPr>
          <w:bCs/>
          <w:color w:val="auto"/>
          <w:sz w:val="24"/>
          <w:szCs w:val="24"/>
          <w:vertAlign w:val="superscript"/>
          <w:lang w:val="pt-BR"/>
        </w:rPr>
        <w:t>o</w:t>
      </w:r>
      <w:r w:rsidRPr="004D46D7">
        <w:rPr>
          <w:bCs/>
          <w:color w:val="auto"/>
          <w:sz w:val="24"/>
          <w:szCs w:val="24"/>
          <w:lang w:val="pt-BR"/>
        </w:rPr>
        <w:t>C và áp suất 760 mmHg, mỗi giây bơm được 2,5 g khí hydrogen vào khí cầu. Thời gian bơm xong khí bằng bao nhiêu giây (</w:t>
      </w:r>
      <w:r w:rsidRPr="004D46D7">
        <w:rPr>
          <w:color w:val="auto"/>
          <w:sz w:val="24"/>
          <w:szCs w:val="24"/>
          <w:lang w:val="sv-SE"/>
        </w:rPr>
        <w:t>kết quả tính toán được làm tròn đến phần nguyên)?</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59511A43" w14:textId="77777777" w:rsidTr="00F52A3D">
        <w:trPr>
          <w:trHeight w:val="359"/>
        </w:trPr>
        <w:tc>
          <w:tcPr>
            <w:tcW w:w="1274" w:type="dxa"/>
          </w:tcPr>
          <w:p w14:paraId="01AAE922"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4BE7A59" w14:textId="77777777" w:rsidR="003E52ED" w:rsidRPr="004D46D7" w:rsidRDefault="003E52ED" w:rsidP="0026749B">
            <w:pPr>
              <w:tabs>
                <w:tab w:val="left" w:pos="720"/>
              </w:tabs>
              <w:spacing w:line="276" w:lineRule="auto"/>
              <w:rPr>
                <w:b/>
                <w:bCs/>
                <w:color w:val="auto"/>
                <w:sz w:val="24"/>
                <w:szCs w:val="24"/>
              </w:rPr>
            </w:pPr>
          </w:p>
        </w:tc>
        <w:tc>
          <w:tcPr>
            <w:tcW w:w="426" w:type="dxa"/>
          </w:tcPr>
          <w:p w14:paraId="6A6861C3" w14:textId="77777777" w:rsidR="003E52ED" w:rsidRPr="004D46D7" w:rsidRDefault="003E52ED" w:rsidP="0026749B">
            <w:pPr>
              <w:tabs>
                <w:tab w:val="left" w:pos="720"/>
              </w:tabs>
              <w:spacing w:line="276" w:lineRule="auto"/>
              <w:rPr>
                <w:b/>
                <w:bCs/>
                <w:color w:val="auto"/>
                <w:sz w:val="24"/>
                <w:szCs w:val="24"/>
              </w:rPr>
            </w:pPr>
          </w:p>
        </w:tc>
        <w:tc>
          <w:tcPr>
            <w:tcW w:w="425" w:type="dxa"/>
          </w:tcPr>
          <w:p w14:paraId="417B5496" w14:textId="77777777" w:rsidR="003E52ED" w:rsidRPr="004D46D7" w:rsidRDefault="003E52ED" w:rsidP="0026749B">
            <w:pPr>
              <w:tabs>
                <w:tab w:val="left" w:pos="720"/>
              </w:tabs>
              <w:spacing w:line="276" w:lineRule="auto"/>
              <w:rPr>
                <w:b/>
                <w:bCs/>
                <w:color w:val="auto"/>
                <w:sz w:val="24"/>
                <w:szCs w:val="24"/>
              </w:rPr>
            </w:pPr>
          </w:p>
        </w:tc>
        <w:tc>
          <w:tcPr>
            <w:tcW w:w="425" w:type="dxa"/>
          </w:tcPr>
          <w:p w14:paraId="3368DF73" w14:textId="77777777" w:rsidR="003E52ED" w:rsidRPr="004D46D7" w:rsidRDefault="003E52ED" w:rsidP="0026749B">
            <w:pPr>
              <w:tabs>
                <w:tab w:val="left" w:pos="720"/>
              </w:tabs>
              <w:spacing w:line="276" w:lineRule="auto"/>
              <w:rPr>
                <w:b/>
                <w:bCs/>
                <w:color w:val="auto"/>
                <w:sz w:val="24"/>
                <w:szCs w:val="24"/>
              </w:rPr>
            </w:pPr>
          </w:p>
        </w:tc>
      </w:tr>
    </w:tbl>
    <w:p w14:paraId="1769743A" w14:textId="77777777" w:rsidR="003E52ED" w:rsidRPr="004D46D7" w:rsidRDefault="003E52ED" w:rsidP="0026749B">
      <w:pPr>
        <w:jc w:val="both"/>
        <w:rPr>
          <w:b/>
          <w:color w:val="auto"/>
          <w:sz w:val="24"/>
          <w:szCs w:val="24"/>
          <w:lang w:val="pt-BR"/>
        </w:rPr>
      </w:pPr>
    </w:p>
    <w:p w14:paraId="439CA086" w14:textId="77777777" w:rsidR="003E52ED" w:rsidRPr="004D46D7" w:rsidRDefault="003E52ED" w:rsidP="0026749B">
      <w:pPr>
        <w:jc w:val="both"/>
        <w:rPr>
          <w:bCs/>
          <w:color w:val="auto"/>
          <w:sz w:val="24"/>
          <w:szCs w:val="24"/>
          <w:lang w:val="pt-BR"/>
        </w:rPr>
      </w:pPr>
      <w:r w:rsidRPr="004D46D7">
        <w:rPr>
          <w:b/>
          <w:color w:val="auto"/>
          <w:sz w:val="24"/>
          <w:szCs w:val="24"/>
          <w:lang w:val="pt-BR"/>
        </w:rPr>
        <w:t xml:space="preserve">Câu 3: </w:t>
      </w:r>
      <w:r w:rsidRPr="004D46D7">
        <w:rPr>
          <w:bCs/>
          <w:color w:val="auto"/>
          <w:sz w:val="24"/>
          <w:szCs w:val="24"/>
          <w:lang w:val="pt-BR"/>
        </w:rPr>
        <w:t>Trong một bình có thể tích 2 m</w:t>
      </w:r>
      <w:r w:rsidRPr="004D46D7">
        <w:rPr>
          <w:bCs/>
          <w:color w:val="auto"/>
          <w:sz w:val="24"/>
          <w:szCs w:val="24"/>
          <w:vertAlign w:val="superscript"/>
          <w:lang w:val="pt-BR"/>
        </w:rPr>
        <w:t>3</w:t>
      </w:r>
      <w:r w:rsidRPr="004D46D7">
        <w:rPr>
          <w:bCs/>
          <w:color w:val="auto"/>
          <w:sz w:val="24"/>
          <w:szCs w:val="24"/>
          <w:lang w:val="pt-BR"/>
        </w:rPr>
        <w:t xml:space="preserve"> chứa hỗn hợp khí nitơ và oxit nitơ (NO), khối lượng của hỗn hợp khí bằng 14 kg, ở nhiệt độ 27 </w:t>
      </w:r>
      <w:r w:rsidRPr="004D46D7">
        <w:rPr>
          <w:bCs/>
          <w:color w:val="auto"/>
          <w:sz w:val="24"/>
          <w:szCs w:val="24"/>
          <w:vertAlign w:val="superscript"/>
          <w:lang w:val="pt-BR"/>
        </w:rPr>
        <w:t>o</w:t>
      </w:r>
      <w:r w:rsidRPr="004D46D7">
        <w:rPr>
          <w:bCs/>
          <w:color w:val="auto"/>
          <w:sz w:val="24"/>
          <w:szCs w:val="24"/>
          <w:lang w:val="pt-BR"/>
        </w:rPr>
        <w:t>C và áp suất 6.10</w:t>
      </w:r>
      <w:r w:rsidRPr="004D46D7">
        <w:rPr>
          <w:bCs/>
          <w:color w:val="auto"/>
          <w:sz w:val="24"/>
          <w:szCs w:val="24"/>
          <w:vertAlign w:val="superscript"/>
          <w:lang w:val="pt-BR"/>
        </w:rPr>
        <w:t>5</w:t>
      </w:r>
      <w:r w:rsidRPr="004D46D7">
        <w:rPr>
          <w:bCs/>
          <w:color w:val="auto"/>
          <w:sz w:val="24"/>
          <w:szCs w:val="24"/>
          <w:lang w:val="pt-BR"/>
        </w:rPr>
        <w:t xml:space="preserve"> Pa. Khối lượng của oxit nitơ xấp xỉ bằng bao nhiêu kg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414D0970" w14:textId="77777777" w:rsidTr="00F52A3D">
        <w:trPr>
          <w:trHeight w:val="359"/>
        </w:trPr>
        <w:tc>
          <w:tcPr>
            <w:tcW w:w="1274" w:type="dxa"/>
          </w:tcPr>
          <w:p w14:paraId="6AC70B25"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71037BCE" w14:textId="77777777" w:rsidR="003E52ED" w:rsidRPr="004D46D7" w:rsidRDefault="003E52ED" w:rsidP="0026749B">
            <w:pPr>
              <w:tabs>
                <w:tab w:val="left" w:pos="720"/>
              </w:tabs>
              <w:spacing w:line="276" w:lineRule="auto"/>
              <w:rPr>
                <w:b/>
                <w:bCs/>
                <w:color w:val="auto"/>
                <w:sz w:val="24"/>
                <w:szCs w:val="24"/>
              </w:rPr>
            </w:pPr>
          </w:p>
        </w:tc>
        <w:tc>
          <w:tcPr>
            <w:tcW w:w="426" w:type="dxa"/>
          </w:tcPr>
          <w:p w14:paraId="2DB1874C" w14:textId="77777777" w:rsidR="003E52ED" w:rsidRPr="004D46D7" w:rsidRDefault="003E52ED" w:rsidP="0026749B">
            <w:pPr>
              <w:tabs>
                <w:tab w:val="left" w:pos="720"/>
              </w:tabs>
              <w:spacing w:line="276" w:lineRule="auto"/>
              <w:rPr>
                <w:b/>
                <w:bCs/>
                <w:color w:val="auto"/>
                <w:sz w:val="24"/>
                <w:szCs w:val="24"/>
              </w:rPr>
            </w:pPr>
          </w:p>
        </w:tc>
        <w:tc>
          <w:tcPr>
            <w:tcW w:w="425" w:type="dxa"/>
          </w:tcPr>
          <w:p w14:paraId="0EA03306" w14:textId="77777777" w:rsidR="003E52ED" w:rsidRPr="004D46D7" w:rsidRDefault="003E52ED" w:rsidP="0026749B">
            <w:pPr>
              <w:tabs>
                <w:tab w:val="left" w:pos="720"/>
              </w:tabs>
              <w:spacing w:line="276" w:lineRule="auto"/>
              <w:rPr>
                <w:b/>
                <w:bCs/>
                <w:color w:val="auto"/>
                <w:sz w:val="24"/>
                <w:szCs w:val="24"/>
              </w:rPr>
            </w:pPr>
          </w:p>
        </w:tc>
        <w:tc>
          <w:tcPr>
            <w:tcW w:w="425" w:type="dxa"/>
          </w:tcPr>
          <w:p w14:paraId="32D21A70" w14:textId="77777777" w:rsidR="003E52ED" w:rsidRPr="004D46D7" w:rsidRDefault="003E52ED" w:rsidP="0026749B">
            <w:pPr>
              <w:tabs>
                <w:tab w:val="left" w:pos="720"/>
              </w:tabs>
              <w:spacing w:line="276" w:lineRule="auto"/>
              <w:rPr>
                <w:b/>
                <w:bCs/>
                <w:color w:val="auto"/>
                <w:sz w:val="24"/>
                <w:szCs w:val="24"/>
              </w:rPr>
            </w:pPr>
          </w:p>
        </w:tc>
      </w:tr>
    </w:tbl>
    <w:p w14:paraId="436FE3DB" w14:textId="77777777" w:rsidR="003E52ED" w:rsidRPr="004D46D7" w:rsidRDefault="003E52ED" w:rsidP="0026749B">
      <w:pPr>
        <w:jc w:val="both"/>
        <w:rPr>
          <w:b/>
          <w:color w:val="auto"/>
          <w:sz w:val="24"/>
          <w:szCs w:val="24"/>
          <w:lang w:val="pt-BR"/>
        </w:rPr>
      </w:pPr>
    </w:p>
    <w:p w14:paraId="36851E0D" w14:textId="77777777" w:rsidR="003E52ED" w:rsidRPr="004D46D7" w:rsidRDefault="003E52ED" w:rsidP="0026749B">
      <w:pPr>
        <w:jc w:val="both"/>
        <w:rPr>
          <w:bCs/>
          <w:color w:val="auto"/>
          <w:sz w:val="24"/>
          <w:szCs w:val="24"/>
          <w:lang w:val="pt-BR"/>
        </w:rPr>
      </w:pPr>
      <w:r w:rsidRPr="004D46D7">
        <w:rPr>
          <w:b/>
          <w:color w:val="auto"/>
          <w:sz w:val="24"/>
          <w:szCs w:val="24"/>
          <w:lang w:val="pt-BR"/>
        </w:rPr>
        <w:t>Câu 4:</w:t>
      </w:r>
      <w:r w:rsidRPr="004D46D7">
        <w:rPr>
          <w:bCs/>
          <w:color w:val="auto"/>
          <w:sz w:val="24"/>
          <w:szCs w:val="24"/>
          <w:lang w:val="pt-BR"/>
        </w:rPr>
        <w:t xml:space="preserve"> Hai bình có thể tích lần lượt là V</w:t>
      </w:r>
      <w:r w:rsidRPr="004D46D7">
        <w:rPr>
          <w:bCs/>
          <w:color w:val="auto"/>
          <w:sz w:val="24"/>
          <w:szCs w:val="24"/>
          <w:vertAlign w:val="subscript"/>
          <w:lang w:val="pt-BR"/>
        </w:rPr>
        <w:t>1</w:t>
      </w:r>
      <w:r w:rsidRPr="004D46D7">
        <w:rPr>
          <w:bCs/>
          <w:color w:val="auto"/>
          <w:sz w:val="24"/>
          <w:szCs w:val="24"/>
          <w:lang w:val="pt-BR"/>
        </w:rPr>
        <w:t xml:space="preserve"> và V</w:t>
      </w:r>
      <w:r w:rsidRPr="004D46D7">
        <w:rPr>
          <w:bCs/>
          <w:color w:val="auto"/>
          <w:sz w:val="24"/>
          <w:szCs w:val="24"/>
          <w:vertAlign w:val="subscript"/>
          <w:lang w:val="pt-BR"/>
        </w:rPr>
        <w:t>2</w:t>
      </w:r>
      <w:r w:rsidRPr="004D46D7">
        <w:rPr>
          <w:bCs/>
          <w:color w:val="auto"/>
          <w:sz w:val="24"/>
          <w:szCs w:val="24"/>
          <w:lang w:val="pt-BR"/>
        </w:rPr>
        <w:t xml:space="preserve"> = 2V</w:t>
      </w:r>
      <w:r w:rsidRPr="004D46D7">
        <w:rPr>
          <w:bCs/>
          <w:color w:val="auto"/>
          <w:sz w:val="24"/>
          <w:szCs w:val="24"/>
          <w:vertAlign w:val="subscript"/>
          <w:lang w:val="pt-BR"/>
        </w:rPr>
        <w:t>1</w:t>
      </w:r>
      <w:r w:rsidRPr="004D46D7">
        <w:rPr>
          <w:bCs/>
          <w:color w:val="auto"/>
          <w:sz w:val="24"/>
          <w:szCs w:val="24"/>
          <w:lang w:val="pt-BR"/>
        </w:rPr>
        <w:t xml:space="preserve">, được nối với nhau bởi một ống nhỏ cách nhiệt, chưa oxi ở nhiệt độ 27 </w:t>
      </w:r>
      <w:r w:rsidRPr="004D46D7">
        <w:rPr>
          <w:bCs/>
          <w:color w:val="auto"/>
          <w:sz w:val="24"/>
          <w:szCs w:val="24"/>
          <w:vertAlign w:val="superscript"/>
          <w:lang w:val="pt-BR"/>
        </w:rPr>
        <w:t>o</w:t>
      </w:r>
      <w:r w:rsidRPr="004D46D7">
        <w:rPr>
          <w:bCs/>
          <w:color w:val="auto"/>
          <w:sz w:val="24"/>
          <w:szCs w:val="24"/>
          <w:lang w:val="pt-BR"/>
        </w:rPr>
        <w:t>C và áp suất 10</w:t>
      </w:r>
      <w:r w:rsidRPr="004D46D7">
        <w:rPr>
          <w:bCs/>
          <w:color w:val="auto"/>
          <w:sz w:val="24"/>
          <w:szCs w:val="24"/>
          <w:vertAlign w:val="superscript"/>
          <w:lang w:val="pt-BR"/>
        </w:rPr>
        <w:t>5</w:t>
      </w:r>
      <w:r w:rsidRPr="004D46D7">
        <w:rPr>
          <w:bCs/>
          <w:color w:val="auto"/>
          <w:sz w:val="24"/>
          <w:szCs w:val="24"/>
          <w:lang w:val="pt-BR"/>
        </w:rPr>
        <w:t xml:space="preserve"> Pa. Sau đó, cho nhiệt độ của bình V</w:t>
      </w:r>
      <w:r w:rsidRPr="004D46D7">
        <w:rPr>
          <w:bCs/>
          <w:color w:val="auto"/>
          <w:sz w:val="24"/>
          <w:szCs w:val="24"/>
          <w:vertAlign w:val="subscript"/>
          <w:lang w:val="pt-BR"/>
        </w:rPr>
        <w:t>1</w:t>
      </w:r>
      <w:r w:rsidRPr="004D46D7">
        <w:rPr>
          <w:bCs/>
          <w:color w:val="auto"/>
          <w:sz w:val="24"/>
          <w:szCs w:val="24"/>
          <w:lang w:val="pt-BR"/>
        </w:rPr>
        <w:t xml:space="preserve"> giảm xuống 0 </w:t>
      </w:r>
      <w:r w:rsidRPr="004D46D7">
        <w:rPr>
          <w:bCs/>
          <w:color w:val="auto"/>
          <w:sz w:val="24"/>
          <w:szCs w:val="24"/>
          <w:vertAlign w:val="superscript"/>
          <w:lang w:val="pt-BR"/>
        </w:rPr>
        <w:t>o</w:t>
      </w:r>
      <w:r w:rsidRPr="004D46D7">
        <w:rPr>
          <w:bCs/>
          <w:color w:val="auto"/>
          <w:sz w:val="24"/>
          <w:szCs w:val="24"/>
          <w:lang w:val="pt-BR"/>
        </w:rPr>
        <w:t>C, nhiệt độ của bình V</w:t>
      </w:r>
      <w:r w:rsidRPr="004D46D7">
        <w:rPr>
          <w:bCs/>
          <w:color w:val="auto"/>
          <w:sz w:val="24"/>
          <w:szCs w:val="24"/>
          <w:vertAlign w:val="subscript"/>
          <w:lang w:val="pt-BR"/>
        </w:rPr>
        <w:t>2</w:t>
      </w:r>
      <w:r w:rsidRPr="004D46D7">
        <w:rPr>
          <w:bCs/>
          <w:color w:val="auto"/>
          <w:sz w:val="24"/>
          <w:szCs w:val="24"/>
          <w:lang w:val="pt-BR"/>
        </w:rPr>
        <w:t xml:space="preserve"> tăng tới 100 </w:t>
      </w:r>
      <w:r w:rsidRPr="004D46D7">
        <w:rPr>
          <w:bCs/>
          <w:color w:val="auto"/>
          <w:sz w:val="24"/>
          <w:szCs w:val="24"/>
          <w:vertAlign w:val="superscript"/>
          <w:lang w:val="pt-BR"/>
        </w:rPr>
        <w:t>o</w:t>
      </w:r>
      <w:r w:rsidRPr="004D46D7">
        <w:rPr>
          <w:bCs/>
          <w:color w:val="auto"/>
          <w:sz w:val="24"/>
          <w:szCs w:val="24"/>
          <w:lang w:val="pt-BR"/>
        </w:rPr>
        <w:t xml:space="preserve">C. Khi đó, áp suất của khí trong mỗi bình bằng </w:t>
      </w:r>
      <w:r w:rsidRPr="004D46D7">
        <w:rPr>
          <w:bCs/>
          <w:i/>
          <w:iCs/>
          <w:color w:val="auto"/>
          <w:sz w:val="24"/>
          <w:szCs w:val="24"/>
          <w:lang w:val="pt-BR"/>
        </w:rPr>
        <w:t>x</w:t>
      </w:r>
      <w:r w:rsidRPr="004D46D7">
        <w:rPr>
          <w:bCs/>
          <w:color w:val="auto"/>
          <w:sz w:val="24"/>
          <w:szCs w:val="24"/>
          <w:lang w:val="pt-BR"/>
        </w:rPr>
        <w:t>.10</w:t>
      </w:r>
      <w:r w:rsidRPr="004D46D7">
        <w:rPr>
          <w:bCs/>
          <w:color w:val="auto"/>
          <w:sz w:val="24"/>
          <w:szCs w:val="24"/>
          <w:vertAlign w:val="superscript"/>
          <w:lang w:val="pt-BR"/>
        </w:rPr>
        <w:t>5</w:t>
      </w:r>
      <w:r w:rsidRPr="004D46D7">
        <w:rPr>
          <w:bCs/>
          <w:color w:val="auto"/>
          <w:sz w:val="24"/>
          <w:szCs w:val="24"/>
          <w:lang w:val="pt-BR"/>
        </w:rPr>
        <w:t xml:space="preserve"> Pa. Giá trị của </w:t>
      </w:r>
      <w:r w:rsidRPr="004D46D7">
        <w:rPr>
          <w:bCs/>
          <w:i/>
          <w:iCs/>
          <w:color w:val="auto"/>
          <w:sz w:val="24"/>
          <w:szCs w:val="24"/>
          <w:lang w:val="pt-BR"/>
        </w:rPr>
        <w:t>x</w:t>
      </w:r>
      <w:r w:rsidRPr="004D46D7">
        <w:rPr>
          <w:bCs/>
          <w:color w:val="auto"/>
          <w:sz w:val="24"/>
          <w:szCs w:val="24"/>
          <w:lang w:val="pt-BR"/>
        </w:rPr>
        <w:t xml:space="preserve"> xấp xỉ bằng bao nhiêu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6F10BB3F" w14:textId="77777777" w:rsidTr="00F52A3D">
        <w:trPr>
          <w:trHeight w:val="359"/>
        </w:trPr>
        <w:tc>
          <w:tcPr>
            <w:tcW w:w="1274" w:type="dxa"/>
          </w:tcPr>
          <w:p w14:paraId="2BDEBC3B"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1AE7DF4E" w14:textId="77777777" w:rsidR="003E52ED" w:rsidRPr="004D46D7" w:rsidRDefault="003E52ED" w:rsidP="0026749B">
            <w:pPr>
              <w:tabs>
                <w:tab w:val="left" w:pos="720"/>
              </w:tabs>
              <w:spacing w:line="276" w:lineRule="auto"/>
              <w:rPr>
                <w:b/>
                <w:bCs/>
                <w:color w:val="auto"/>
                <w:sz w:val="24"/>
                <w:szCs w:val="24"/>
              </w:rPr>
            </w:pPr>
          </w:p>
        </w:tc>
        <w:tc>
          <w:tcPr>
            <w:tcW w:w="426" w:type="dxa"/>
          </w:tcPr>
          <w:p w14:paraId="4C6E6BD5" w14:textId="77777777" w:rsidR="003E52ED" w:rsidRPr="004D46D7" w:rsidRDefault="003E52ED" w:rsidP="0026749B">
            <w:pPr>
              <w:tabs>
                <w:tab w:val="left" w:pos="720"/>
              </w:tabs>
              <w:spacing w:line="276" w:lineRule="auto"/>
              <w:rPr>
                <w:b/>
                <w:bCs/>
                <w:color w:val="auto"/>
                <w:sz w:val="24"/>
                <w:szCs w:val="24"/>
              </w:rPr>
            </w:pPr>
          </w:p>
        </w:tc>
        <w:tc>
          <w:tcPr>
            <w:tcW w:w="425" w:type="dxa"/>
          </w:tcPr>
          <w:p w14:paraId="432BA292" w14:textId="77777777" w:rsidR="003E52ED" w:rsidRPr="004D46D7" w:rsidRDefault="003E52ED" w:rsidP="0026749B">
            <w:pPr>
              <w:tabs>
                <w:tab w:val="left" w:pos="720"/>
              </w:tabs>
              <w:spacing w:line="276" w:lineRule="auto"/>
              <w:rPr>
                <w:b/>
                <w:bCs/>
                <w:color w:val="auto"/>
                <w:sz w:val="24"/>
                <w:szCs w:val="24"/>
              </w:rPr>
            </w:pPr>
          </w:p>
        </w:tc>
        <w:tc>
          <w:tcPr>
            <w:tcW w:w="425" w:type="dxa"/>
          </w:tcPr>
          <w:p w14:paraId="7C088CDB" w14:textId="77777777" w:rsidR="003E52ED" w:rsidRPr="004D46D7" w:rsidRDefault="003E52ED" w:rsidP="0026749B">
            <w:pPr>
              <w:tabs>
                <w:tab w:val="left" w:pos="720"/>
              </w:tabs>
              <w:spacing w:line="276" w:lineRule="auto"/>
              <w:rPr>
                <w:b/>
                <w:bCs/>
                <w:color w:val="auto"/>
                <w:sz w:val="24"/>
                <w:szCs w:val="24"/>
              </w:rPr>
            </w:pPr>
          </w:p>
        </w:tc>
      </w:tr>
    </w:tbl>
    <w:p w14:paraId="6FEC4C4E" w14:textId="77777777" w:rsidR="003E52ED" w:rsidRPr="004D46D7" w:rsidRDefault="003E52ED" w:rsidP="0026749B">
      <w:pPr>
        <w:spacing w:line="276" w:lineRule="auto"/>
        <w:jc w:val="both"/>
        <w:rPr>
          <w:b/>
          <w:color w:val="auto"/>
          <w:sz w:val="24"/>
          <w:szCs w:val="24"/>
          <w:lang w:val="pt-BR"/>
        </w:rPr>
      </w:pPr>
    </w:p>
    <w:p w14:paraId="5738463E" w14:textId="77777777" w:rsidR="003E52ED" w:rsidRPr="004D46D7" w:rsidRDefault="003E52ED" w:rsidP="0026749B">
      <w:pPr>
        <w:spacing w:line="276" w:lineRule="auto"/>
        <w:jc w:val="both"/>
        <w:rPr>
          <w:color w:val="auto"/>
          <w:sz w:val="24"/>
          <w:szCs w:val="24"/>
          <w:lang w:val="pt-BR"/>
        </w:rPr>
      </w:pPr>
      <w:r w:rsidRPr="004D46D7">
        <w:rPr>
          <w:b/>
          <w:color w:val="auto"/>
          <w:sz w:val="24"/>
          <w:szCs w:val="24"/>
          <w:lang w:val="pt-BR"/>
        </w:rPr>
        <w:t>Câu 5:</w:t>
      </w:r>
      <w:r w:rsidRPr="004D46D7">
        <w:rPr>
          <w:bCs/>
          <w:color w:val="auto"/>
          <w:sz w:val="24"/>
          <w:szCs w:val="24"/>
          <w:lang w:val="pt-BR"/>
        </w:rPr>
        <w:t xml:space="preserve"> Hai bình giống nhau được nối với nhau bởi một ống nhỏ, trong ống có một cái van. Van chỉ mở khi độ chênh lệch áp suất hai bên là Δp = 1,1 atm. Ban đầu, bình thứ nhất chứa khí ở nhiệt độ 27 </w:t>
      </w:r>
      <w:r w:rsidRPr="004D46D7">
        <w:rPr>
          <w:bCs/>
          <w:color w:val="auto"/>
          <w:sz w:val="24"/>
          <w:szCs w:val="24"/>
          <w:vertAlign w:val="superscript"/>
          <w:lang w:val="pt-BR"/>
        </w:rPr>
        <w:t>o</w:t>
      </w:r>
      <w:r w:rsidRPr="004D46D7">
        <w:rPr>
          <w:bCs/>
          <w:color w:val="auto"/>
          <w:sz w:val="24"/>
          <w:szCs w:val="24"/>
          <w:lang w:val="pt-BR"/>
        </w:rPr>
        <w:t xml:space="preserve">C và áp suất 1 atm, bình thứ hai là chân không. Sau đó, người ta nung nóng cả hai bình tới nhiệt độ 107 </w:t>
      </w:r>
      <w:r w:rsidRPr="004D46D7">
        <w:rPr>
          <w:bCs/>
          <w:color w:val="auto"/>
          <w:sz w:val="24"/>
          <w:szCs w:val="24"/>
          <w:vertAlign w:val="superscript"/>
          <w:lang w:val="pt-BR"/>
        </w:rPr>
        <w:t>o</w:t>
      </w:r>
      <w:r w:rsidRPr="004D46D7">
        <w:rPr>
          <w:bCs/>
          <w:color w:val="auto"/>
          <w:sz w:val="24"/>
          <w:szCs w:val="24"/>
          <w:lang w:val="pt-BR"/>
        </w:rPr>
        <w:t>C. Áp suất khí trong bình thứ nhất sau khi nung nóng bằng bao nhiêt atm (</w:t>
      </w:r>
      <w:r w:rsidRPr="004D46D7">
        <w:rPr>
          <w:color w:val="auto"/>
          <w:sz w:val="24"/>
          <w:szCs w:val="24"/>
          <w:lang w:val="sv-SE"/>
        </w:rPr>
        <w:t>kết quả tính toán được làm tròn hai số sau dấu phẩy thập phân</w:t>
      </w:r>
      <w:r w:rsidRPr="004D46D7">
        <w:rPr>
          <w:bCs/>
          <w:color w:val="auto"/>
          <w:sz w:val="24"/>
          <w:szCs w:val="24"/>
          <w:lang w:val="pt-BR"/>
        </w:rPr>
        <w:t>)?</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7E152169" w14:textId="77777777" w:rsidTr="00F52A3D">
        <w:trPr>
          <w:trHeight w:val="359"/>
        </w:trPr>
        <w:tc>
          <w:tcPr>
            <w:tcW w:w="1274" w:type="dxa"/>
          </w:tcPr>
          <w:p w14:paraId="24EBA6BF"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7F68A847" w14:textId="77777777" w:rsidR="003E52ED" w:rsidRPr="004D46D7" w:rsidRDefault="003E52ED" w:rsidP="0026749B">
            <w:pPr>
              <w:tabs>
                <w:tab w:val="left" w:pos="720"/>
              </w:tabs>
              <w:spacing w:line="276" w:lineRule="auto"/>
              <w:rPr>
                <w:b/>
                <w:bCs/>
                <w:color w:val="auto"/>
                <w:sz w:val="24"/>
                <w:szCs w:val="24"/>
              </w:rPr>
            </w:pPr>
          </w:p>
        </w:tc>
        <w:tc>
          <w:tcPr>
            <w:tcW w:w="426" w:type="dxa"/>
          </w:tcPr>
          <w:p w14:paraId="6D0CA327" w14:textId="77777777" w:rsidR="003E52ED" w:rsidRPr="004D46D7" w:rsidRDefault="003E52ED" w:rsidP="0026749B">
            <w:pPr>
              <w:tabs>
                <w:tab w:val="left" w:pos="720"/>
              </w:tabs>
              <w:spacing w:line="276" w:lineRule="auto"/>
              <w:rPr>
                <w:b/>
                <w:bCs/>
                <w:color w:val="auto"/>
                <w:sz w:val="24"/>
                <w:szCs w:val="24"/>
              </w:rPr>
            </w:pPr>
          </w:p>
        </w:tc>
        <w:tc>
          <w:tcPr>
            <w:tcW w:w="425" w:type="dxa"/>
          </w:tcPr>
          <w:p w14:paraId="18DBF6A6" w14:textId="77777777" w:rsidR="003E52ED" w:rsidRPr="004D46D7" w:rsidRDefault="003E52ED" w:rsidP="0026749B">
            <w:pPr>
              <w:tabs>
                <w:tab w:val="left" w:pos="720"/>
              </w:tabs>
              <w:spacing w:line="276" w:lineRule="auto"/>
              <w:rPr>
                <w:b/>
                <w:bCs/>
                <w:color w:val="auto"/>
                <w:sz w:val="24"/>
                <w:szCs w:val="24"/>
              </w:rPr>
            </w:pPr>
          </w:p>
        </w:tc>
        <w:tc>
          <w:tcPr>
            <w:tcW w:w="425" w:type="dxa"/>
          </w:tcPr>
          <w:p w14:paraId="4991EBF0" w14:textId="77777777" w:rsidR="003E52ED" w:rsidRPr="004D46D7" w:rsidRDefault="003E52ED" w:rsidP="0026749B">
            <w:pPr>
              <w:tabs>
                <w:tab w:val="left" w:pos="720"/>
              </w:tabs>
              <w:spacing w:line="276" w:lineRule="auto"/>
              <w:rPr>
                <w:b/>
                <w:bCs/>
                <w:color w:val="auto"/>
                <w:sz w:val="24"/>
                <w:szCs w:val="24"/>
              </w:rPr>
            </w:pPr>
          </w:p>
        </w:tc>
      </w:tr>
    </w:tbl>
    <w:p w14:paraId="0BAFC770" w14:textId="77777777" w:rsidR="003E52ED" w:rsidRPr="004D46D7" w:rsidRDefault="003E52ED" w:rsidP="0026749B">
      <w:pPr>
        <w:tabs>
          <w:tab w:val="left" w:pos="360"/>
        </w:tabs>
        <w:spacing w:line="276" w:lineRule="auto"/>
        <w:jc w:val="both"/>
        <w:rPr>
          <w:b/>
          <w:color w:val="auto"/>
          <w:sz w:val="24"/>
          <w:szCs w:val="24"/>
          <w:lang w:val="pt-BR"/>
        </w:rPr>
      </w:pPr>
    </w:p>
    <w:p w14:paraId="7182C4C3" w14:textId="77777777" w:rsidR="003E52ED" w:rsidRPr="004D46D7" w:rsidRDefault="003E52ED" w:rsidP="0026749B">
      <w:pPr>
        <w:tabs>
          <w:tab w:val="left" w:pos="360"/>
        </w:tabs>
        <w:spacing w:line="276" w:lineRule="auto"/>
        <w:jc w:val="both"/>
        <w:rPr>
          <w:bCs/>
          <w:color w:val="auto"/>
          <w:sz w:val="24"/>
          <w:szCs w:val="24"/>
          <w:lang w:val="pt-BR"/>
        </w:rPr>
      </w:pPr>
      <w:r w:rsidRPr="004D46D7">
        <w:rPr>
          <w:b/>
          <w:color w:val="auto"/>
          <w:sz w:val="24"/>
          <w:szCs w:val="24"/>
          <w:lang w:val="pt-BR"/>
        </w:rPr>
        <w:t>Câu 6:</w:t>
      </w:r>
      <w:r w:rsidRPr="004D46D7">
        <w:rPr>
          <w:bCs/>
          <w:color w:val="auto"/>
          <w:sz w:val="24"/>
          <w:szCs w:val="24"/>
          <w:lang w:val="pt-BR"/>
        </w:rPr>
        <w:t xml:space="preserve"> Trong một bình kín chứa khí mêtan (CH</w:t>
      </w:r>
      <w:r w:rsidRPr="004D46D7">
        <w:rPr>
          <w:bCs/>
          <w:color w:val="auto"/>
          <w:sz w:val="24"/>
          <w:szCs w:val="24"/>
          <w:vertAlign w:val="subscript"/>
          <w:lang w:val="pt-BR"/>
        </w:rPr>
        <w:t>4</w:t>
      </w:r>
      <w:r w:rsidRPr="004D46D7">
        <w:rPr>
          <w:bCs/>
          <w:color w:val="auto"/>
          <w:sz w:val="24"/>
          <w:szCs w:val="24"/>
          <w:lang w:val="pt-BR"/>
        </w:rPr>
        <w:t>) và oxi (O</w:t>
      </w:r>
      <w:r w:rsidRPr="004D46D7">
        <w:rPr>
          <w:bCs/>
          <w:color w:val="auto"/>
          <w:sz w:val="24"/>
          <w:szCs w:val="24"/>
          <w:vertAlign w:val="subscript"/>
          <w:lang w:val="pt-BR"/>
        </w:rPr>
        <w:t>2</w:t>
      </w:r>
      <w:r w:rsidRPr="004D46D7">
        <w:rPr>
          <w:bCs/>
          <w:color w:val="auto"/>
          <w:sz w:val="24"/>
          <w:szCs w:val="24"/>
          <w:lang w:val="pt-BR"/>
        </w:rPr>
        <w:t>) ở áp suất 760 mmHg. Áp suất riêng phần của hai khí bằng nhau. Sau khi xảy ra sự nổ trong bình kín, người ta làm lạnh để hơi nước ngưng tụ và được dẫn ra ngoài. Sau đó, người ta đưa bình về nhiệt độ ban đầu. Áp suất của khí còn lại trong bình lúc sau bằng bao nhiêu mmHg?</w:t>
      </w:r>
    </w:p>
    <w:tbl>
      <w:tblPr>
        <w:tblStyle w:val="TableGrid"/>
        <w:tblW w:w="0" w:type="auto"/>
        <w:tblInd w:w="108" w:type="dxa"/>
        <w:tblLook w:val="04A0" w:firstRow="1" w:lastRow="0" w:firstColumn="1" w:lastColumn="0" w:noHBand="0" w:noVBand="1"/>
        <w:tblCaption w:val="n130 fb + zalo Thu Minh"/>
        <w:tblDescription w:val="n130 fb + zalo Thu Minh"/>
      </w:tblPr>
      <w:tblGrid>
        <w:gridCol w:w="1274"/>
        <w:gridCol w:w="422"/>
        <w:gridCol w:w="426"/>
        <w:gridCol w:w="425"/>
        <w:gridCol w:w="425"/>
      </w:tblGrid>
      <w:tr w:rsidR="003E52ED" w:rsidRPr="004D46D7" w14:paraId="1EE92504" w14:textId="77777777" w:rsidTr="00F52A3D">
        <w:trPr>
          <w:trHeight w:val="359"/>
        </w:trPr>
        <w:tc>
          <w:tcPr>
            <w:tcW w:w="1274" w:type="dxa"/>
          </w:tcPr>
          <w:p w14:paraId="40C36C12" w14:textId="77777777" w:rsidR="003E52ED" w:rsidRPr="004D46D7" w:rsidRDefault="003E52ED" w:rsidP="0026749B">
            <w:pPr>
              <w:tabs>
                <w:tab w:val="left" w:pos="720"/>
              </w:tabs>
              <w:spacing w:line="276" w:lineRule="auto"/>
              <w:rPr>
                <w:b/>
                <w:bCs/>
                <w:color w:val="auto"/>
                <w:sz w:val="24"/>
                <w:szCs w:val="24"/>
              </w:rPr>
            </w:pPr>
            <w:r w:rsidRPr="004D46D7">
              <w:rPr>
                <w:b/>
                <w:bCs/>
                <w:color w:val="auto"/>
                <w:sz w:val="24"/>
                <w:szCs w:val="24"/>
              </w:rPr>
              <w:t>Đáp án:</w:t>
            </w:r>
          </w:p>
        </w:tc>
        <w:tc>
          <w:tcPr>
            <w:tcW w:w="422" w:type="dxa"/>
          </w:tcPr>
          <w:p w14:paraId="2415B280" w14:textId="77777777" w:rsidR="003E52ED" w:rsidRPr="004D46D7" w:rsidRDefault="003E52ED" w:rsidP="0026749B">
            <w:pPr>
              <w:tabs>
                <w:tab w:val="left" w:pos="720"/>
              </w:tabs>
              <w:spacing w:line="276" w:lineRule="auto"/>
              <w:rPr>
                <w:b/>
                <w:bCs/>
                <w:color w:val="auto"/>
                <w:sz w:val="24"/>
                <w:szCs w:val="24"/>
              </w:rPr>
            </w:pPr>
          </w:p>
        </w:tc>
        <w:tc>
          <w:tcPr>
            <w:tcW w:w="426" w:type="dxa"/>
          </w:tcPr>
          <w:p w14:paraId="6F6DA8AC" w14:textId="77777777" w:rsidR="003E52ED" w:rsidRPr="004D46D7" w:rsidRDefault="003E52ED" w:rsidP="0026749B">
            <w:pPr>
              <w:tabs>
                <w:tab w:val="left" w:pos="720"/>
              </w:tabs>
              <w:spacing w:line="276" w:lineRule="auto"/>
              <w:rPr>
                <w:b/>
                <w:bCs/>
                <w:color w:val="auto"/>
                <w:sz w:val="24"/>
                <w:szCs w:val="24"/>
              </w:rPr>
            </w:pPr>
          </w:p>
        </w:tc>
        <w:tc>
          <w:tcPr>
            <w:tcW w:w="425" w:type="dxa"/>
          </w:tcPr>
          <w:p w14:paraId="5CECB5F5" w14:textId="77777777" w:rsidR="003E52ED" w:rsidRPr="004D46D7" w:rsidRDefault="003E52ED" w:rsidP="0026749B">
            <w:pPr>
              <w:tabs>
                <w:tab w:val="left" w:pos="720"/>
              </w:tabs>
              <w:spacing w:line="276" w:lineRule="auto"/>
              <w:rPr>
                <w:b/>
                <w:bCs/>
                <w:color w:val="auto"/>
                <w:sz w:val="24"/>
                <w:szCs w:val="24"/>
              </w:rPr>
            </w:pPr>
          </w:p>
        </w:tc>
        <w:tc>
          <w:tcPr>
            <w:tcW w:w="425" w:type="dxa"/>
          </w:tcPr>
          <w:p w14:paraId="000D725E" w14:textId="77777777" w:rsidR="003E52ED" w:rsidRPr="004D46D7" w:rsidRDefault="003E52ED" w:rsidP="0026749B">
            <w:pPr>
              <w:tabs>
                <w:tab w:val="left" w:pos="720"/>
              </w:tabs>
              <w:spacing w:line="276" w:lineRule="auto"/>
              <w:rPr>
                <w:b/>
                <w:bCs/>
                <w:color w:val="auto"/>
                <w:sz w:val="24"/>
                <w:szCs w:val="24"/>
              </w:rPr>
            </w:pPr>
          </w:p>
        </w:tc>
      </w:tr>
    </w:tbl>
    <w:p w14:paraId="713DCC04" w14:textId="77777777" w:rsidR="009A2E3F" w:rsidRPr="004D46D7" w:rsidRDefault="009A2E3F" w:rsidP="0026749B">
      <w:pPr>
        <w:tabs>
          <w:tab w:val="left" w:pos="720"/>
        </w:tabs>
        <w:spacing w:line="276" w:lineRule="auto"/>
        <w:jc w:val="both"/>
        <w:rPr>
          <w:color w:val="auto"/>
          <w:sz w:val="24"/>
          <w:szCs w:val="24"/>
          <w:lang w:val="sv-SE"/>
        </w:rPr>
      </w:pPr>
    </w:p>
    <w:p w14:paraId="6AC89A74" w14:textId="77777777" w:rsidR="00031959" w:rsidRPr="004D46D7" w:rsidRDefault="00031959" w:rsidP="0026749B">
      <w:pPr>
        <w:spacing w:after="160" w:line="259" w:lineRule="auto"/>
        <w:rPr>
          <w:b/>
          <w:bCs/>
          <w:i/>
          <w:iCs/>
          <w:color w:val="C00000"/>
          <w:sz w:val="24"/>
          <w:szCs w:val="24"/>
        </w:rPr>
      </w:pPr>
      <w:r w:rsidRPr="004D46D7">
        <w:rPr>
          <w:b/>
          <w:bCs/>
          <w:i/>
          <w:iCs/>
          <w:color w:val="C00000"/>
          <w:sz w:val="24"/>
          <w:szCs w:val="24"/>
        </w:rPr>
        <w:br w:type="page"/>
      </w:r>
    </w:p>
    <w:p w14:paraId="2CDA4EA6" w14:textId="77777777" w:rsidR="00031959" w:rsidRPr="004D46D7" w:rsidRDefault="00031959" w:rsidP="0026749B">
      <w:pPr>
        <w:spacing w:after="160" w:line="259" w:lineRule="auto"/>
        <w:rPr>
          <w:b/>
          <w:bCs/>
          <w:i/>
          <w:iCs/>
          <w:color w:val="C00000"/>
          <w:sz w:val="24"/>
          <w:szCs w:val="24"/>
        </w:rPr>
      </w:pPr>
    </w:p>
    <w:p w14:paraId="4E080F8B" w14:textId="77777777" w:rsidR="00031959" w:rsidRPr="004D46D7" w:rsidRDefault="00031959" w:rsidP="0026749B">
      <w:pPr>
        <w:shd w:val="clear" w:color="auto" w:fill="F4B083" w:themeFill="accent2" w:themeFillTint="99"/>
        <w:rPr>
          <w:b/>
          <w:bCs/>
          <w:color w:val="0070C0"/>
          <w:sz w:val="24"/>
          <w:szCs w:val="24"/>
        </w:rPr>
      </w:pPr>
      <w:r w:rsidRPr="004D46D7">
        <w:rPr>
          <w:b/>
          <w:bCs/>
          <w:color w:val="0070C0"/>
          <w:sz w:val="24"/>
          <w:szCs w:val="24"/>
        </w:rPr>
        <w:t>IV– BÀI TẬP THEO MỨC ĐỘ :</w:t>
      </w:r>
    </w:p>
    <w:p w14:paraId="26492E26" w14:textId="77777777" w:rsidR="00031959" w:rsidRPr="004D46D7" w:rsidRDefault="00031959" w:rsidP="0026749B">
      <w:pPr>
        <w:rPr>
          <w:b/>
          <w:bCs/>
          <w:color w:val="C00000"/>
          <w:sz w:val="24"/>
          <w:szCs w:val="24"/>
        </w:rPr>
      </w:pPr>
    </w:p>
    <w:p w14:paraId="607C3BCC" w14:textId="77777777" w:rsidR="00031959" w:rsidRPr="004D46D7" w:rsidRDefault="00031959" w:rsidP="0026749B">
      <w:pPr>
        <w:rPr>
          <w:b/>
          <w:bCs/>
          <w:color w:val="C00000"/>
          <w:sz w:val="24"/>
          <w:szCs w:val="24"/>
        </w:rPr>
      </w:pPr>
      <w:r w:rsidRPr="004D46D7">
        <w:rPr>
          <w:b/>
          <w:bCs/>
          <w:color w:val="C00000"/>
          <w:sz w:val="24"/>
          <w:szCs w:val="24"/>
        </w:rPr>
        <w:t xml:space="preserve">1. Câu trắc nhiệm nhiều phương án lựa chọn ( 4,5 điểm ) </w:t>
      </w:r>
    </w:p>
    <w:p w14:paraId="190EF2B4" w14:textId="77777777" w:rsidR="00031959" w:rsidRPr="004D46D7" w:rsidRDefault="00031959" w:rsidP="0026749B">
      <w:pPr>
        <w:rPr>
          <w:color w:val="auto"/>
          <w:sz w:val="24"/>
          <w:szCs w:val="24"/>
        </w:rPr>
      </w:pPr>
      <w:r w:rsidRPr="004D46D7">
        <w:rPr>
          <w:color w:val="auto"/>
          <w:sz w:val="24"/>
          <w:szCs w:val="24"/>
        </w:rPr>
        <w:t>Thí sinh trả lời từ câu 1 đến câu 18. Mỗi câu hỏi thí sinh chỉ chọn một phương án.</w:t>
      </w:r>
    </w:p>
    <w:p w14:paraId="6D81A4F3" w14:textId="77777777" w:rsidR="00031959" w:rsidRPr="004D46D7" w:rsidRDefault="00031959" w:rsidP="0026749B">
      <w:pPr>
        <w:rPr>
          <w:color w:val="auto"/>
          <w:sz w:val="24"/>
          <w:szCs w:val="24"/>
        </w:rPr>
      </w:pPr>
      <w:r w:rsidRPr="004D46D7">
        <w:rPr>
          <w:color w:val="auto"/>
          <w:sz w:val="24"/>
          <w:szCs w:val="24"/>
        </w:rPr>
        <w:t>(Mỗi câu trả lời đúng thí sinh được 0,25điểm)</w:t>
      </w:r>
    </w:p>
    <w:p w14:paraId="21A1FC02" w14:textId="77777777" w:rsidR="00031959" w:rsidRPr="004D46D7" w:rsidRDefault="00031959" w:rsidP="0026749B">
      <w:pPr>
        <w:rPr>
          <w:sz w:val="24"/>
          <w:szCs w:val="24"/>
        </w:rPr>
      </w:pPr>
    </w:p>
    <w:p w14:paraId="5E4DAAC6" w14:textId="77777777" w:rsidR="00031959" w:rsidRPr="004D46D7" w:rsidRDefault="00031959" w:rsidP="0026749B">
      <w:pPr>
        <w:shd w:val="clear" w:color="auto" w:fill="FFF2CC" w:themeFill="accent4" w:themeFillTint="33"/>
        <w:rPr>
          <w:b/>
          <w:bCs/>
          <w:color w:val="FF0000"/>
          <w:sz w:val="24"/>
          <w:szCs w:val="24"/>
        </w:rPr>
      </w:pPr>
      <w:r w:rsidRPr="004D46D7">
        <w:rPr>
          <w:b/>
          <w:bCs/>
          <w:color w:val="FF0000"/>
          <w:sz w:val="24"/>
          <w:szCs w:val="24"/>
        </w:rPr>
        <w:t>A. Mức độ NHẬN BIẾT – THÔNG HIỂU</w:t>
      </w:r>
    </w:p>
    <w:p w14:paraId="649D43CC" w14:textId="77777777" w:rsidR="00031959" w:rsidRPr="004D46D7" w:rsidRDefault="00031959" w:rsidP="0026749B">
      <w:pPr>
        <w:rPr>
          <w:color w:val="000000" w:themeColor="text1"/>
          <w:sz w:val="24"/>
          <w:szCs w:val="26"/>
        </w:rPr>
      </w:pPr>
    </w:p>
    <w:p w14:paraId="003EC919" w14:textId="77777777" w:rsidR="00B07001" w:rsidRPr="004D46D7" w:rsidRDefault="00031959" w:rsidP="0026749B">
      <w:pPr>
        <w:rPr>
          <w:color w:val="000000" w:themeColor="text1"/>
          <w:sz w:val="24"/>
        </w:rPr>
      </w:pPr>
      <w:r w:rsidRPr="004D46D7">
        <w:rPr>
          <w:rStyle w:val="Strong"/>
          <w:color w:val="000000" w:themeColor="text1"/>
          <w:sz w:val="24"/>
          <w:szCs w:val="28"/>
        </w:rPr>
        <w:t>Câu 1:</w:t>
      </w:r>
      <w:r w:rsidRPr="004D46D7">
        <w:rPr>
          <w:color w:val="000000" w:themeColor="text1"/>
          <w:sz w:val="24"/>
          <w:szCs w:val="28"/>
        </w:rPr>
        <w:t xml:space="preserve"> </w:t>
      </w:r>
      <w:r w:rsidR="00B07001" w:rsidRPr="004D46D7">
        <w:rPr>
          <w:color w:val="000000" w:themeColor="text1"/>
          <w:sz w:val="24"/>
        </w:rPr>
        <w:t>Phương trình trạng thái khí lý tưởng là:</w:t>
      </w:r>
    </w:p>
    <w:p w14:paraId="03B56B59"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pV = nRT</w:t>
      </w:r>
    </w:p>
    <w:p w14:paraId="61E3EFB3"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pV = mRT</w:t>
      </w:r>
    </w:p>
    <w:p w14:paraId="006FA159"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pV = MRT</w:t>
      </w:r>
    </w:p>
    <w:p w14:paraId="558D9591"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nR/T</w:t>
      </w:r>
    </w:p>
    <w:p w14:paraId="33AFCB65" w14:textId="77777777" w:rsidR="00031959" w:rsidRPr="004D46D7" w:rsidRDefault="00031959" w:rsidP="0026749B">
      <w:pPr>
        <w:rPr>
          <w:color w:val="000000" w:themeColor="text1"/>
          <w:sz w:val="24"/>
        </w:rPr>
      </w:pPr>
      <w:r w:rsidRPr="004D46D7">
        <w:rPr>
          <w:rStyle w:val="Strong"/>
          <w:color w:val="000000" w:themeColor="text1"/>
          <w:sz w:val="24"/>
          <w:szCs w:val="28"/>
        </w:rPr>
        <w:t>Câu 2:</w:t>
      </w:r>
      <w:r w:rsidRPr="004D46D7">
        <w:rPr>
          <w:color w:val="000000" w:themeColor="text1"/>
          <w:sz w:val="24"/>
          <w:szCs w:val="28"/>
        </w:rPr>
        <w:t xml:space="preserve"> </w:t>
      </w:r>
      <w:r w:rsidR="00B07001" w:rsidRPr="004D46D7">
        <w:rPr>
          <w:color w:val="000000" w:themeColor="text1"/>
          <w:sz w:val="24"/>
        </w:rPr>
        <w:t>Trong phương trình trạng thái khí lý tưởng, n là:</w:t>
      </w:r>
    </w:p>
    <w:p w14:paraId="7A1AC053"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Khối lượng khí</w:t>
      </w:r>
    </w:p>
    <w:p w14:paraId="6F5119CC"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Số mol khí</w:t>
      </w:r>
    </w:p>
    <w:p w14:paraId="1557ABCF"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Nhiệt độ khí</w:t>
      </w:r>
    </w:p>
    <w:p w14:paraId="5F66F20C"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Thể tích khí</w:t>
      </w:r>
    </w:p>
    <w:p w14:paraId="0B60AC00" w14:textId="77777777" w:rsidR="00B07001" w:rsidRPr="004D46D7" w:rsidRDefault="00031959" w:rsidP="0026749B">
      <w:pPr>
        <w:rPr>
          <w:color w:val="000000" w:themeColor="text1"/>
          <w:sz w:val="24"/>
        </w:rPr>
      </w:pPr>
      <w:r w:rsidRPr="004D46D7">
        <w:rPr>
          <w:rStyle w:val="Strong"/>
          <w:color w:val="000000" w:themeColor="text1"/>
          <w:sz w:val="24"/>
          <w:szCs w:val="28"/>
        </w:rPr>
        <w:t>Câu 3:</w:t>
      </w:r>
      <w:r w:rsidRPr="004D46D7">
        <w:rPr>
          <w:color w:val="000000" w:themeColor="text1"/>
          <w:sz w:val="24"/>
          <w:szCs w:val="28"/>
        </w:rPr>
        <w:t xml:space="preserve"> </w:t>
      </w:r>
      <w:r w:rsidR="00B07001" w:rsidRPr="004D46D7">
        <w:rPr>
          <w:color w:val="000000" w:themeColor="text1"/>
          <w:sz w:val="24"/>
        </w:rPr>
        <w:t>Trong phương trình trạng thái khí lý tưởng, R là:</w:t>
      </w:r>
    </w:p>
    <w:p w14:paraId="16B33639"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Hằng số khí lý tưởng</w:t>
      </w:r>
    </w:p>
    <w:p w14:paraId="7433E15A"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Áp suất khí</w:t>
      </w:r>
    </w:p>
    <w:p w14:paraId="05591FD4"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Nhiệt độ khí</w:t>
      </w:r>
    </w:p>
    <w:p w14:paraId="4726AB4F"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Thể tích khí</w:t>
      </w:r>
    </w:p>
    <w:p w14:paraId="3186BE62" w14:textId="77777777" w:rsidR="00B07001" w:rsidRPr="004D46D7" w:rsidRDefault="00031959" w:rsidP="0026749B">
      <w:pPr>
        <w:rPr>
          <w:color w:val="000000" w:themeColor="text1"/>
          <w:sz w:val="24"/>
        </w:rPr>
      </w:pPr>
      <w:r w:rsidRPr="004D46D7">
        <w:rPr>
          <w:rStyle w:val="Strong"/>
          <w:color w:val="000000" w:themeColor="text1"/>
          <w:sz w:val="24"/>
          <w:szCs w:val="28"/>
        </w:rPr>
        <w:t>Câu 4</w:t>
      </w:r>
      <w:r w:rsidR="00B07001" w:rsidRPr="004D46D7">
        <w:rPr>
          <w:color w:val="000000" w:themeColor="text1"/>
          <w:sz w:val="24"/>
        </w:rPr>
        <w:t xml:space="preserve"> Đơn vị của R khi áp suất p đo bằng Pa và thể tích V đo bằng m³:</w:t>
      </w:r>
    </w:p>
    <w:p w14:paraId="1942706C"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J/mol·K</w:t>
      </w:r>
    </w:p>
    <w:p w14:paraId="24DFA944"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atm·l/mol·K</w:t>
      </w:r>
    </w:p>
    <w:p w14:paraId="336D5ADD"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N·m/mol·K</w:t>
      </w:r>
    </w:p>
    <w:p w14:paraId="05439CDE" w14:textId="77777777" w:rsidR="00B07001" w:rsidRPr="004D46D7" w:rsidRDefault="00B07001"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m³/mol·K</w:t>
      </w:r>
    </w:p>
    <w:p w14:paraId="0DE59631" w14:textId="77777777" w:rsidR="004D3DC4" w:rsidRPr="004D46D7" w:rsidRDefault="00031959" w:rsidP="0026749B">
      <w:pPr>
        <w:rPr>
          <w:color w:val="000000" w:themeColor="text1"/>
          <w:sz w:val="24"/>
        </w:rPr>
      </w:pPr>
      <w:r w:rsidRPr="004D46D7">
        <w:rPr>
          <w:rStyle w:val="Strong"/>
          <w:color w:val="000000" w:themeColor="text1"/>
          <w:sz w:val="24"/>
          <w:szCs w:val="28"/>
        </w:rPr>
        <w:t>Câu 5:</w:t>
      </w:r>
      <w:r w:rsidRPr="004D46D7">
        <w:rPr>
          <w:color w:val="000000" w:themeColor="text1"/>
          <w:sz w:val="24"/>
          <w:szCs w:val="28"/>
        </w:rPr>
        <w:t xml:space="preserve"> </w:t>
      </w:r>
      <w:r w:rsidR="004D3DC4" w:rsidRPr="004D46D7">
        <w:rPr>
          <w:color w:val="000000" w:themeColor="text1"/>
          <w:sz w:val="24"/>
        </w:rPr>
        <w:t>Phương trình trạng thái khí lý tưởng có thể viết dưới dạng nào khi xét hai trạng thái khác nhau của cùng một khối khí?</w:t>
      </w:r>
    </w:p>
    <w:p w14:paraId="3BBF895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m:oMath>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 xml:space="preserve">1 </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den>
        </m:f>
      </m:oMath>
    </w:p>
    <w:p w14:paraId="3E051A5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m:oMath>
        <m:f>
          <m:fPr>
            <m:ctrlPr>
              <w:rPr>
                <w:rFonts w:ascii="Cambria Math" w:hAnsi="Cambria Math"/>
                <w:i/>
                <w:color w:val="000000" w:themeColor="text1"/>
                <w:sz w:val="24"/>
              </w:rPr>
            </m:ctrlPr>
          </m:fPr>
          <m:num>
            <m:sSub>
              <m:sSubPr>
                <m:ctrlPr>
                  <w:rPr>
                    <w:rFonts w:ascii="Cambria Math" w:hAnsi="Cambria Math"/>
                    <w:i/>
                    <w:color w:val="000000" w:themeColor="text1"/>
                    <w:sz w:val="24"/>
                    <w:lang w:val="vi-VN"/>
                  </w:rPr>
                </m:ctrlPr>
              </m:sSubPr>
              <m:e>
                <m:r>
                  <w:rPr>
                    <w:rFonts w:ascii="Cambria Math" w:hAnsi="Cambria Math"/>
                    <w:color w:val="000000" w:themeColor="text1"/>
                    <w:sz w:val="24"/>
                  </w:rPr>
                  <m:t>p</m:t>
                </m:r>
                <m:ctrlPr>
                  <w:rPr>
                    <w:rFonts w:ascii="Cambria Math" w:hAnsi="Cambria Math"/>
                    <w:i/>
                    <w:color w:val="000000" w:themeColor="text1"/>
                    <w:sz w:val="24"/>
                  </w:rPr>
                </m:ctrlP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den>
        </m:f>
      </m:oMath>
    </w:p>
    <w:p w14:paraId="64D02A82"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m:oMath>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den>
        </m:f>
      </m:oMath>
    </w:p>
    <w:p w14:paraId="20FBB23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m:oMath>
        <m:f>
          <m:fPr>
            <m:ctrlPr>
              <w:rPr>
                <w:rFonts w:ascii="Cambria Math" w:hAnsi="Cambria Math"/>
                <w:i/>
                <w:color w:val="000000" w:themeColor="text1"/>
                <w:sz w:val="24"/>
              </w:rPr>
            </m:ctrlPr>
          </m:fPr>
          <m:num>
            <m:sSub>
              <m:sSubPr>
                <m:ctrlPr>
                  <w:rPr>
                    <w:rFonts w:ascii="Cambria Math" w:hAnsi="Cambria Math"/>
                    <w:i/>
                    <w:color w:val="000000" w:themeColor="text1"/>
                    <w:sz w:val="24"/>
                    <w:lang w:val="vi-VN"/>
                  </w:rPr>
                </m:ctrlPr>
              </m:sSubPr>
              <m:e>
                <m:r>
                  <w:rPr>
                    <w:rFonts w:ascii="Cambria Math" w:hAnsi="Cambria Math"/>
                    <w:color w:val="000000" w:themeColor="text1"/>
                    <w:sz w:val="24"/>
                  </w:rPr>
                  <m:t>T</m:t>
                </m:r>
                <m:ctrlPr>
                  <w:rPr>
                    <w:rFonts w:ascii="Cambria Math" w:hAnsi="Cambria Math"/>
                    <w:i/>
                    <w:color w:val="000000" w:themeColor="text1"/>
                    <w:sz w:val="24"/>
                  </w:rPr>
                </m:ctrlPr>
              </m:e>
              <m:sub>
                <m:r>
                  <w:rPr>
                    <w:rFonts w:ascii="Cambria Math" w:hAnsi="Cambria Math"/>
                    <w:color w:val="000000" w:themeColor="text1"/>
                    <w:sz w:val="24"/>
                  </w:rPr>
                  <m:t>1</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den>
        </m:f>
        <m:r>
          <w:rPr>
            <w:rFonts w:ascii="Cambria Math" w:hAnsi="Cambria Math"/>
            <w:color w:val="000000" w:themeColor="text1"/>
            <w:sz w:val="24"/>
          </w:rPr>
          <m:t xml:space="preserve"> =</m:t>
        </m:r>
        <m:f>
          <m:fPr>
            <m:ctrlPr>
              <w:rPr>
                <w:rFonts w:ascii="Cambria Math" w:hAnsi="Cambria Math"/>
                <w:i/>
                <w:color w:val="000000" w:themeColor="text1"/>
                <w:sz w:val="24"/>
              </w:rPr>
            </m:ctrlPr>
          </m:fPr>
          <m:num>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2</m:t>
                </m:r>
              </m:sub>
            </m:sSub>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num>
          <m:den>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2</m:t>
                </m:r>
              </m:sub>
            </m:sSub>
          </m:den>
        </m:f>
      </m:oMath>
    </w:p>
    <w:p w14:paraId="72EFCA07" w14:textId="77777777" w:rsidR="004D3DC4" w:rsidRPr="004D46D7" w:rsidRDefault="00031959" w:rsidP="0026749B">
      <w:pPr>
        <w:rPr>
          <w:color w:val="000000" w:themeColor="text1"/>
          <w:sz w:val="24"/>
        </w:rPr>
      </w:pPr>
      <w:r w:rsidRPr="004D46D7">
        <w:rPr>
          <w:rStyle w:val="Strong"/>
          <w:color w:val="000000" w:themeColor="text1"/>
          <w:sz w:val="24"/>
          <w:szCs w:val="28"/>
        </w:rPr>
        <w:t>Câu 6:</w:t>
      </w:r>
      <w:r w:rsidRPr="004D46D7">
        <w:rPr>
          <w:color w:val="000000" w:themeColor="text1"/>
          <w:sz w:val="24"/>
          <w:szCs w:val="28"/>
        </w:rPr>
        <w:t xml:space="preserve"> </w:t>
      </w:r>
      <w:r w:rsidR="004D3DC4" w:rsidRPr="004D46D7">
        <w:rPr>
          <w:color w:val="000000" w:themeColor="text1"/>
          <w:sz w:val="24"/>
        </w:rPr>
        <w:t>Khi nhiệt độ khí tăng</w:t>
      </w:r>
      <w:r w:rsidR="004D3DC4" w:rsidRPr="004D46D7">
        <w:rPr>
          <w:color w:val="000000" w:themeColor="text1"/>
          <w:sz w:val="24"/>
          <w:lang w:val="vi-VN"/>
        </w:rPr>
        <w:t xml:space="preserve"> và áp suất không đổi</w:t>
      </w:r>
      <w:r w:rsidR="004D3DC4" w:rsidRPr="004D46D7">
        <w:rPr>
          <w:color w:val="000000" w:themeColor="text1"/>
          <w:sz w:val="24"/>
        </w:rPr>
        <w:t xml:space="preserve"> thì thể tích khí sẽ:</w:t>
      </w:r>
    </w:p>
    <w:p w14:paraId="742672A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0208E06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2995E61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76A931A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53E221EA" w14:textId="77777777" w:rsidR="004D3DC4" w:rsidRPr="004D46D7" w:rsidRDefault="00031959" w:rsidP="0026749B">
      <w:pPr>
        <w:rPr>
          <w:color w:val="000000" w:themeColor="text1"/>
          <w:sz w:val="24"/>
        </w:rPr>
      </w:pPr>
      <w:r w:rsidRPr="004D46D7">
        <w:rPr>
          <w:rStyle w:val="Strong"/>
          <w:color w:val="000000" w:themeColor="text1"/>
          <w:sz w:val="24"/>
          <w:szCs w:val="28"/>
        </w:rPr>
        <w:t>Câu 7:</w:t>
      </w:r>
      <w:r w:rsidRPr="004D46D7">
        <w:rPr>
          <w:color w:val="000000" w:themeColor="text1"/>
          <w:sz w:val="24"/>
          <w:szCs w:val="28"/>
        </w:rPr>
        <w:t xml:space="preserve"> </w:t>
      </w:r>
      <w:r w:rsidR="004D3DC4" w:rsidRPr="004D46D7">
        <w:rPr>
          <w:color w:val="000000" w:themeColor="text1"/>
          <w:sz w:val="24"/>
        </w:rPr>
        <w:t>Áp suất khí lý tưởng đo bằng đơn vị nào trong hệ SI?</w:t>
      </w:r>
    </w:p>
    <w:p w14:paraId="253BF6D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Pa</w:t>
      </w:r>
    </w:p>
    <w:p w14:paraId="087927A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atm</w:t>
      </w:r>
    </w:p>
    <w:p w14:paraId="2AF2856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mmHg</w:t>
      </w:r>
    </w:p>
    <w:p w14:paraId="34F3F36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bar</w:t>
      </w:r>
    </w:p>
    <w:p w14:paraId="0DCD27A9" w14:textId="77777777" w:rsidR="004D3DC4" w:rsidRPr="004D46D7" w:rsidRDefault="00031959" w:rsidP="0026749B">
      <w:pPr>
        <w:rPr>
          <w:color w:val="000000" w:themeColor="text1"/>
          <w:sz w:val="24"/>
        </w:rPr>
      </w:pPr>
      <w:r w:rsidRPr="004D46D7">
        <w:rPr>
          <w:rStyle w:val="Strong"/>
          <w:color w:val="000000" w:themeColor="text1"/>
          <w:sz w:val="24"/>
          <w:szCs w:val="28"/>
        </w:rPr>
        <w:t>Câu 8:</w:t>
      </w:r>
      <w:r w:rsidRPr="004D46D7">
        <w:rPr>
          <w:color w:val="000000" w:themeColor="text1"/>
          <w:sz w:val="24"/>
          <w:szCs w:val="28"/>
        </w:rPr>
        <w:t xml:space="preserve"> </w:t>
      </w:r>
      <w:r w:rsidR="004D3DC4" w:rsidRPr="004D46D7">
        <w:rPr>
          <w:color w:val="000000" w:themeColor="text1"/>
          <w:sz w:val="24"/>
        </w:rPr>
        <w:t>Trong phương trình pV = nRT, nếu T tăng thì p sẽ:</w:t>
      </w:r>
    </w:p>
    <w:p w14:paraId="12773A3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03001B5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362541D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4E5B337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1BD237B8" w14:textId="77777777" w:rsidR="004D3DC4" w:rsidRPr="004D46D7" w:rsidRDefault="00031959" w:rsidP="0026749B">
      <w:pPr>
        <w:rPr>
          <w:color w:val="000000" w:themeColor="text1"/>
          <w:sz w:val="24"/>
        </w:rPr>
      </w:pPr>
      <w:r w:rsidRPr="004D46D7">
        <w:rPr>
          <w:rStyle w:val="Strong"/>
          <w:color w:val="000000" w:themeColor="text1"/>
          <w:sz w:val="24"/>
          <w:szCs w:val="28"/>
        </w:rPr>
        <w:lastRenderedPageBreak/>
        <w:t>Câu 9:</w:t>
      </w:r>
      <w:r w:rsidRPr="004D46D7">
        <w:rPr>
          <w:color w:val="000000" w:themeColor="text1"/>
          <w:sz w:val="24"/>
          <w:szCs w:val="28"/>
        </w:rPr>
        <w:t xml:space="preserve"> </w:t>
      </w:r>
      <w:r w:rsidR="004D3DC4" w:rsidRPr="004D46D7">
        <w:rPr>
          <w:color w:val="000000" w:themeColor="text1"/>
          <w:sz w:val="24"/>
        </w:rPr>
        <w:t>Khí lý tưởng tuân theo đúng:</w:t>
      </w:r>
    </w:p>
    <w:p w14:paraId="6AB05F5D"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Các định luật về chất khí</w:t>
      </w:r>
    </w:p>
    <w:p w14:paraId="0B47649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Định luật về chất rắn</w:t>
      </w:r>
    </w:p>
    <w:p w14:paraId="4CEB3E6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Định luật về chất lỏng</w:t>
      </w:r>
    </w:p>
    <w:p w14:paraId="77C63382"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Định luật về chất khí ở nhiệt độ thấp</w:t>
      </w:r>
    </w:p>
    <w:p w14:paraId="09B2FB9D" w14:textId="77777777" w:rsidR="004D3DC4" w:rsidRPr="004D46D7" w:rsidRDefault="00031959" w:rsidP="0026749B">
      <w:pPr>
        <w:rPr>
          <w:color w:val="000000" w:themeColor="text1"/>
          <w:sz w:val="24"/>
        </w:rPr>
      </w:pPr>
      <w:r w:rsidRPr="004D46D7">
        <w:rPr>
          <w:rStyle w:val="Strong"/>
          <w:color w:val="000000" w:themeColor="text1"/>
          <w:sz w:val="24"/>
          <w:szCs w:val="28"/>
        </w:rPr>
        <w:t>Câu 10:</w:t>
      </w:r>
      <w:r w:rsidRPr="004D46D7">
        <w:rPr>
          <w:color w:val="000000" w:themeColor="text1"/>
          <w:sz w:val="24"/>
          <w:szCs w:val="28"/>
        </w:rPr>
        <w:t xml:space="preserve"> </w:t>
      </w:r>
      <w:r w:rsidR="004D3DC4" w:rsidRPr="004D46D7">
        <w:rPr>
          <w:color w:val="000000" w:themeColor="text1"/>
          <w:sz w:val="24"/>
        </w:rPr>
        <w:t>Nhiệt độ trong phương trình trạng thái khí lý tưởng đo bằng đơn vị:</w:t>
      </w:r>
    </w:p>
    <w:p w14:paraId="326B736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Celsius (°C)</w:t>
      </w:r>
    </w:p>
    <w:p w14:paraId="5F370730"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Fahrenheit (°F)</w:t>
      </w:r>
    </w:p>
    <w:p w14:paraId="5D1BB54C"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Kelvin (K)</w:t>
      </w:r>
    </w:p>
    <w:p w14:paraId="0B06FDED"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Rankine (°R)</w:t>
      </w:r>
    </w:p>
    <w:p w14:paraId="2648345B" w14:textId="77777777" w:rsidR="004D3DC4" w:rsidRPr="004D46D7" w:rsidRDefault="00031959" w:rsidP="0026749B">
      <w:pPr>
        <w:rPr>
          <w:color w:val="000000" w:themeColor="text1"/>
          <w:sz w:val="24"/>
        </w:rPr>
      </w:pPr>
      <w:r w:rsidRPr="004D46D7">
        <w:rPr>
          <w:rStyle w:val="Strong"/>
          <w:color w:val="000000" w:themeColor="text1"/>
          <w:sz w:val="24"/>
          <w:szCs w:val="28"/>
        </w:rPr>
        <w:t>Câu 11:</w:t>
      </w:r>
      <w:r w:rsidRPr="004D46D7">
        <w:rPr>
          <w:color w:val="000000" w:themeColor="text1"/>
          <w:sz w:val="24"/>
          <w:szCs w:val="28"/>
        </w:rPr>
        <w:t xml:space="preserve"> </w:t>
      </w:r>
      <w:r w:rsidR="004D3DC4" w:rsidRPr="004D46D7">
        <w:rPr>
          <w:color w:val="000000" w:themeColor="text1"/>
          <w:sz w:val="24"/>
        </w:rPr>
        <w:t>Số mol khí trong phương trình trạng thái khí lý tưởng kí hiệu là:</w:t>
      </w:r>
    </w:p>
    <w:p w14:paraId="3B0D56E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m</w:t>
      </w:r>
    </w:p>
    <w:p w14:paraId="09CCDA6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M</w:t>
      </w:r>
    </w:p>
    <w:p w14:paraId="12E46C0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n</w:t>
      </w:r>
    </w:p>
    <w:p w14:paraId="6010251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N</w:t>
      </w:r>
    </w:p>
    <w:p w14:paraId="666D1065" w14:textId="77777777" w:rsidR="004D3DC4" w:rsidRPr="004D46D7" w:rsidRDefault="00031959" w:rsidP="0026749B">
      <w:pPr>
        <w:rPr>
          <w:color w:val="000000" w:themeColor="text1"/>
          <w:sz w:val="24"/>
        </w:rPr>
      </w:pPr>
      <w:r w:rsidRPr="004D46D7">
        <w:rPr>
          <w:rStyle w:val="Strong"/>
          <w:color w:val="000000" w:themeColor="text1"/>
          <w:sz w:val="24"/>
          <w:szCs w:val="28"/>
        </w:rPr>
        <w:t>Câu 12:</w:t>
      </w:r>
      <w:r w:rsidRPr="004D46D7">
        <w:rPr>
          <w:color w:val="000000" w:themeColor="text1"/>
          <w:sz w:val="24"/>
          <w:szCs w:val="28"/>
        </w:rPr>
        <w:t xml:space="preserve"> </w:t>
      </w:r>
      <w:r w:rsidR="004D3DC4" w:rsidRPr="004D46D7">
        <w:rPr>
          <w:color w:val="000000" w:themeColor="text1"/>
          <w:sz w:val="24"/>
        </w:rPr>
        <w:t>Nếu áp suất p của một khí lý tưởng tăng thì thể tích V của khí đó sẽ:</w:t>
      </w:r>
    </w:p>
    <w:p w14:paraId="011ACF62"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7C928A2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1CCB438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3CE96D9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621D85B4" w14:textId="77777777" w:rsidR="004D3DC4" w:rsidRPr="004D46D7" w:rsidRDefault="00031959" w:rsidP="0026749B">
      <w:pPr>
        <w:rPr>
          <w:color w:val="000000" w:themeColor="text1"/>
          <w:sz w:val="24"/>
        </w:rPr>
      </w:pPr>
      <w:r w:rsidRPr="004D46D7">
        <w:rPr>
          <w:rStyle w:val="Strong"/>
          <w:color w:val="000000" w:themeColor="text1"/>
          <w:sz w:val="24"/>
          <w:szCs w:val="28"/>
        </w:rPr>
        <w:t>Câu 13:</w:t>
      </w:r>
      <w:r w:rsidRPr="004D46D7">
        <w:rPr>
          <w:color w:val="000000" w:themeColor="text1"/>
          <w:sz w:val="24"/>
          <w:szCs w:val="28"/>
        </w:rPr>
        <w:t xml:space="preserve"> </w:t>
      </w:r>
      <w:r w:rsidR="004D3DC4" w:rsidRPr="004D46D7">
        <w:rPr>
          <w:color w:val="000000" w:themeColor="text1"/>
          <w:sz w:val="24"/>
        </w:rPr>
        <w:t>Đơn vị của thể tích V trong hệ SI là:</w:t>
      </w:r>
    </w:p>
    <w:p w14:paraId="219F3A6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lít (L)</w:t>
      </w:r>
    </w:p>
    <w:p w14:paraId="749096D2"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mét khối (m³)</w:t>
      </w:r>
    </w:p>
    <w:p w14:paraId="69F6FDD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gallon (gal)</w:t>
      </w:r>
    </w:p>
    <w:p w14:paraId="4374C4D9"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mililit (mL)</w:t>
      </w:r>
    </w:p>
    <w:p w14:paraId="71B084F5" w14:textId="77777777" w:rsidR="004D3DC4" w:rsidRPr="004D46D7" w:rsidRDefault="00031959" w:rsidP="0026749B">
      <w:pPr>
        <w:rPr>
          <w:color w:val="000000" w:themeColor="text1"/>
          <w:sz w:val="24"/>
        </w:rPr>
      </w:pPr>
      <w:r w:rsidRPr="004D46D7">
        <w:rPr>
          <w:rStyle w:val="Strong"/>
          <w:color w:val="000000" w:themeColor="text1"/>
          <w:sz w:val="24"/>
          <w:szCs w:val="28"/>
        </w:rPr>
        <w:t>Câu 14:</w:t>
      </w:r>
      <w:r w:rsidRPr="004D46D7">
        <w:rPr>
          <w:color w:val="000000" w:themeColor="text1"/>
          <w:sz w:val="24"/>
          <w:szCs w:val="28"/>
        </w:rPr>
        <w:t xml:space="preserve"> </w:t>
      </w:r>
      <w:r w:rsidR="004D3DC4" w:rsidRPr="004D46D7">
        <w:rPr>
          <w:color w:val="000000" w:themeColor="text1"/>
          <w:sz w:val="24"/>
        </w:rPr>
        <w:t>Phương trình pV = nRT áp dụng cho:</w:t>
      </w:r>
    </w:p>
    <w:p w14:paraId="1BE999D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Khí lý tưởng</w:t>
      </w:r>
    </w:p>
    <w:p w14:paraId="6BBF0000"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Chất lỏng</w:t>
      </w:r>
    </w:p>
    <w:p w14:paraId="197003BA"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Chất rắn</w:t>
      </w:r>
    </w:p>
    <w:p w14:paraId="794BB6A1"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Chất plasma</w:t>
      </w:r>
    </w:p>
    <w:p w14:paraId="68AA4A4D" w14:textId="77777777" w:rsidR="004D3DC4" w:rsidRPr="004D46D7" w:rsidRDefault="00031959" w:rsidP="0026749B">
      <w:pPr>
        <w:rPr>
          <w:color w:val="000000" w:themeColor="text1"/>
          <w:sz w:val="24"/>
        </w:rPr>
      </w:pPr>
      <w:r w:rsidRPr="004D46D7">
        <w:rPr>
          <w:rStyle w:val="Strong"/>
          <w:color w:val="000000" w:themeColor="text1"/>
          <w:sz w:val="24"/>
          <w:szCs w:val="28"/>
        </w:rPr>
        <w:t>Câu 15:</w:t>
      </w:r>
      <w:r w:rsidRPr="004D46D7">
        <w:rPr>
          <w:color w:val="000000" w:themeColor="text1"/>
          <w:sz w:val="24"/>
          <w:szCs w:val="28"/>
        </w:rPr>
        <w:t xml:space="preserve"> </w:t>
      </w:r>
      <w:r w:rsidR="004D3DC4" w:rsidRPr="004D46D7">
        <w:rPr>
          <w:color w:val="000000" w:themeColor="text1"/>
          <w:sz w:val="24"/>
        </w:rPr>
        <w:t>Khi số mol khí n tăng thì áp suất p của khí lý tưởng sẽ:</w:t>
      </w:r>
    </w:p>
    <w:p w14:paraId="67F16A1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337F4FA4"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361F2045"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6325BACD"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397C2C1B"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16</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 xml:space="preserve">Giả sử có một khối khí lý tưởng ban đầu có áp suất </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004D3DC4" w:rsidRPr="004D46D7">
        <w:rPr>
          <w:color w:val="000000" w:themeColor="text1"/>
          <w:sz w:val="24"/>
        </w:rPr>
        <w:t xml:space="preserve">, thể tích V1 và nhiệt độ </w:t>
      </w:r>
      <m:oMath>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oMath>
      <w:r w:rsidR="004D3DC4" w:rsidRPr="004D46D7">
        <w:rPr>
          <w:color w:val="000000" w:themeColor="text1"/>
          <w:sz w:val="24"/>
        </w:rPr>
        <w:t>. Nếu áp suất và thể tích của khối khí thay đổi thành p2 và V2 nhưng nhiệt độ không đổi, phương trình nào dưới đây đúng?</w:t>
      </w:r>
    </w:p>
    <w:p w14:paraId="6BB4D548"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A.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oMath>
      </m:oMathPara>
    </w:p>
    <w:p w14:paraId="13672451"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B.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oMath>
      </m:oMathPara>
    </w:p>
    <w:p w14:paraId="76E90652"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C.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r>
            <m:rPr>
              <m:sty m:val="p"/>
            </m:rPr>
            <w:rPr>
              <w:rFonts w:ascii="Cambria Math" w:hAnsi="Cambria Math"/>
              <w:color w:val="000000" w:themeColor="text1"/>
              <w:sz w:val="24"/>
            </w:rPr>
            <m:t xml:space="preserve"> = 1</m:t>
          </m:r>
        </m:oMath>
      </m:oMathPara>
    </w:p>
    <w:p w14:paraId="64A48241" w14:textId="77777777" w:rsidR="004D3DC4" w:rsidRPr="004D46D7" w:rsidRDefault="0007659D" w:rsidP="0026749B">
      <w:pPr>
        <w:tabs>
          <w:tab w:val="left" w:pos="3402"/>
          <w:tab w:val="left" w:pos="5669"/>
          <w:tab w:val="left" w:pos="7937"/>
        </w:tabs>
        <w:jc w:val="both"/>
        <w:rPr>
          <w:rFonts w:ascii="Cambria Math" w:hAnsi="Cambria Math"/>
          <w:color w:val="000000" w:themeColor="text1"/>
          <w:sz w:val="24"/>
          <w:oMath/>
        </w:rPr>
      </w:pPr>
      <m:oMathPara>
        <m:oMathParaPr>
          <m:jc m:val="left"/>
        </m:oMathParaPr>
        <m:oMath>
          <m:r>
            <m:rPr>
              <m:sty m:val="b"/>
            </m:rPr>
            <w:rPr>
              <w:rFonts w:ascii="Cambria Math" w:hAnsi="Cambria Math"/>
              <w:color w:val="000000" w:themeColor="text1"/>
              <w:sz w:val="24"/>
            </w:rPr>
            <m:t xml:space="preserve">D.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ctrlPr>
                <w:rPr>
                  <w:rFonts w:ascii="Cambria Math" w:hAnsi="Cambria Math"/>
                  <w:b/>
                  <w:iCs/>
                  <w:color w:val="000000" w:themeColor="text1"/>
                  <w:sz w:val="24"/>
                </w:rPr>
              </m:ctrlP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1</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T</m:t>
              </m:r>
            </m:e>
            <m:sub>
              <m:r>
                <m:rPr>
                  <m:sty m:val="p"/>
                </m:rPr>
                <w:rPr>
                  <w:rFonts w:ascii="Cambria Math" w:hAnsi="Cambria Math"/>
                  <w:color w:val="000000" w:themeColor="text1"/>
                  <w:sz w:val="24"/>
                </w:rPr>
                <m:t>1</m:t>
              </m:r>
            </m:sub>
          </m:sSub>
          <m:r>
            <m:rPr>
              <m:sty m:val="p"/>
            </m:rPr>
            <w:rPr>
              <w:rFonts w:ascii="Cambria Math" w:hAnsi="Cambria Math"/>
              <w:color w:val="000000" w:themeColor="text1"/>
              <w:sz w:val="24"/>
            </w:rPr>
            <m:t xml:space="preserve"> = </m:t>
          </m:r>
          <m:sSub>
            <m:sSubPr>
              <m:ctrlPr>
                <w:rPr>
                  <w:rFonts w:ascii="Cambria Math" w:hAnsi="Cambria Math"/>
                  <w:iCs/>
                  <w:color w:val="000000" w:themeColor="text1"/>
                  <w:sz w:val="24"/>
                </w:rPr>
              </m:ctrlPr>
            </m:sSubPr>
            <m:e>
              <m:r>
                <m:rPr>
                  <m:sty m:val="p"/>
                </m:rPr>
                <w:rPr>
                  <w:rFonts w:ascii="Cambria Math" w:hAnsi="Cambria Math"/>
                  <w:color w:val="000000" w:themeColor="text1"/>
                  <w:sz w:val="24"/>
                </w:rPr>
                <m:t>p</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V</m:t>
              </m:r>
            </m:e>
            <m:sub>
              <m:r>
                <m:rPr>
                  <m:sty m:val="p"/>
                </m:rPr>
                <w:rPr>
                  <w:rFonts w:ascii="Cambria Math" w:hAnsi="Cambria Math"/>
                  <w:color w:val="000000" w:themeColor="text1"/>
                  <w:sz w:val="24"/>
                </w:rPr>
                <m:t>2</m:t>
              </m:r>
            </m:sub>
          </m:sSub>
          <m:sSub>
            <m:sSubPr>
              <m:ctrlPr>
                <w:rPr>
                  <w:rFonts w:ascii="Cambria Math" w:hAnsi="Cambria Math"/>
                  <w:iCs/>
                  <w:color w:val="000000" w:themeColor="text1"/>
                  <w:sz w:val="24"/>
                </w:rPr>
              </m:ctrlPr>
            </m:sSubPr>
            <m:e>
              <m:r>
                <m:rPr>
                  <m:sty m:val="p"/>
                </m:rPr>
                <w:rPr>
                  <w:rFonts w:ascii="Cambria Math" w:hAnsi="Cambria Math"/>
                  <w:color w:val="000000" w:themeColor="text1"/>
                  <w:sz w:val="24"/>
                </w:rPr>
                <m:t>T</m:t>
              </m:r>
            </m:e>
            <m:sub>
              <m:r>
                <m:rPr>
                  <m:sty m:val="p"/>
                </m:rPr>
                <w:rPr>
                  <w:rFonts w:ascii="Cambria Math" w:hAnsi="Cambria Math"/>
                  <w:color w:val="000000" w:themeColor="text1"/>
                  <w:sz w:val="24"/>
                </w:rPr>
                <m:t>2</m:t>
              </m:r>
            </m:sub>
          </m:sSub>
        </m:oMath>
      </m:oMathPara>
    </w:p>
    <w:p w14:paraId="1625EB3B"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17</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quá trình đẳng áp (áp suất không đổi), phương trình trạng thái khí lý tưởng có dạng:</w:t>
      </w:r>
    </w:p>
    <w:p w14:paraId="47BDF453"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V/T = k</w:t>
      </w:r>
    </w:p>
    <w:p w14:paraId="5D52EF5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VT = k</w:t>
      </w:r>
    </w:p>
    <w:p w14:paraId="51B4B89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p/T = k</w:t>
      </w:r>
    </w:p>
    <w:p w14:paraId="1D1B6157"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k</w:t>
      </w:r>
    </w:p>
    <w:p w14:paraId="3E71F536" w14:textId="77777777" w:rsidR="004D3DC4" w:rsidRPr="004D46D7" w:rsidRDefault="00031959" w:rsidP="0026749B">
      <w:pPr>
        <w:rPr>
          <w:b/>
          <w:color w:val="000000" w:themeColor="text1"/>
          <w:sz w:val="24"/>
          <w:szCs w:val="28"/>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18</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lý thuyết về khí lý tưởng, phát biểu nào sau đây là đúng?</w:t>
      </w:r>
    </w:p>
    <w:p w14:paraId="34D8F1B5" w14:textId="77777777" w:rsidR="004D3DC4" w:rsidRPr="004D46D7" w:rsidRDefault="004D3DC4" w:rsidP="0026749B">
      <w:pPr>
        <w:tabs>
          <w:tab w:val="left" w:pos="3402"/>
          <w:tab w:val="left" w:pos="5669"/>
          <w:tab w:val="left" w:pos="7937"/>
        </w:tabs>
        <w:jc w:val="both"/>
        <w:rPr>
          <w:color w:val="000000" w:themeColor="text1"/>
          <w:sz w:val="24"/>
        </w:rPr>
      </w:pPr>
      <w:r w:rsidRPr="004D46D7">
        <w:rPr>
          <w:b/>
          <w:bCs/>
          <w:color w:val="000000" w:themeColor="text1"/>
          <w:sz w:val="24"/>
        </w:rPr>
        <w:t xml:space="preserve">A. </w:t>
      </w:r>
      <w:r w:rsidRPr="004D46D7">
        <w:rPr>
          <w:color w:val="000000" w:themeColor="text1"/>
          <w:sz w:val="24"/>
        </w:rPr>
        <w:t>Các phân tử khí lý tưởng có thể tích riêng đáng kể.</w:t>
      </w:r>
      <w:r w:rsidRPr="004D46D7">
        <w:rPr>
          <w:color w:val="000000" w:themeColor="text1"/>
          <w:sz w:val="24"/>
        </w:rPr>
        <w:tab/>
      </w:r>
    </w:p>
    <w:p w14:paraId="01BD8579"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B. </w:t>
      </w:r>
      <w:r w:rsidRPr="004D46D7">
        <w:rPr>
          <w:color w:val="000000" w:themeColor="text1"/>
          <w:sz w:val="24"/>
        </w:rPr>
        <w:t>Phân tử khí lý tưởng tương tác với nhau cả khi ở xa nhau.</w:t>
      </w:r>
      <w:r w:rsidRPr="004D46D7">
        <w:rPr>
          <w:b/>
          <w:bCs/>
          <w:color w:val="000000" w:themeColor="text1"/>
          <w:sz w:val="24"/>
        </w:rPr>
        <w:tab/>
      </w:r>
    </w:p>
    <w:p w14:paraId="5EB628D4"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C. </w:t>
      </w:r>
      <w:r w:rsidRPr="004D46D7">
        <w:rPr>
          <w:color w:val="000000" w:themeColor="text1"/>
          <w:sz w:val="24"/>
        </w:rPr>
        <w:t>Khí lý tưởng không tuân theo các định luật về chất khí.</w:t>
      </w:r>
      <w:r w:rsidRPr="004D46D7">
        <w:rPr>
          <w:color w:val="000000" w:themeColor="text1"/>
          <w:sz w:val="24"/>
        </w:rPr>
        <w:tab/>
      </w:r>
    </w:p>
    <w:p w14:paraId="0D493DDD" w14:textId="77777777" w:rsidR="004D3DC4" w:rsidRPr="004D46D7" w:rsidRDefault="004D3DC4" w:rsidP="0026749B">
      <w:pPr>
        <w:tabs>
          <w:tab w:val="left" w:pos="3402"/>
          <w:tab w:val="left" w:pos="5669"/>
          <w:tab w:val="left" w:pos="7937"/>
        </w:tabs>
        <w:jc w:val="both"/>
        <w:rPr>
          <w:b/>
          <w:bCs/>
          <w:color w:val="000000" w:themeColor="text1"/>
          <w:sz w:val="24"/>
        </w:rPr>
      </w:pPr>
      <w:r w:rsidRPr="004D46D7">
        <w:rPr>
          <w:b/>
          <w:bCs/>
          <w:color w:val="000000" w:themeColor="text1"/>
          <w:sz w:val="24"/>
        </w:rPr>
        <w:t xml:space="preserve">D. </w:t>
      </w:r>
      <w:r w:rsidRPr="004D46D7">
        <w:rPr>
          <w:color w:val="000000" w:themeColor="text1"/>
          <w:sz w:val="24"/>
        </w:rPr>
        <w:t>Phân tử khí lý tưởng chỉ tương tác với nhau khi va chạm.</w:t>
      </w:r>
    </w:p>
    <w:p w14:paraId="4DD70088"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19</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quá trình đẳng tích (thể tích không đổi), phương trình trạng thái khí lý tưởng có dạng:</w:t>
      </w:r>
    </w:p>
    <w:p w14:paraId="4C3C328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p/T = k</w:t>
      </w:r>
    </w:p>
    <w:p w14:paraId="3C6C4090"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lastRenderedPageBreak/>
        <w:t xml:space="preserve">B. </w:t>
      </w:r>
      <w:r w:rsidRPr="004D46D7">
        <w:rPr>
          <w:color w:val="000000" w:themeColor="text1"/>
          <w:sz w:val="24"/>
        </w:rPr>
        <w:t>pT = k</w:t>
      </w:r>
    </w:p>
    <w:p w14:paraId="1FF59906"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V/T = k</w:t>
      </w:r>
    </w:p>
    <w:p w14:paraId="2BFC4450"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pV = k</w:t>
      </w:r>
    </w:p>
    <w:p w14:paraId="07D56F55" w14:textId="77777777" w:rsidR="004D3DC4"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20</w:t>
      </w:r>
      <w:r w:rsidRPr="004D46D7">
        <w:rPr>
          <w:rStyle w:val="Strong"/>
          <w:color w:val="000000" w:themeColor="text1"/>
          <w:sz w:val="24"/>
          <w:szCs w:val="28"/>
        </w:rPr>
        <w:t>:</w:t>
      </w:r>
      <w:r w:rsidRPr="004D46D7">
        <w:rPr>
          <w:color w:val="000000" w:themeColor="text1"/>
          <w:sz w:val="24"/>
          <w:szCs w:val="28"/>
        </w:rPr>
        <w:t xml:space="preserve"> </w:t>
      </w:r>
      <w:r w:rsidR="004D3DC4" w:rsidRPr="004D46D7">
        <w:rPr>
          <w:color w:val="000000" w:themeColor="text1"/>
          <w:sz w:val="24"/>
        </w:rPr>
        <w:t>Trong lý thuyết về khí lý tưởng, đặc điểm nào sau đây không phù hợp?</w:t>
      </w:r>
    </w:p>
    <w:p w14:paraId="221CC12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Các phân tử khí có thể tích riêng đáng kể</w:t>
      </w:r>
    </w:p>
    <w:p w14:paraId="442BEF7B"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Các phân tử khí không tương tác với nhau cả khi ở xa nhau</w:t>
      </w:r>
    </w:p>
    <w:p w14:paraId="648F1F7E"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Các phân tử khí được giả định là chất điểm</w:t>
      </w:r>
    </w:p>
    <w:p w14:paraId="61B80E7F" w14:textId="77777777" w:rsidR="004D3DC4" w:rsidRPr="004D46D7" w:rsidRDefault="004D3DC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Các phân tử khí tuân theo các định luật về chất khí</w:t>
      </w:r>
    </w:p>
    <w:p w14:paraId="6D11034A"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21</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Khí lý tưởng được mô tả bởi các tính chất nào sau đây?</w:t>
      </w:r>
    </w:p>
    <w:p w14:paraId="40B80FF7"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Có khối lượng phân tử cao.</w:t>
      </w:r>
    </w:p>
    <w:p w14:paraId="704947BA"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Tương tác với nhau bằng các lực hấp dẫn.</w:t>
      </w:r>
    </w:p>
    <w:p w14:paraId="465191F9"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Phân tử không có kích thước riêng biệt.</w:t>
      </w:r>
    </w:p>
    <w:p w14:paraId="4259CA69"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Độ bền cơ học cao.</w:t>
      </w:r>
    </w:p>
    <w:p w14:paraId="09B6E687"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22</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Trong một hệ đẳng nhiệt (nhiệt độ không đổi), khi áp suất tăng, thể tích sẽ:</w:t>
      </w:r>
    </w:p>
    <w:p w14:paraId="48B68E5A"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Tăng</w:t>
      </w:r>
    </w:p>
    <w:p w14:paraId="1E7FED36"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Giảm</w:t>
      </w:r>
    </w:p>
    <w:p w14:paraId="2CBBF447"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41972275"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5E11B419"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23</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Trong phương trình pV = nRT, khi n và T không đổi, nếu V tăng thì p sẽ:</w:t>
      </w:r>
    </w:p>
    <w:p w14:paraId="68371BDD"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Giảm</w:t>
      </w:r>
    </w:p>
    <w:p w14:paraId="2534E5FF"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w:t>
      </w:r>
    </w:p>
    <w:p w14:paraId="79683303"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2D79EFF4"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39F732D7"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24</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Nếu áp suất của một khối khí lý tưởng tăng và thể tích không đổi, nhiệt độ sẽ:</w:t>
      </w:r>
    </w:p>
    <w:p w14:paraId="5B663BB8"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Tăng</w:t>
      </w:r>
    </w:p>
    <w:p w14:paraId="7C0DE4F8"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Giảm</w:t>
      </w:r>
    </w:p>
    <w:p w14:paraId="3C160A36"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Không đổi</w:t>
      </w:r>
    </w:p>
    <w:p w14:paraId="349286DF"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Không thể xác định</w:t>
      </w:r>
    </w:p>
    <w:p w14:paraId="744CD6E6" w14:textId="77777777" w:rsidR="00113A2F" w:rsidRPr="004D46D7" w:rsidRDefault="00031959" w:rsidP="0026749B">
      <w:pPr>
        <w:tabs>
          <w:tab w:val="left" w:pos="3402"/>
          <w:tab w:val="left" w:pos="5669"/>
          <w:tab w:val="left" w:pos="7937"/>
        </w:tabs>
        <w:jc w:val="both"/>
        <w:rPr>
          <w:i/>
          <w:iCs/>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25</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chứa khí có dung tích 2 lít chứa 1 mol khí lý tưởng ở nhiệt độ 300 K. Tính áp suất của khí trong bình.</w:t>
      </w:r>
      <w:r w:rsidR="00113A2F" w:rsidRPr="004D46D7">
        <w:rPr>
          <w:i/>
          <w:iCs/>
          <w:color w:val="000000" w:themeColor="text1"/>
          <w:sz w:val="24"/>
        </w:rPr>
        <w:tab/>
      </w:r>
    </w:p>
    <w:p w14:paraId="42DD371B"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12.31 atm</w:t>
      </w:r>
      <w:r w:rsidRPr="004D46D7">
        <w:rPr>
          <w:color w:val="000000" w:themeColor="text1"/>
          <w:sz w:val="24"/>
        </w:rPr>
        <w:tab/>
      </w:r>
      <w:r w:rsidRPr="004D46D7">
        <w:rPr>
          <w:b/>
          <w:color w:val="000000" w:themeColor="text1"/>
          <w:sz w:val="24"/>
        </w:rPr>
        <w:t xml:space="preserve">B. </w:t>
      </w:r>
      <w:r w:rsidRPr="004D46D7">
        <w:rPr>
          <w:color w:val="000000" w:themeColor="text1"/>
          <w:sz w:val="24"/>
        </w:rPr>
        <w:t>1.23 atm</w:t>
      </w:r>
      <w:r w:rsidRPr="004D46D7">
        <w:rPr>
          <w:color w:val="000000" w:themeColor="text1"/>
          <w:sz w:val="24"/>
        </w:rPr>
        <w:tab/>
      </w:r>
      <w:r w:rsidRPr="004D46D7">
        <w:rPr>
          <w:b/>
          <w:color w:val="000000" w:themeColor="text1"/>
          <w:sz w:val="24"/>
        </w:rPr>
        <w:t xml:space="preserve">C. </w:t>
      </w:r>
      <w:r w:rsidRPr="004D46D7">
        <w:rPr>
          <w:color w:val="000000" w:themeColor="text1"/>
          <w:sz w:val="24"/>
        </w:rPr>
        <w:t>0.82 atm</w:t>
      </w:r>
      <w:r w:rsidRPr="004D46D7">
        <w:rPr>
          <w:color w:val="000000" w:themeColor="text1"/>
          <w:sz w:val="24"/>
        </w:rPr>
        <w:tab/>
      </w:r>
      <w:r w:rsidRPr="004D46D7">
        <w:rPr>
          <w:b/>
          <w:color w:val="000000" w:themeColor="text1"/>
          <w:sz w:val="24"/>
        </w:rPr>
        <w:t xml:space="preserve">D. </w:t>
      </w:r>
      <w:r w:rsidRPr="004D46D7">
        <w:rPr>
          <w:color w:val="000000" w:themeColor="text1"/>
          <w:sz w:val="24"/>
        </w:rPr>
        <w:t>24.62 atm</w:t>
      </w:r>
    </w:p>
    <w:p w14:paraId="3B97E2E5" w14:textId="77777777" w:rsidR="00113A2F" w:rsidRPr="004D46D7" w:rsidRDefault="00031959" w:rsidP="0026749B">
      <w:pPr>
        <w:tabs>
          <w:tab w:val="left" w:pos="3402"/>
          <w:tab w:val="left" w:pos="5669"/>
          <w:tab w:val="left" w:pos="7937"/>
        </w:tabs>
        <w:jc w:val="both"/>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26</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khí có thể tích 10 lít chứa 2 mol khí ở áp suất 4 atm. Nhiệt độ của khí trong bình là:</w:t>
      </w:r>
      <w:r w:rsidR="00113A2F" w:rsidRPr="004D46D7">
        <w:rPr>
          <w:color w:val="000000" w:themeColor="text1"/>
          <w:sz w:val="24"/>
        </w:rPr>
        <w:tab/>
      </w:r>
    </w:p>
    <w:p w14:paraId="4CE84E19"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100 K</w:t>
      </w:r>
      <w:r w:rsidRPr="004D46D7">
        <w:rPr>
          <w:color w:val="000000" w:themeColor="text1"/>
          <w:sz w:val="24"/>
        </w:rPr>
        <w:tab/>
      </w:r>
      <w:r w:rsidRPr="004D46D7">
        <w:rPr>
          <w:b/>
          <w:color w:val="000000" w:themeColor="text1"/>
          <w:sz w:val="24"/>
        </w:rPr>
        <w:t xml:space="preserve">B. </w:t>
      </w:r>
      <w:r w:rsidRPr="004D46D7">
        <w:rPr>
          <w:color w:val="000000" w:themeColor="text1"/>
          <w:sz w:val="24"/>
        </w:rPr>
        <w:t>200 K</w:t>
      </w:r>
      <w:r w:rsidRPr="004D46D7">
        <w:rPr>
          <w:color w:val="000000" w:themeColor="text1"/>
          <w:sz w:val="24"/>
        </w:rPr>
        <w:tab/>
      </w:r>
      <w:r w:rsidRPr="004D46D7">
        <w:rPr>
          <w:b/>
          <w:color w:val="000000" w:themeColor="text1"/>
          <w:sz w:val="24"/>
        </w:rPr>
        <w:t xml:space="preserve">C. </w:t>
      </w:r>
      <w:r w:rsidRPr="004D46D7">
        <w:rPr>
          <w:color w:val="000000" w:themeColor="text1"/>
          <w:sz w:val="24"/>
        </w:rPr>
        <w:t>150 K</w:t>
      </w:r>
      <w:r w:rsidRPr="004D46D7">
        <w:rPr>
          <w:color w:val="000000" w:themeColor="text1"/>
          <w:sz w:val="24"/>
        </w:rPr>
        <w:tab/>
      </w:r>
      <w:r w:rsidRPr="004D46D7">
        <w:rPr>
          <w:b/>
          <w:color w:val="000000" w:themeColor="text1"/>
          <w:sz w:val="24"/>
        </w:rPr>
        <w:t xml:space="preserve">D. </w:t>
      </w:r>
      <w:r w:rsidRPr="004D46D7">
        <w:rPr>
          <w:color w:val="000000" w:themeColor="text1"/>
          <w:sz w:val="24"/>
        </w:rPr>
        <w:t>400 K</w:t>
      </w:r>
    </w:p>
    <w:p w14:paraId="0708E5EF"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27</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xi lanh chứa khí lý tưởng ở áp suất 2 atm, thể tích 5 lít, và nhiệt độ 300 K. Nếu khí được nén đẳng nhiệt đến thể tích 2 lít, áp suất mới là:</w:t>
      </w:r>
    </w:p>
    <w:p w14:paraId="7B69B4EC"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5 atm</w:t>
      </w:r>
      <w:r w:rsidRPr="004D46D7">
        <w:rPr>
          <w:color w:val="000000" w:themeColor="text1"/>
          <w:sz w:val="24"/>
        </w:rPr>
        <w:tab/>
      </w:r>
      <w:r w:rsidRPr="004D46D7">
        <w:rPr>
          <w:b/>
          <w:color w:val="000000" w:themeColor="text1"/>
          <w:sz w:val="24"/>
        </w:rPr>
        <w:t xml:space="preserve">B. </w:t>
      </w:r>
      <w:r w:rsidRPr="004D46D7">
        <w:rPr>
          <w:color w:val="000000" w:themeColor="text1"/>
          <w:sz w:val="24"/>
        </w:rPr>
        <w:t>2.5 atm</w:t>
      </w:r>
      <w:r w:rsidRPr="004D46D7">
        <w:rPr>
          <w:color w:val="000000" w:themeColor="text1"/>
          <w:sz w:val="24"/>
        </w:rPr>
        <w:tab/>
      </w:r>
      <w:r w:rsidRPr="004D46D7">
        <w:rPr>
          <w:b/>
          <w:color w:val="000000" w:themeColor="text1"/>
          <w:sz w:val="24"/>
        </w:rPr>
        <w:t xml:space="preserve">C. </w:t>
      </w:r>
      <w:r w:rsidRPr="004D46D7">
        <w:rPr>
          <w:color w:val="000000" w:themeColor="text1"/>
          <w:sz w:val="24"/>
        </w:rPr>
        <w:t>4 atm</w:t>
      </w:r>
      <w:r w:rsidRPr="004D46D7">
        <w:rPr>
          <w:color w:val="000000" w:themeColor="text1"/>
          <w:sz w:val="24"/>
        </w:rPr>
        <w:tab/>
      </w:r>
      <w:r w:rsidRPr="004D46D7">
        <w:rPr>
          <w:b/>
          <w:color w:val="000000" w:themeColor="text1"/>
          <w:sz w:val="24"/>
        </w:rPr>
        <w:t xml:space="preserve">D. </w:t>
      </w:r>
      <w:r w:rsidRPr="004D46D7">
        <w:rPr>
          <w:color w:val="000000" w:themeColor="text1"/>
          <w:sz w:val="24"/>
        </w:rPr>
        <w:t>3 atm</w:t>
      </w:r>
    </w:p>
    <w:p w14:paraId="214EBD4B"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28</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lượng khí lý tưởng có thể tích 3 lít ở nhiệt độ 350 K và áp suất 1 atm. Nếu khí được làm nóng đẳng áp đến nhiệt độ 700 K, thể tích mới là:</w:t>
      </w:r>
    </w:p>
    <w:p w14:paraId="64C0ADF3"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6 lít</w:t>
      </w:r>
      <w:r w:rsidRPr="004D46D7">
        <w:rPr>
          <w:color w:val="000000" w:themeColor="text1"/>
          <w:sz w:val="24"/>
        </w:rPr>
        <w:tab/>
      </w:r>
      <w:r w:rsidRPr="004D46D7">
        <w:rPr>
          <w:b/>
          <w:color w:val="000000" w:themeColor="text1"/>
          <w:sz w:val="24"/>
        </w:rPr>
        <w:t xml:space="preserve">B. </w:t>
      </w:r>
      <w:r w:rsidRPr="004D46D7">
        <w:rPr>
          <w:color w:val="000000" w:themeColor="text1"/>
          <w:sz w:val="24"/>
        </w:rPr>
        <w:t>4.5 lít</w:t>
      </w:r>
      <w:r w:rsidRPr="004D46D7">
        <w:rPr>
          <w:color w:val="000000" w:themeColor="text1"/>
          <w:sz w:val="24"/>
        </w:rPr>
        <w:tab/>
      </w:r>
      <w:r w:rsidRPr="004D46D7">
        <w:rPr>
          <w:b/>
          <w:color w:val="000000" w:themeColor="text1"/>
          <w:sz w:val="24"/>
        </w:rPr>
        <w:t xml:space="preserve">C. </w:t>
      </w:r>
      <w:r w:rsidRPr="004D46D7">
        <w:rPr>
          <w:color w:val="000000" w:themeColor="text1"/>
          <w:sz w:val="24"/>
        </w:rPr>
        <w:t>3.5 lít</w:t>
      </w:r>
      <w:r w:rsidRPr="004D46D7">
        <w:rPr>
          <w:color w:val="000000" w:themeColor="text1"/>
          <w:sz w:val="24"/>
        </w:rPr>
        <w:tab/>
      </w:r>
      <w:r w:rsidRPr="004D46D7">
        <w:rPr>
          <w:b/>
          <w:color w:val="000000" w:themeColor="text1"/>
          <w:sz w:val="24"/>
        </w:rPr>
        <w:t xml:space="preserve">D. </w:t>
      </w:r>
      <w:r w:rsidRPr="004D46D7">
        <w:rPr>
          <w:color w:val="000000" w:themeColor="text1"/>
          <w:sz w:val="24"/>
        </w:rPr>
        <w:t>7 lít</w:t>
      </w:r>
    </w:p>
    <w:p w14:paraId="4EDE3CF6"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29</w:t>
      </w:r>
      <w:r w:rsidR="00113A2F" w:rsidRPr="004D46D7">
        <w:rPr>
          <w:color w:val="000000" w:themeColor="text1"/>
          <w:sz w:val="24"/>
        </w:rPr>
        <w:t xml:space="preserve"> Một xi lanh chứa khí lý tưởng có thể tích 5 lít, áp suất 2 atm và nhiệt độ 300 K. Nếu thể tích tăng lên 10 lít mà nhiệt giảm</w:t>
      </w:r>
      <w:r w:rsidR="00113A2F" w:rsidRPr="004D46D7">
        <w:rPr>
          <w:color w:val="000000" w:themeColor="text1"/>
          <w:sz w:val="24"/>
          <w:lang w:val="vi-VN"/>
        </w:rPr>
        <w:t xml:space="preserve"> đi 2 lần</w:t>
      </w:r>
      <w:r w:rsidR="00113A2F" w:rsidRPr="004D46D7">
        <w:rPr>
          <w:color w:val="000000" w:themeColor="text1"/>
          <w:sz w:val="24"/>
        </w:rPr>
        <w:t>, áp suất mới là:</w:t>
      </w:r>
    </w:p>
    <w:p w14:paraId="3ED5829B"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 atm</w:t>
      </w:r>
      <w:r w:rsidRPr="004D46D7">
        <w:rPr>
          <w:color w:val="000000" w:themeColor="text1"/>
          <w:sz w:val="24"/>
        </w:rPr>
        <w:tab/>
      </w:r>
      <w:r w:rsidRPr="004D46D7">
        <w:rPr>
          <w:b/>
          <w:color w:val="000000" w:themeColor="text1"/>
          <w:sz w:val="24"/>
        </w:rPr>
        <w:t xml:space="preserve">B. </w:t>
      </w:r>
      <w:r w:rsidRPr="004D46D7">
        <w:rPr>
          <w:color w:val="000000" w:themeColor="text1"/>
          <w:sz w:val="24"/>
        </w:rPr>
        <w:t>2.5 atm</w:t>
      </w:r>
      <w:r w:rsidRPr="004D46D7">
        <w:rPr>
          <w:color w:val="000000" w:themeColor="text1"/>
          <w:sz w:val="24"/>
        </w:rPr>
        <w:tab/>
      </w:r>
      <w:r w:rsidRPr="004D46D7">
        <w:rPr>
          <w:b/>
          <w:color w:val="000000" w:themeColor="text1"/>
          <w:sz w:val="24"/>
        </w:rPr>
        <w:t xml:space="preserve">C. </w:t>
      </w:r>
      <w:r w:rsidRPr="004D46D7">
        <w:rPr>
          <w:color w:val="000000" w:themeColor="text1"/>
          <w:sz w:val="24"/>
        </w:rPr>
        <w:t>1.5 atm</w:t>
      </w:r>
      <w:r w:rsidRPr="004D46D7">
        <w:rPr>
          <w:color w:val="000000" w:themeColor="text1"/>
          <w:sz w:val="24"/>
        </w:rPr>
        <w:tab/>
      </w:r>
      <w:r w:rsidRPr="004D46D7">
        <w:rPr>
          <w:b/>
          <w:color w:val="000000" w:themeColor="text1"/>
          <w:sz w:val="24"/>
        </w:rPr>
        <w:t xml:space="preserve">D. </w:t>
      </w:r>
      <w:r w:rsidRPr="004D46D7">
        <w:rPr>
          <w:color w:val="000000" w:themeColor="text1"/>
          <w:sz w:val="24"/>
        </w:rPr>
        <w:t>0.5 atm</w:t>
      </w:r>
    </w:p>
    <w:p w14:paraId="20005AF6" w14:textId="77777777" w:rsidR="00113A2F" w:rsidRPr="004D46D7" w:rsidRDefault="00031959" w:rsidP="0026749B">
      <w:pPr>
        <w:rPr>
          <w:color w:val="000000" w:themeColor="text1"/>
          <w:sz w:val="24"/>
        </w:rPr>
      </w:pPr>
      <w:r w:rsidRPr="004D46D7">
        <w:rPr>
          <w:rStyle w:val="Strong"/>
          <w:color w:val="000000" w:themeColor="text1"/>
          <w:sz w:val="24"/>
          <w:szCs w:val="28"/>
        </w:rPr>
        <w:t xml:space="preserve">Câu </w:t>
      </w:r>
      <w:r w:rsidRPr="004D46D7">
        <w:rPr>
          <w:rStyle w:val="Strong"/>
          <w:rFonts w:eastAsiaTheme="majorEastAsia"/>
          <w:color w:val="000000" w:themeColor="text1"/>
          <w:sz w:val="24"/>
          <w:szCs w:val="28"/>
        </w:rPr>
        <w:t>30</w:t>
      </w:r>
      <w:r w:rsidRPr="004D46D7">
        <w:rPr>
          <w:rStyle w:val="Strong"/>
          <w:color w:val="000000" w:themeColor="text1"/>
          <w:sz w:val="24"/>
          <w:szCs w:val="28"/>
        </w:rPr>
        <w:t>:</w:t>
      </w:r>
      <w:r w:rsidRPr="004D46D7">
        <w:rPr>
          <w:color w:val="000000" w:themeColor="text1"/>
          <w:sz w:val="24"/>
          <w:szCs w:val="28"/>
        </w:rPr>
        <w:t xml:space="preserve"> </w:t>
      </w:r>
      <w:r w:rsidR="00113A2F" w:rsidRPr="004D46D7">
        <w:rPr>
          <w:color w:val="000000" w:themeColor="text1"/>
          <w:sz w:val="24"/>
        </w:rPr>
        <w:t>Một bình chứa 1 mol khí lý tưởng ở nhiệt độ 300 K và áp suất 1 atm. Thể tích của khí là:</w:t>
      </w:r>
    </w:p>
    <w:p w14:paraId="48AE635D"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24.62 lít</w:t>
      </w:r>
      <w:r w:rsidRPr="004D46D7">
        <w:rPr>
          <w:color w:val="000000" w:themeColor="text1"/>
          <w:sz w:val="24"/>
        </w:rPr>
        <w:tab/>
      </w:r>
      <w:r w:rsidRPr="004D46D7">
        <w:rPr>
          <w:b/>
          <w:color w:val="000000" w:themeColor="text1"/>
          <w:sz w:val="24"/>
        </w:rPr>
        <w:t xml:space="preserve">B. </w:t>
      </w:r>
      <w:r w:rsidRPr="004D46D7">
        <w:rPr>
          <w:color w:val="000000" w:themeColor="text1"/>
          <w:sz w:val="24"/>
        </w:rPr>
        <w:t>22.41 lít</w:t>
      </w:r>
      <w:r w:rsidRPr="004D46D7">
        <w:rPr>
          <w:color w:val="000000" w:themeColor="text1"/>
          <w:sz w:val="24"/>
        </w:rPr>
        <w:tab/>
      </w:r>
      <w:r w:rsidRPr="004D46D7">
        <w:rPr>
          <w:b/>
          <w:color w:val="000000" w:themeColor="text1"/>
          <w:sz w:val="24"/>
        </w:rPr>
        <w:t xml:space="preserve">C. </w:t>
      </w:r>
      <w:r w:rsidRPr="004D46D7">
        <w:rPr>
          <w:color w:val="000000" w:themeColor="text1"/>
          <w:sz w:val="24"/>
        </w:rPr>
        <w:t>20.48 lít</w:t>
      </w:r>
      <w:r w:rsidRPr="004D46D7">
        <w:rPr>
          <w:color w:val="000000" w:themeColor="text1"/>
          <w:sz w:val="24"/>
        </w:rPr>
        <w:tab/>
      </w:r>
      <w:r w:rsidRPr="004D46D7">
        <w:rPr>
          <w:b/>
          <w:color w:val="000000" w:themeColor="text1"/>
          <w:sz w:val="24"/>
        </w:rPr>
        <w:t xml:space="preserve">D. </w:t>
      </w:r>
      <w:r w:rsidRPr="004D46D7">
        <w:rPr>
          <w:color w:val="000000" w:themeColor="text1"/>
          <w:sz w:val="24"/>
        </w:rPr>
        <w:t>25.36 lít</w:t>
      </w:r>
    </w:p>
    <w:p w14:paraId="6526B203" w14:textId="77777777" w:rsidR="00031959" w:rsidRPr="004D46D7" w:rsidRDefault="00031959" w:rsidP="0026749B">
      <w:pPr>
        <w:rPr>
          <w:color w:val="000000" w:themeColor="text1"/>
          <w:sz w:val="24"/>
          <w:szCs w:val="28"/>
        </w:rPr>
      </w:pPr>
    </w:p>
    <w:p w14:paraId="18880505" w14:textId="77777777" w:rsidR="00113A2F" w:rsidRPr="004D46D7" w:rsidRDefault="00113A2F" w:rsidP="0026749B">
      <w:pPr>
        <w:spacing w:after="160" w:line="259" w:lineRule="auto"/>
        <w:rPr>
          <w:b/>
          <w:bCs/>
          <w:color w:val="FF0000"/>
          <w:sz w:val="24"/>
          <w:szCs w:val="24"/>
        </w:rPr>
      </w:pPr>
      <w:r w:rsidRPr="004D46D7">
        <w:rPr>
          <w:b/>
          <w:bCs/>
          <w:color w:val="FF0000"/>
          <w:sz w:val="24"/>
          <w:szCs w:val="24"/>
        </w:rPr>
        <w:br w:type="page"/>
      </w:r>
    </w:p>
    <w:p w14:paraId="353541D2" w14:textId="77777777" w:rsidR="00031959" w:rsidRPr="004D46D7" w:rsidRDefault="00031959" w:rsidP="0026749B">
      <w:pPr>
        <w:shd w:val="clear" w:color="auto" w:fill="FFF2CC" w:themeFill="accent4" w:themeFillTint="33"/>
        <w:rPr>
          <w:b/>
          <w:bCs/>
          <w:color w:val="FF0000"/>
          <w:sz w:val="24"/>
          <w:szCs w:val="24"/>
        </w:rPr>
      </w:pPr>
      <w:r w:rsidRPr="004D46D7">
        <w:rPr>
          <w:b/>
          <w:bCs/>
          <w:color w:val="FF0000"/>
          <w:sz w:val="24"/>
          <w:szCs w:val="24"/>
        </w:rPr>
        <w:lastRenderedPageBreak/>
        <w:t xml:space="preserve">B. Mức độ VẬN DỤNG – VẬN DỤNG CAO </w:t>
      </w:r>
    </w:p>
    <w:p w14:paraId="572AE72F" w14:textId="77777777" w:rsidR="00113A2F" w:rsidRPr="004D46D7" w:rsidRDefault="00113A2F" w:rsidP="0026749B">
      <w:pPr>
        <w:rPr>
          <w:rStyle w:val="Strong"/>
          <w:color w:val="000000" w:themeColor="text1"/>
          <w:sz w:val="24"/>
        </w:rPr>
      </w:pPr>
    </w:p>
    <w:p w14:paraId="23F3E45F" w14:textId="77777777" w:rsidR="00113A2F" w:rsidRPr="004D46D7" w:rsidRDefault="00113A2F" w:rsidP="0026749B">
      <w:pPr>
        <w:rPr>
          <w:color w:val="000000" w:themeColor="text1"/>
          <w:sz w:val="24"/>
        </w:rPr>
      </w:pPr>
      <w:r w:rsidRPr="004D46D7">
        <w:rPr>
          <w:rStyle w:val="Strong"/>
          <w:color w:val="000000" w:themeColor="text1"/>
          <w:sz w:val="24"/>
        </w:rPr>
        <w:t>Câu 31:</w:t>
      </w:r>
      <w:r w:rsidRPr="004D46D7">
        <w:rPr>
          <w:color w:val="000000" w:themeColor="text1"/>
          <w:sz w:val="24"/>
        </w:rPr>
        <w:t xml:space="preserve"> Một khí lý tưởng có áp suất </w:t>
      </w:r>
      <w:r w:rsidRPr="004D46D7">
        <w:rPr>
          <w:rStyle w:val="katex-mathml"/>
          <w:color w:val="000000" w:themeColor="text1"/>
          <w:sz w:val="24"/>
        </w:rPr>
        <w:t>P1</w:t>
      </w:r>
      <w:r w:rsidRPr="004D46D7">
        <w:rPr>
          <w:rStyle w:val="vlist-s"/>
          <w:color w:val="000000" w:themeColor="text1"/>
          <w:sz w:val="24"/>
        </w:rPr>
        <w:t>​</w:t>
      </w:r>
      <w:r w:rsidRPr="004D46D7">
        <w:rPr>
          <w:color w:val="000000" w:themeColor="text1"/>
          <w:sz w:val="24"/>
        </w:rPr>
        <w:t xml:space="preserve">, thể tích </w:t>
      </w:r>
      <w:r w:rsidRPr="004D46D7">
        <w:rPr>
          <w:rStyle w:val="katex-mathml"/>
          <w:color w:val="000000" w:themeColor="text1"/>
          <w:sz w:val="24"/>
        </w:rPr>
        <w:t>V1</w:t>
      </w:r>
      <w:r w:rsidRPr="004D46D7">
        <w:rPr>
          <w:rStyle w:val="vlist-s"/>
          <w:color w:val="000000" w:themeColor="text1"/>
          <w:sz w:val="24"/>
        </w:rPr>
        <w:t>​</w:t>
      </w:r>
      <w:r w:rsidRPr="004D46D7">
        <w:rPr>
          <w:color w:val="000000" w:themeColor="text1"/>
          <w:sz w:val="24"/>
        </w:rPr>
        <w:t xml:space="preserve"> và nhiệt độ </w:t>
      </w:r>
      <w:r w:rsidRPr="004D46D7">
        <w:rPr>
          <w:rStyle w:val="katex-mathml"/>
          <w:color w:val="000000" w:themeColor="text1"/>
          <w:sz w:val="24"/>
        </w:rPr>
        <w:t>T1</w:t>
      </w:r>
      <w:r w:rsidRPr="004D46D7">
        <w:rPr>
          <w:rStyle w:val="vlist-s"/>
          <w:color w:val="000000" w:themeColor="text1"/>
          <w:sz w:val="24"/>
        </w:rPr>
        <w:t>​</w:t>
      </w:r>
      <w:r w:rsidRPr="004D46D7">
        <w:rPr>
          <w:color w:val="000000" w:themeColor="text1"/>
          <w:sz w:val="24"/>
        </w:rPr>
        <w:t xml:space="preserve">. Sau khi chuyển sang trạng thái mới, áp suất </w:t>
      </w:r>
      <w:r w:rsidRPr="004D46D7">
        <w:rPr>
          <w:rStyle w:val="katex-mathml"/>
          <w:color w:val="000000" w:themeColor="text1"/>
          <w:sz w:val="24"/>
        </w:rPr>
        <w:t>P2</w:t>
      </w:r>
      <w:r w:rsidRPr="004D46D7">
        <w:rPr>
          <w:rStyle w:val="vlist-s"/>
          <w:color w:val="000000" w:themeColor="text1"/>
          <w:sz w:val="24"/>
        </w:rPr>
        <w:t>​</w:t>
      </w:r>
      <w:r w:rsidRPr="004D46D7">
        <w:rPr>
          <w:color w:val="000000" w:themeColor="text1"/>
          <w:sz w:val="24"/>
        </w:rPr>
        <w:t xml:space="preserve"> và thể tích </w:t>
      </w:r>
      <w:r w:rsidRPr="004D46D7">
        <w:rPr>
          <w:rStyle w:val="katex-mathml"/>
          <w:color w:val="000000" w:themeColor="text1"/>
          <w:sz w:val="24"/>
        </w:rPr>
        <w:t>V2</w:t>
      </w:r>
      <w:r w:rsidRPr="004D46D7">
        <w:rPr>
          <w:rStyle w:val="vlist-s"/>
          <w:color w:val="000000" w:themeColor="text1"/>
          <w:sz w:val="24"/>
        </w:rPr>
        <w:t>​</w:t>
      </w:r>
      <w:r w:rsidRPr="004D46D7">
        <w:rPr>
          <w:color w:val="000000" w:themeColor="text1"/>
          <w:sz w:val="24"/>
        </w:rPr>
        <w:t xml:space="preserve"> tăng gấp đôi so với trạng thái ban đầu. Nhiệt độ </w:t>
      </w:r>
      <w:r w:rsidRPr="004D46D7">
        <w:rPr>
          <w:rStyle w:val="katex-mathml"/>
          <w:color w:val="000000" w:themeColor="text1"/>
          <w:sz w:val="24"/>
        </w:rPr>
        <w:t>T2</w:t>
      </w:r>
      <w:r w:rsidRPr="004D46D7">
        <w:rPr>
          <w:rStyle w:val="vlist-s"/>
          <w:color w:val="000000" w:themeColor="text1"/>
          <w:sz w:val="24"/>
        </w:rPr>
        <w:t>​</w:t>
      </w:r>
      <w:r w:rsidRPr="004D46D7">
        <w:rPr>
          <w:color w:val="000000" w:themeColor="text1"/>
          <w:sz w:val="24"/>
        </w:rPr>
        <w:t xml:space="preserve"> của khí là bao nhiêu?</w:t>
      </w:r>
    </w:p>
    <w:p w14:paraId="5E8CD25F"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A</w:t>
      </w:r>
      <w:r w:rsidRPr="004D46D7">
        <w:rPr>
          <w:bCs/>
          <w:color w:val="000000" w:themeColor="text1"/>
          <w:sz w:val="24"/>
        </w:rPr>
        <w:t xml:space="preserve">. </w:t>
      </w:r>
      <m:oMath>
        <m:r>
          <m:rPr>
            <m:sty m:val="p"/>
          </m:rPr>
          <w:rPr>
            <w:rStyle w:val="katex-mathml"/>
            <w:rFonts w:ascii="Cambria Math" w:hAnsi="Cambria Math"/>
            <w:color w:val="000000" w:themeColor="text1"/>
            <w:sz w:val="24"/>
          </w:rPr>
          <m:t>2T1</m:t>
        </m:r>
      </m:oMath>
      <w:r w:rsidRPr="004D46D7">
        <w:rPr>
          <w:rStyle w:val="katex-mathml"/>
          <w:iCs/>
          <w:color w:val="000000" w:themeColor="text1"/>
          <w:sz w:val="24"/>
          <w:lang w:val="vi-VN"/>
        </w:rPr>
        <w:t xml:space="preserve"> </w:t>
      </w:r>
      <w:r w:rsidRPr="004D46D7">
        <w:rPr>
          <w:rStyle w:val="vlist-s"/>
          <w:iCs/>
          <w:color w:val="000000" w:themeColor="text1"/>
          <w:sz w:val="24"/>
        </w:rPr>
        <w:t>​</w:t>
      </w:r>
    </w:p>
    <w:p w14:paraId="5B6F79C0" w14:textId="77777777" w:rsidR="00113A2F" w:rsidRPr="004D46D7" w:rsidRDefault="00113A2F"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rStyle w:val="katex-mathml"/>
          <w:color w:val="000000" w:themeColor="text1"/>
          <w:sz w:val="24"/>
        </w:rPr>
        <w:t>4T1</w:t>
      </w:r>
      <w:r w:rsidRPr="004D46D7">
        <w:rPr>
          <w:rStyle w:val="vlist-s"/>
          <w:color w:val="000000" w:themeColor="text1"/>
          <w:sz w:val="24"/>
        </w:rPr>
        <w:t>​</w:t>
      </w:r>
    </w:p>
    <w:p w14:paraId="5E9EA286" w14:textId="77777777" w:rsidR="00113A2F" w:rsidRPr="004D46D7" w:rsidRDefault="00113A2F" w:rsidP="0026749B">
      <w:pPr>
        <w:tabs>
          <w:tab w:val="left" w:pos="3402"/>
          <w:tab w:val="left" w:pos="5669"/>
          <w:tab w:val="left" w:pos="7937"/>
        </w:tabs>
        <w:jc w:val="both"/>
        <w:rPr>
          <w:rStyle w:val="katex-mathml"/>
          <w:color w:val="000000" w:themeColor="text1"/>
          <w:sz w:val="24"/>
          <w:lang w:val="vi-VN"/>
        </w:rPr>
      </w:pPr>
      <w:r w:rsidRPr="004D46D7">
        <w:rPr>
          <w:b/>
          <w:color w:val="000000" w:themeColor="text1"/>
          <w:sz w:val="24"/>
        </w:rPr>
        <w:t xml:space="preserve">C. </w:t>
      </w:r>
      <w:r w:rsidRPr="004D46D7">
        <w:rPr>
          <w:rStyle w:val="katex-mathml"/>
          <w:color w:val="000000" w:themeColor="text1"/>
          <w:sz w:val="24"/>
        </w:rPr>
        <w:t>T1/2</w:t>
      </w:r>
    </w:p>
    <w:p w14:paraId="06CDDE7A" w14:textId="77777777" w:rsidR="00113A2F" w:rsidRPr="004D46D7" w:rsidRDefault="00113A2F" w:rsidP="0026749B">
      <w:pPr>
        <w:tabs>
          <w:tab w:val="left" w:pos="3402"/>
          <w:tab w:val="left" w:pos="5669"/>
          <w:tab w:val="left" w:pos="7937"/>
        </w:tabs>
        <w:jc w:val="both"/>
        <w:rPr>
          <w:rStyle w:val="katex-mathml"/>
          <w:color w:val="000000" w:themeColor="text1"/>
          <w:sz w:val="24"/>
          <w:lang w:val="vi-VN"/>
        </w:rPr>
      </w:pPr>
      <w:r w:rsidRPr="004D46D7">
        <w:rPr>
          <w:b/>
          <w:color w:val="000000" w:themeColor="text1"/>
          <w:sz w:val="24"/>
        </w:rPr>
        <w:t xml:space="preserve">D. </w:t>
      </w:r>
      <w:r w:rsidRPr="004D46D7">
        <w:rPr>
          <w:rStyle w:val="katex-mathml"/>
          <w:color w:val="000000" w:themeColor="text1"/>
          <w:sz w:val="24"/>
        </w:rPr>
        <w:t>T1/4</w:t>
      </w:r>
    </w:p>
    <w:p w14:paraId="22DCA219" w14:textId="77777777" w:rsidR="00A72ED2" w:rsidRPr="004D46D7" w:rsidRDefault="00A72ED2" w:rsidP="0026749B">
      <w:pPr>
        <w:rPr>
          <w:color w:val="000000" w:themeColor="text1"/>
          <w:sz w:val="24"/>
        </w:rPr>
      </w:pPr>
      <w:r w:rsidRPr="004D46D7">
        <w:rPr>
          <w:rStyle w:val="Strong"/>
          <w:color w:val="000000" w:themeColor="text1"/>
          <w:sz w:val="24"/>
        </w:rPr>
        <w:t>Câu 32:</w:t>
      </w:r>
      <w:r w:rsidRPr="004D46D7">
        <w:rPr>
          <w:color w:val="000000" w:themeColor="text1"/>
          <w:sz w:val="24"/>
        </w:rPr>
        <w:t xml:space="preserve"> Một bình chứa khí lý tưởng có thể tích không đổi. Nếu nhiệt độ của khí tăng gấp ba lần, áp suất của khí sẽ thay đổi như thế nào?</w:t>
      </w:r>
    </w:p>
    <w:p w14:paraId="0543604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Không đổi</w:t>
      </w:r>
    </w:p>
    <w:p w14:paraId="04D0D99D"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Tăng gấp đôi</w:t>
      </w:r>
    </w:p>
    <w:p w14:paraId="5B39056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Tăng gấp ba</w:t>
      </w:r>
    </w:p>
    <w:p w14:paraId="3590D7B9"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Giảm một nửa</w:t>
      </w:r>
    </w:p>
    <w:p w14:paraId="10B09A7E" w14:textId="77777777" w:rsidR="00A72ED2" w:rsidRPr="004D46D7" w:rsidRDefault="00A72ED2" w:rsidP="0026749B">
      <w:pPr>
        <w:rPr>
          <w:color w:val="000000" w:themeColor="text1"/>
          <w:sz w:val="24"/>
        </w:rPr>
      </w:pPr>
      <w:r w:rsidRPr="004D46D7">
        <w:rPr>
          <w:rStyle w:val="Strong"/>
          <w:color w:val="000000" w:themeColor="text1"/>
          <w:sz w:val="24"/>
        </w:rPr>
        <w:t>Câu 33:</w:t>
      </w:r>
      <w:r w:rsidRPr="004D46D7">
        <w:rPr>
          <w:color w:val="000000" w:themeColor="text1"/>
          <w:sz w:val="24"/>
        </w:rPr>
        <w:t xml:space="preserve"> Một bình chứa khí lý tưởng có áp suất 1 atm, thể tích 10 lít và nhiệt độ 300 K. Nếu thể tích của bình tăng lên 20 lít và nhiệt độ giảm xuống còn 150 K, áp suất của khí trong bình là bao nhiêu?</w:t>
      </w:r>
    </w:p>
    <w:p w14:paraId="622395C9"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0.25 atm</w:t>
      </w:r>
    </w:p>
    <w:p w14:paraId="0A361AD6"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0.5 atm</w:t>
      </w:r>
    </w:p>
    <w:p w14:paraId="58B03CE9"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1 atm</w:t>
      </w:r>
    </w:p>
    <w:p w14:paraId="7C1DA72F"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2 atm</w:t>
      </w:r>
    </w:p>
    <w:p w14:paraId="18A3AF89" w14:textId="77777777" w:rsidR="00A72ED2" w:rsidRPr="004D46D7" w:rsidRDefault="00A72ED2" w:rsidP="0026749B">
      <w:pPr>
        <w:rPr>
          <w:color w:val="000000" w:themeColor="text1"/>
          <w:sz w:val="24"/>
        </w:rPr>
      </w:pPr>
      <w:r w:rsidRPr="004D46D7">
        <w:rPr>
          <w:b/>
          <w:bCs/>
          <w:color w:val="000000" w:themeColor="text1"/>
          <w:sz w:val="24"/>
        </w:rPr>
        <w:t>Câu</w:t>
      </w:r>
      <w:r w:rsidRPr="004D46D7">
        <w:rPr>
          <w:color w:val="000000" w:themeColor="text1"/>
          <w:sz w:val="24"/>
        </w:rPr>
        <w:t xml:space="preserve"> </w:t>
      </w:r>
      <w:r w:rsidRPr="004D46D7">
        <w:rPr>
          <w:b/>
          <w:bCs/>
          <w:color w:val="000000" w:themeColor="text1"/>
          <w:sz w:val="24"/>
        </w:rPr>
        <w:t>34</w:t>
      </w:r>
      <w:r w:rsidRPr="004D46D7">
        <w:rPr>
          <w:color w:val="000000" w:themeColor="text1"/>
          <w:sz w:val="24"/>
          <w:lang w:val="vi-VN"/>
        </w:rPr>
        <w:t xml:space="preserve">: </w:t>
      </w:r>
      <w:r w:rsidRPr="004D46D7">
        <w:rPr>
          <w:color w:val="000000" w:themeColor="text1"/>
          <w:sz w:val="24"/>
        </w:rPr>
        <w:t>Một bình chứa khí lý tưởng có thể tích 1 m³, áp suất 101.3 kPa và nhiệt độ 273 K. Khối lượng của khí là 28 g. Tính khối lượng mol của khí.</w:t>
      </w:r>
    </w:p>
    <w:p w14:paraId="5A91DF2E"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22 g/mol</w:t>
      </w:r>
    </w:p>
    <w:p w14:paraId="292BBB55"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24 g/mol</w:t>
      </w:r>
    </w:p>
    <w:p w14:paraId="0DBE7AA2"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28 g/mol</w:t>
      </w:r>
    </w:p>
    <w:p w14:paraId="5F7348A7"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32 g/mol</w:t>
      </w:r>
    </w:p>
    <w:p w14:paraId="64B72A86" w14:textId="77777777" w:rsidR="00A72ED2" w:rsidRPr="004D46D7" w:rsidRDefault="00A72ED2" w:rsidP="0026749B">
      <w:pPr>
        <w:rPr>
          <w:color w:val="000000" w:themeColor="text1"/>
          <w:sz w:val="24"/>
        </w:rPr>
      </w:pPr>
      <w:r w:rsidRPr="004D46D7">
        <w:rPr>
          <w:b/>
          <w:bCs/>
          <w:color w:val="000000" w:themeColor="text1"/>
          <w:sz w:val="24"/>
        </w:rPr>
        <w:t>Câu</w:t>
      </w:r>
      <w:r w:rsidRPr="004D46D7">
        <w:rPr>
          <w:color w:val="000000" w:themeColor="text1"/>
          <w:sz w:val="24"/>
        </w:rPr>
        <w:t xml:space="preserve"> </w:t>
      </w:r>
      <w:r w:rsidRPr="004D46D7">
        <w:rPr>
          <w:b/>
          <w:bCs/>
          <w:color w:val="000000" w:themeColor="text1"/>
          <w:sz w:val="24"/>
        </w:rPr>
        <w:t>35</w:t>
      </w:r>
      <w:r w:rsidRPr="004D46D7">
        <w:rPr>
          <w:color w:val="000000" w:themeColor="text1"/>
          <w:sz w:val="24"/>
          <w:lang w:val="vi-VN"/>
        </w:rPr>
        <w:t xml:space="preserve">: </w:t>
      </w:r>
      <w:r w:rsidRPr="004D46D7">
        <w:rPr>
          <w:color w:val="000000" w:themeColor="text1"/>
          <w:sz w:val="24"/>
        </w:rPr>
        <w:t xml:space="preserve">Một khí lý tưởng có thể tích ban đầu 2 lít và áp suất 1 atm ở nhiệt độ 300 K. Nếu thể tích tăng lên </w:t>
      </w:r>
      <w:r w:rsidRPr="004D46D7">
        <w:rPr>
          <w:color w:val="000000" w:themeColor="text1"/>
          <w:sz w:val="24"/>
          <w:lang w:val="vi-VN"/>
        </w:rPr>
        <w:t>thêm 1</w:t>
      </w:r>
      <w:r w:rsidRPr="004D46D7">
        <w:rPr>
          <w:color w:val="000000" w:themeColor="text1"/>
          <w:sz w:val="24"/>
        </w:rPr>
        <w:t xml:space="preserve"> lít và áp suất giảm xuống còn</w:t>
      </w:r>
      <w:r w:rsidRPr="004D46D7">
        <w:rPr>
          <w:color w:val="000000" w:themeColor="text1"/>
          <w:sz w:val="24"/>
          <w:lang w:val="vi-VN"/>
        </w:rPr>
        <w:t xml:space="preserve"> </w:t>
      </w:r>
      <w:r w:rsidRPr="004D46D7">
        <w:rPr>
          <w:color w:val="000000" w:themeColor="text1"/>
          <w:sz w:val="24"/>
        </w:rPr>
        <w:t>0.5 atm, tính nhiệt độ cuối cùng của khí.</w:t>
      </w:r>
    </w:p>
    <w:p w14:paraId="61E73A2F"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200 K</w:t>
      </w:r>
    </w:p>
    <w:p w14:paraId="7EAFFF4D"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250 K</w:t>
      </w:r>
    </w:p>
    <w:p w14:paraId="40E23232"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300 K</w:t>
      </w:r>
    </w:p>
    <w:p w14:paraId="40AC8081"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225 K</w:t>
      </w:r>
    </w:p>
    <w:p w14:paraId="34CAB49F" w14:textId="77777777" w:rsidR="00A72ED2" w:rsidRPr="004D46D7" w:rsidRDefault="00A72ED2" w:rsidP="0026749B">
      <w:pPr>
        <w:rPr>
          <w:color w:val="000000" w:themeColor="text1"/>
          <w:sz w:val="24"/>
          <w:lang w:val="vi-VN"/>
        </w:rPr>
      </w:pPr>
      <w:r w:rsidRPr="004D46D7">
        <w:rPr>
          <w:b/>
          <w:bCs/>
          <w:color w:val="000000" w:themeColor="text1"/>
          <w:sz w:val="24"/>
        </w:rPr>
        <w:t>Câu 36</w:t>
      </w:r>
      <w:r w:rsidRPr="004D46D7">
        <w:rPr>
          <w:color w:val="000000" w:themeColor="text1"/>
          <w:sz w:val="24"/>
          <w:lang w:val="vi-VN"/>
        </w:rPr>
        <w:t>:</w:t>
      </w:r>
      <w:r w:rsidRPr="004D46D7">
        <w:rPr>
          <w:color w:val="000000" w:themeColor="text1"/>
          <w:sz w:val="24"/>
        </w:rPr>
        <w:t xml:space="preserve"> Một khí lý tưởng có khối lượng mol là 44 g/mol</w:t>
      </w:r>
      <w:r w:rsidRPr="004D46D7">
        <w:rPr>
          <w:color w:val="000000" w:themeColor="text1"/>
          <w:sz w:val="24"/>
          <w:lang w:val="vi-VN"/>
        </w:rPr>
        <w:t xml:space="preserve"> và có khối lượng là 22g</w:t>
      </w:r>
      <w:r w:rsidRPr="004D46D7">
        <w:rPr>
          <w:color w:val="000000" w:themeColor="text1"/>
          <w:sz w:val="24"/>
        </w:rPr>
        <w:t xml:space="preserve">. Áp suất của khí là 2 atm và thể tích là 22.4 lít. Tính nhiệt độ của khí </w:t>
      </w:r>
    </w:p>
    <w:p w14:paraId="5F8016D8"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273 K</w:t>
      </w:r>
    </w:p>
    <w:p w14:paraId="4FF94990"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546 K</w:t>
      </w:r>
    </w:p>
    <w:p w14:paraId="29880523"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819 K</w:t>
      </w:r>
    </w:p>
    <w:p w14:paraId="6239D1CD" w14:textId="77777777" w:rsidR="00A72ED2" w:rsidRPr="004D46D7" w:rsidRDefault="00A72ED2"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364 K</w:t>
      </w:r>
    </w:p>
    <w:p w14:paraId="5F328741" w14:textId="77777777" w:rsidR="00A72ED2" w:rsidRPr="004D46D7" w:rsidRDefault="00A72ED2" w:rsidP="0026749B">
      <w:pPr>
        <w:rPr>
          <w:color w:val="auto"/>
          <w:sz w:val="24"/>
          <w:szCs w:val="24"/>
          <w:lang w:val="vi-VN"/>
        </w:rPr>
      </w:pPr>
      <w:r w:rsidRPr="004D46D7">
        <w:rPr>
          <w:b/>
          <w:bCs/>
          <w:color w:val="auto"/>
          <w:sz w:val="24"/>
          <w:szCs w:val="24"/>
        </w:rPr>
        <w:t>Câu 37</w:t>
      </w:r>
      <w:r w:rsidRPr="004D46D7">
        <w:rPr>
          <w:color w:val="auto"/>
          <w:sz w:val="24"/>
          <w:szCs w:val="24"/>
          <w:lang w:val="vi-VN"/>
        </w:rPr>
        <w:t>:</w:t>
      </w:r>
      <w:r w:rsidRPr="004D46D7">
        <w:rPr>
          <w:color w:val="auto"/>
          <w:sz w:val="24"/>
          <w:szCs w:val="24"/>
        </w:rPr>
        <w:t xml:space="preserve"> Một khí lý tưởng có khối lượng mol là 32 g/mol. 1 mol khí ở nhiệt độ 300 K và áp suất 100 kPa. Tính thể tích của khí.</w:t>
      </w:r>
      <w:r w:rsidRPr="004D46D7">
        <w:rPr>
          <w:color w:val="auto"/>
          <w:sz w:val="24"/>
          <w:szCs w:val="24"/>
          <w:lang w:val="vi-VN"/>
        </w:rPr>
        <w:t xml:space="preserve"> Cho biết </w:t>
      </w:r>
      <w:r w:rsidRPr="004D46D7">
        <w:rPr>
          <w:rStyle w:val="mord"/>
          <w:color w:val="auto"/>
          <w:sz w:val="24"/>
          <w:szCs w:val="24"/>
        </w:rPr>
        <w:t>R</w:t>
      </w:r>
      <w:r w:rsidRPr="004D46D7">
        <w:rPr>
          <w:rStyle w:val="mrel"/>
          <w:color w:val="auto"/>
          <w:sz w:val="24"/>
          <w:szCs w:val="24"/>
        </w:rPr>
        <w:t>=</w:t>
      </w:r>
      <w:r w:rsidRPr="004D46D7">
        <w:rPr>
          <w:rStyle w:val="mord"/>
          <w:color w:val="auto"/>
          <w:sz w:val="24"/>
          <w:szCs w:val="24"/>
        </w:rPr>
        <w:t>8.314 J/(mol</w:t>
      </w:r>
      <w:r w:rsidRPr="004D46D7">
        <w:rPr>
          <w:rStyle w:val="mord"/>
          <w:color w:val="auto"/>
          <w:sz w:val="24"/>
          <w:szCs w:val="24"/>
          <w:lang w:val="vi-VN"/>
        </w:rPr>
        <w:t>.</w:t>
      </w:r>
      <w:r w:rsidRPr="004D46D7">
        <w:rPr>
          <w:rStyle w:val="mord"/>
          <w:color w:val="auto"/>
          <w:sz w:val="24"/>
          <w:szCs w:val="24"/>
        </w:rPr>
        <w:t>K)</w:t>
      </w:r>
    </w:p>
    <w:p w14:paraId="307BA407"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A. </w:t>
      </w:r>
      <w:r w:rsidRPr="004D46D7">
        <w:rPr>
          <w:color w:val="auto"/>
          <w:sz w:val="24"/>
          <w:szCs w:val="24"/>
        </w:rPr>
        <w:t>22.4 lít</w:t>
      </w:r>
    </w:p>
    <w:p w14:paraId="12506B1A"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B. </w:t>
      </w:r>
      <w:r w:rsidRPr="004D46D7">
        <w:rPr>
          <w:color w:val="auto"/>
          <w:sz w:val="24"/>
          <w:szCs w:val="24"/>
        </w:rPr>
        <w:t>25 lít</w:t>
      </w:r>
    </w:p>
    <w:p w14:paraId="32296DA8"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C. </w:t>
      </w:r>
      <w:r w:rsidRPr="004D46D7">
        <w:rPr>
          <w:color w:val="auto"/>
          <w:sz w:val="24"/>
          <w:szCs w:val="24"/>
        </w:rPr>
        <w:t>26 lít</w:t>
      </w:r>
    </w:p>
    <w:p w14:paraId="7A609C1F" w14:textId="77777777" w:rsidR="00A72ED2" w:rsidRPr="004D46D7" w:rsidRDefault="00A72ED2" w:rsidP="0026749B">
      <w:pPr>
        <w:tabs>
          <w:tab w:val="left" w:pos="3402"/>
          <w:tab w:val="left" w:pos="5669"/>
          <w:tab w:val="left" w:pos="7937"/>
        </w:tabs>
        <w:jc w:val="both"/>
        <w:rPr>
          <w:color w:val="auto"/>
          <w:sz w:val="24"/>
          <w:szCs w:val="24"/>
        </w:rPr>
      </w:pPr>
      <w:r w:rsidRPr="004D46D7">
        <w:rPr>
          <w:b/>
          <w:color w:val="auto"/>
          <w:sz w:val="24"/>
          <w:szCs w:val="24"/>
        </w:rPr>
        <w:t xml:space="preserve">D. </w:t>
      </w:r>
      <w:r w:rsidRPr="004D46D7">
        <w:rPr>
          <w:color w:val="auto"/>
          <w:sz w:val="24"/>
          <w:szCs w:val="24"/>
        </w:rPr>
        <w:t>28 lít</w:t>
      </w:r>
    </w:p>
    <w:p w14:paraId="67524626" w14:textId="77777777" w:rsidR="004C5954" w:rsidRPr="004D46D7" w:rsidRDefault="004C5954" w:rsidP="0026749B">
      <w:pPr>
        <w:rPr>
          <w:color w:val="000000" w:themeColor="text1"/>
          <w:sz w:val="24"/>
        </w:rPr>
      </w:pPr>
      <w:r w:rsidRPr="004D46D7">
        <w:rPr>
          <w:b/>
          <w:bCs/>
          <w:color w:val="000000" w:themeColor="text1"/>
          <w:sz w:val="24"/>
        </w:rPr>
        <w:t>Câu 38</w:t>
      </w:r>
      <w:r w:rsidRPr="004D46D7">
        <w:rPr>
          <w:color w:val="000000" w:themeColor="text1"/>
          <w:sz w:val="24"/>
        </w:rPr>
        <w:t>: Một khí lý tưởng có khối lượng mol là 2 g/mol</w:t>
      </w:r>
      <w:r w:rsidRPr="004D46D7">
        <w:rPr>
          <w:color w:val="000000" w:themeColor="text1"/>
          <w:sz w:val="24"/>
          <w:lang w:val="vi-VN"/>
        </w:rPr>
        <w:t xml:space="preserve"> và có khối lượng là 2 g</w:t>
      </w:r>
      <w:r w:rsidRPr="004D46D7">
        <w:rPr>
          <w:color w:val="000000" w:themeColor="text1"/>
          <w:sz w:val="24"/>
        </w:rPr>
        <w:t>. Áp suất của khí là 2atm và thể tích là 10 lít. Biết</w:t>
      </w:r>
      <w:r w:rsidRPr="004D46D7">
        <w:rPr>
          <w:color w:val="000000" w:themeColor="text1"/>
          <w:sz w:val="24"/>
          <w:lang w:val="vi-VN"/>
        </w:rPr>
        <w:t xml:space="preserve"> R=0,082 l.atm/ mol.K. </w:t>
      </w:r>
      <w:r w:rsidRPr="004D46D7">
        <w:rPr>
          <w:color w:val="000000" w:themeColor="text1"/>
          <w:sz w:val="24"/>
        </w:rPr>
        <w:t>Tính nhiệt độ của khí.</w:t>
      </w:r>
    </w:p>
    <w:p w14:paraId="5A5A076E"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122 K</w:t>
      </w:r>
    </w:p>
    <w:p w14:paraId="4ADBE8D1"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244 K</w:t>
      </w:r>
    </w:p>
    <w:p w14:paraId="717F7C4E"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488 K</w:t>
      </w:r>
    </w:p>
    <w:p w14:paraId="42D0A922"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976 K</w:t>
      </w:r>
    </w:p>
    <w:p w14:paraId="59F54D4C" w14:textId="77777777" w:rsidR="004C5954" w:rsidRPr="004D46D7" w:rsidRDefault="004C5954" w:rsidP="0026749B">
      <w:pPr>
        <w:rPr>
          <w:color w:val="000000" w:themeColor="text1"/>
          <w:sz w:val="24"/>
        </w:rPr>
      </w:pPr>
      <w:r w:rsidRPr="004D46D7">
        <w:rPr>
          <w:b/>
          <w:bCs/>
          <w:color w:val="000000" w:themeColor="text1"/>
          <w:sz w:val="24"/>
        </w:rPr>
        <w:t>Câu 39</w:t>
      </w:r>
      <w:r w:rsidRPr="004D46D7">
        <w:rPr>
          <w:b/>
          <w:bCs/>
          <w:color w:val="000000" w:themeColor="text1"/>
          <w:sz w:val="24"/>
          <w:lang w:val="vi-VN"/>
        </w:rPr>
        <w:t>:</w:t>
      </w:r>
      <w:r w:rsidRPr="004D46D7">
        <w:rPr>
          <w:color w:val="000000" w:themeColor="text1"/>
          <w:sz w:val="24"/>
        </w:rPr>
        <w:t xml:space="preserve"> Một bình chứa khí lý tưởng có thể tích 5 lít, áp suất 3 atm và nhiệt độ 400 K. Tính số mol khí trong bình.</w:t>
      </w:r>
    </w:p>
    <w:p w14:paraId="32A3558B"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0.457 mol</w:t>
      </w:r>
    </w:p>
    <w:p w14:paraId="3F1595C8"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lastRenderedPageBreak/>
        <w:t xml:space="preserve">B. </w:t>
      </w:r>
      <w:r w:rsidRPr="004D46D7">
        <w:rPr>
          <w:color w:val="000000" w:themeColor="text1"/>
          <w:sz w:val="24"/>
        </w:rPr>
        <w:t>0.912 mol</w:t>
      </w:r>
    </w:p>
    <w:p w14:paraId="3A1FDCCB" w14:textId="77777777" w:rsidR="004C5954" w:rsidRPr="004D46D7" w:rsidRDefault="004C5954"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1.368 mol</w:t>
      </w:r>
    </w:p>
    <w:p w14:paraId="736627FE" w14:textId="77777777" w:rsidR="001F14DA" w:rsidRPr="004D46D7" w:rsidRDefault="004C5954" w:rsidP="0007659D">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1.824 mol</w:t>
      </w:r>
    </w:p>
    <w:p w14:paraId="311929B8" w14:textId="77777777" w:rsidR="001F14DA" w:rsidRPr="004D46D7" w:rsidRDefault="001F14DA" w:rsidP="0026749B">
      <w:pPr>
        <w:rPr>
          <w:color w:val="000000" w:themeColor="text1"/>
          <w:sz w:val="24"/>
        </w:rPr>
      </w:pPr>
      <w:r w:rsidRPr="004D46D7">
        <w:rPr>
          <w:b/>
          <w:bCs/>
          <w:color w:val="000000" w:themeColor="text1"/>
          <w:sz w:val="24"/>
        </w:rPr>
        <w:t>Câu 40</w:t>
      </w:r>
      <w:r w:rsidRPr="004D46D7">
        <w:rPr>
          <w:color w:val="000000" w:themeColor="text1"/>
          <w:sz w:val="24"/>
          <w:lang w:val="vi-VN"/>
        </w:rPr>
        <w:t>:</w:t>
      </w:r>
      <w:r w:rsidRPr="004D46D7">
        <w:rPr>
          <w:color w:val="000000" w:themeColor="text1"/>
          <w:sz w:val="24"/>
        </w:rPr>
        <w:t xml:space="preserve"> Một khí lý tưởng có khối lượng mol là 4 g/mol. Áp suất của khí là 1 atm và thể tích là 22.4 lít ở nhiệt độ 273 K. Tính khối lượng của khí.</w:t>
      </w:r>
    </w:p>
    <w:p w14:paraId="2D6247CB"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 g</w:t>
      </w:r>
    </w:p>
    <w:p w14:paraId="2E690952"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 g</w:t>
      </w:r>
    </w:p>
    <w:p w14:paraId="0E9748B6"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3 g</w:t>
      </w:r>
    </w:p>
    <w:p w14:paraId="5CCD3140"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4 g</w:t>
      </w:r>
    </w:p>
    <w:p w14:paraId="46E75ADD" w14:textId="77777777" w:rsidR="001F14DA" w:rsidRPr="004D46D7" w:rsidRDefault="001F14DA" w:rsidP="0026749B">
      <w:pPr>
        <w:rPr>
          <w:color w:val="000000" w:themeColor="text1"/>
          <w:sz w:val="24"/>
        </w:rPr>
      </w:pPr>
      <w:r w:rsidRPr="004D46D7">
        <w:rPr>
          <w:b/>
          <w:bCs/>
          <w:color w:val="000000" w:themeColor="text1"/>
          <w:sz w:val="24"/>
        </w:rPr>
        <w:t>Câu 41</w:t>
      </w:r>
      <w:r w:rsidRPr="004D46D7">
        <w:rPr>
          <w:color w:val="000000" w:themeColor="text1"/>
          <w:sz w:val="24"/>
        </w:rPr>
        <w:t>:</w:t>
      </w:r>
      <w:r w:rsidRPr="004D46D7">
        <w:rPr>
          <w:color w:val="000000" w:themeColor="text1"/>
          <w:sz w:val="24"/>
          <w:lang w:val="vi-VN"/>
        </w:rPr>
        <w:t xml:space="preserve"> </w:t>
      </w:r>
      <w:r w:rsidRPr="004D46D7">
        <w:rPr>
          <w:color w:val="000000" w:themeColor="text1"/>
          <w:sz w:val="24"/>
        </w:rPr>
        <w:t>Một phòng có kích thước 10 m x 6 m x 4 m. Ban đầu không khí trong phòng ở điều kiện chuẩn, sau đó nhiệt độ của không khí tăng lên tới 20°C, trong khi áp suất là 76 cmHg. Biết khối lượng riêng của không khí ở điều kiện chuẩn là 1,29 kg/m³. Khối lượng không khí còn lại trong phòng bằng:</w:t>
      </w:r>
    </w:p>
    <w:p w14:paraId="3495985E" w14:textId="77777777" w:rsidR="001F14DA" w:rsidRPr="004D46D7" w:rsidRDefault="001F14DA" w:rsidP="0007659D">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256,8 kg</w:t>
      </w:r>
      <w:r w:rsidRPr="004D46D7">
        <w:rPr>
          <w:color w:val="000000" w:themeColor="text1"/>
          <w:sz w:val="24"/>
        </w:rPr>
        <w:tab/>
      </w:r>
      <w:r w:rsidRPr="004D46D7">
        <w:rPr>
          <w:b/>
          <w:color w:val="000000" w:themeColor="text1"/>
          <w:sz w:val="24"/>
        </w:rPr>
        <w:t xml:space="preserve">B. </w:t>
      </w:r>
      <w:r w:rsidRPr="004D46D7">
        <w:rPr>
          <w:color w:val="000000" w:themeColor="text1"/>
          <w:sz w:val="24"/>
        </w:rPr>
        <w:t>258,9 kg</w:t>
      </w:r>
      <w:r w:rsidRPr="004D46D7">
        <w:rPr>
          <w:color w:val="000000" w:themeColor="text1"/>
          <w:sz w:val="24"/>
        </w:rPr>
        <w:tab/>
      </w:r>
      <w:r w:rsidRPr="004D46D7">
        <w:rPr>
          <w:b/>
          <w:color w:val="000000" w:themeColor="text1"/>
          <w:sz w:val="24"/>
        </w:rPr>
        <w:t xml:space="preserve">C. </w:t>
      </w:r>
      <w:r w:rsidRPr="004D46D7">
        <w:rPr>
          <w:color w:val="000000" w:themeColor="text1"/>
          <w:sz w:val="24"/>
        </w:rPr>
        <w:t>260,2 kg</w:t>
      </w:r>
      <w:r w:rsidRPr="004D46D7">
        <w:rPr>
          <w:color w:val="000000" w:themeColor="text1"/>
          <w:sz w:val="24"/>
        </w:rPr>
        <w:tab/>
      </w:r>
      <w:r w:rsidRPr="004D46D7">
        <w:rPr>
          <w:b/>
          <w:color w:val="000000" w:themeColor="text1"/>
          <w:sz w:val="24"/>
        </w:rPr>
        <w:t xml:space="preserve">D. </w:t>
      </w:r>
      <w:r w:rsidRPr="004D46D7">
        <w:rPr>
          <w:color w:val="000000" w:themeColor="text1"/>
          <w:sz w:val="24"/>
        </w:rPr>
        <w:t>263,3 kg</w:t>
      </w:r>
    </w:p>
    <w:p w14:paraId="6A031DF2" w14:textId="77777777" w:rsidR="001F14DA" w:rsidRPr="004D46D7" w:rsidRDefault="001F14DA" w:rsidP="0026749B">
      <w:pPr>
        <w:rPr>
          <w:color w:val="000000" w:themeColor="text1"/>
          <w:sz w:val="24"/>
        </w:rPr>
      </w:pPr>
      <w:r w:rsidRPr="004D46D7">
        <w:rPr>
          <w:b/>
          <w:bCs/>
          <w:color w:val="000000" w:themeColor="text1"/>
          <w:sz w:val="24"/>
        </w:rPr>
        <w:t>Câu 42</w:t>
      </w:r>
      <w:r w:rsidRPr="004D46D7">
        <w:rPr>
          <w:color w:val="000000" w:themeColor="text1"/>
          <w:sz w:val="24"/>
        </w:rPr>
        <w:t>:</w:t>
      </w:r>
      <w:r w:rsidRPr="004D46D7">
        <w:rPr>
          <w:color w:val="000000" w:themeColor="text1"/>
          <w:sz w:val="24"/>
          <w:lang w:val="vi-VN"/>
        </w:rPr>
        <w:t xml:space="preserve"> </w:t>
      </w:r>
      <w:r w:rsidRPr="004D46D7">
        <w:rPr>
          <w:color w:val="000000" w:themeColor="text1"/>
          <w:sz w:val="24"/>
        </w:rPr>
        <w:t>Bình dung tích 5 lít chứa khí có áp suất 850 mmHg, khối lượng tổng cộng của bình và khí bằng 650 g. Cho một phần khí thoát ra ngoài, áp suất giảm đến 750 mmHg, nhiệt độ như cũ, khối lượng của bình và khí còn lại bằng 646 g. Khối lượng riêng của khí ban đầu bằng:</w:t>
      </w:r>
    </w:p>
    <w:p w14:paraId="14A0B7EA"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3</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74BC4E2B"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4</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770FB05E"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5</w:t>
      </w:r>
      <w:r w:rsidRPr="004D46D7">
        <w:rPr>
          <w:color w:val="000000" w:themeColor="text1"/>
          <w:sz w:val="24"/>
          <w:lang w:val="vi-VN"/>
        </w:rPr>
        <w:t>,8</w:t>
      </w:r>
      <w:r w:rsidRPr="004D46D7">
        <w:rPr>
          <w:color w:val="000000" w:themeColor="text1"/>
          <w:sz w:val="24"/>
        </w:rPr>
        <w:t xml:space="preserve"> g/lít</w:t>
      </w:r>
      <w:r w:rsidRPr="004D46D7">
        <w:rPr>
          <w:color w:val="000000" w:themeColor="text1"/>
          <w:sz w:val="24"/>
        </w:rPr>
        <w:tab/>
      </w:r>
    </w:p>
    <w:p w14:paraId="2FEE03F4" w14:textId="77777777" w:rsidR="001F14DA" w:rsidRPr="004D46D7" w:rsidRDefault="001F14DA" w:rsidP="0007659D">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6</w:t>
      </w:r>
      <w:r w:rsidRPr="004D46D7">
        <w:rPr>
          <w:color w:val="000000" w:themeColor="text1"/>
          <w:sz w:val="24"/>
          <w:lang w:val="vi-VN"/>
        </w:rPr>
        <w:t>,8</w:t>
      </w:r>
      <w:r w:rsidRPr="004D46D7">
        <w:rPr>
          <w:color w:val="000000" w:themeColor="text1"/>
          <w:sz w:val="24"/>
        </w:rPr>
        <w:t xml:space="preserve"> g/lít</w:t>
      </w:r>
    </w:p>
    <w:p w14:paraId="591A8094" w14:textId="77777777" w:rsidR="001F14DA" w:rsidRPr="004D46D7" w:rsidRDefault="001F14DA" w:rsidP="0026749B">
      <w:pPr>
        <w:rPr>
          <w:color w:val="000000" w:themeColor="text1"/>
          <w:sz w:val="24"/>
        </w:rPr>
      </w:pPr>
      <w:r w:rsidRPr="004D46D7">
        <w:rPr>
          <w:b/>
          <w:bCs/>
          <w:color w:val="000000" w:themeColor="text1"/>
          <w:sz w:val="24"/>
        </w:rPr>
        <w:t>Câu 43:</w:t>
      </w:r>
      <w:r w:rsidRPr="004D46D7">
        <w:rPr>
          <w:color w:val="000000" w:themeColor="text1"/>
          <w:sz w:val="24"/>
          <w:lang w:val="vi-VN"/>
        </w:rPr>
        <w:t xml:space="preserve"> </w:t>
      </w:r>
      <w:r w:rsidRPr="004D46D7">
        <w:rPr>
          <w:color w:val="000000" w:themeColor="text1"/>
          <w:sz w:val="24"/>
        </w:rPr>
        <w:t xml:space="preserve">Một lượng 0,5 mol khí Neon trong xi lanh có nhiệt độ </w:t>
      </w:r>
      <m:oMath>
        <m:sSub>
          <m:sSubPr>
            <m:ctrlPr>
              <w:rPr>
                <w:rFonts w:ascii="Cambria Math" w:hAnsi="Cambria Math"/>
                <w:i/>
                <w:color w:val="000000" w:themeColor="text1"/>
                <w:sz w:val="24"/>
              </w:rPr>
            </m:ctrlPr>
          </m:sSubPr>
          <m:e>
            <m:r>
              <w:rPr>
                <w:rFonts w:ascii="Cambria Math" w:hAnsi="Cambria Math"/>
                <w:color w:val="000000" w:themeColor="text1"/>
                <w:sz w:val="24"/>
              </w:rPr>
              <m:t>T</m:t>
            </m:r>
          </m:e>
          <m:sub>
            <m:r>
              <w:rPr>
                <w:rFonts w:ascii="Cambria Math" w:hAnsi="Cambria Math"/>
                <w:color w:val="000000" w:themeColor="text1"/>
                <w:sz w:val="24"/>
              </w:rPr>
              <m:t>1</m:t>
            </m:r>
          </m:sub>
        </m:sSub>
      </m:oMath>
      <w:r w:rsidRPr="004D46D7">
        <w:rPr>
          <w:color w:val="000000" w:themeColor="text1"/>
          <w:sz w:val="24"/>
        </w:rPr>
        <w:t xml:space="preserve"> và thể tích </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oMath>
      <w:r w:rsidRPr="004D46D7">
        <w:rPr>
          <w:color w:val="000000" w:themeColor="text1"/>
          <w:sz w:val="24"/>
        </w:rPr>
        <w:t xml:space="preserve"> được biến đổi theo một chu trình khép kín: dãn đẳng áp tới thể tích </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2</m:t>
            </m:r>
          </m:sub>
        </m:sSub>
      </m:oMath>
      <w:r w:rsidRPr="004D46D7">
        <w:rPr>
          <w:color w:val="000000" w:themeColor="text1"/>
          <w:sz w:val="24"/>
        </w:rPr>
        <w:t xml:space="preserve"> = 2</w:t>
      </w:r>
      <m:oMath>
        <m:sSub>
          <m:sSubPr>
            <m:ctrlPr>
              <w:rPr>
                <w:rFonts w:ascii="Cambria Math" w:hAnsi="Cambria Math"/>
                <w:i/>
                <w:color w:val="000000" w:themeColor="text1"/>
                <w:sz w:val="24"/>
              </w:rPr>
            </m:ctrlPr>
          </m:sSubPr>
          <m:e>
            <m:r>
              <w:rPr>
                <w:rFonts w:ascii="Cambria Math" w:hAnsi="Cambria Math"/>
                <w:color w:val="000000" w:themeColor="text1"/>
                <w:sz w:val="24"/>
              </w:rPr>
              <m:t>V</m:t>
            </m:r>
          </m:e>
          <m:sub>
            <m:r>
              <w:rPr>
                <w:rFonts w:ascii="Cambria Math" w:hAnsi="Cambria Math"/>
                <w:color w:val="000000" w:themeColor="text1"/>
                <w:sz w:val="24"/>
              </w:rPr>
              <m:t>1</m:t>
            </m:r>
          </m:sub>
        </m:sSub>
      </m:oMath>
      <w:r w:rsidRPr="004D46D7">
        <w:rPr>
          <w:color w:val="000000" w:themeColor="text1"/>
          <w:sz w:val="24"/>
        </w:rPr>
        <w:t>; rồi nén đẳng nhiệt; sau đó làm lạnh đẳng tích về trạng thái 1 ban đầu. Áp suất lớn nhất trong chu trình biến đổi có giá trị bằng:</w:t>
      </w:r>
    </w:p>
    <w:p w14:paraId="68C39EE8"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A. </w:t>
      </w:r>
      <w:r w:rsidRPr="004D46D7">
        <w:rPr>
          <w:color w:val="000000" w:themeColor="text1"/>
          <w:sz w:val="24"/>
        </w:rPr>
        <w:t>1.5</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33B40EC3"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B. </w:t>
      </w:r>
      <w:r w:rsidRPr="004D46D7">
        <w:rPr>
          <w:color w:val="000000" w:themeColor="text1"/>
          <w:sz w:val="24"/>
        </w:rPr>
        <w:t>2</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1DA71892"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C. </w:t>
      </w:r>
      <w:r w:rsidRPr="004D46D7">
        <w:rPr>
          <w:color w:val="000000" w:themeColor="text1"/>
          <w:sz w:val="24"/>
        </w:rPr>
        <w:t>2.5</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r w:rsidRPr="004D46D7">
        <w:rPr>
          <w:color w:val="000000" w:themeColor="text1"/>
          <w:sz w:val="24"/>
        </w:rPr>
        <w:tab/>
      </w:r>
    </w:p>
    <w:p w14:paraId="2E6668B0" w14:textId="77777777" w:rsidR="001F14DA" w:rsidRPr="004D46D7" w:rsidRDefault="001F14DA" w:rsidP="0026749B">
      <w:pPr>
        <w:tabs>
          <w:tab w:val="left" w:pos="3402"/>
          <w:tab w:val="left" w:pos="5669"/>
          <w:tab w:val="left" w:pos="7937"/>
        </w:tabs>
        <w:jc w:val="both"/>
        <w:rPr>
          <w:color w:val="000000" w:themeColor="text1"/>
          <w:sz w:val="24"/>
        </w:rPr>
      </w:pPr>
      <w:r w:rsidRPr="004D46D7">
        <w:rPr>
          <w:b/>
          <w:color w:val="000000" w:themeColor="text1"/>
          <w:sz w:val="24"/>
        </w:rPr>
        <w:t xml:space="preserve">D. </w:t>
      </w:r>
      <w:r w:rsidRPr="004D46D7">
        <w:rPr>
          <w:color w:val="000000" w:themeColor="text1"/>
          <w:sz w:val="24"/>
        </w:rPr>
        <w:t>3</w:t>
      </w:r>
      <m:oMath>
        <m:sSub>
          <m:sSubPr>
            <m:ctrlPr>
              <w:rPr>
                <w:rFonts w:ascii="Cambria Math" w:hAnsi="Cambria Math"/>
                <w:i/>
                <w:color w:val="000000" w:themeColor="text1"/>
                <w:sz w:val="24"/>
              </w:rPr>
            </m:ctrlPr>
          </m:sSubPr>
          <m:e>
            <m:r>
              <w:rPr>
                <w:rFonts w:ascii="Cambria Math" w:hAnsi="Cambria Math"/>
                <w:color w:val="000000" w:themeColor="text1"/>
                <w:sz w:val="24"/>
              </w:rPr>
              <m:t>p</m:t>
            </m:r>
          </m:e>
          <m:sub>
            <m:r>
              <w:rPr>
                <w:rFonts w:ascii="Cambria Math" w:hAnsi="Cambria Math"/>
                <w:color w:val="000000" w:themeColor="text1"/>
                <w:sz w:val="24"/>
              </w:rPr>
              <m:t>1</m:t>
            </m:r>
          </m:sub>
        </m:sSub>
      </m:oMath>
    </w:p>
    <w:p w14:paraId="29CB0500" w14:textId="77777777" w:rsidR="00031959" w:rsidRPr="004D46D7" w:rsidRDefault="00031959" w:rsidP="0026749B">
      <w:pPr>
        <w:spacing w:after="160" w:line="259" w:lineRule="auto"/>
        <w:rPr>
          <w:color w:val="C00000"/>
          <w:sz w:val="24"/>
          <w:szCs w:val="28"/>
          <w:lang w:val="vi-VN" w:eastAsia="vi-VN"/>
        </w:rPr>
      </w:pPr>
      <w:r w:rsidRPr="004D46D7">
        <w:rPr>
          <w:color w:val="C00000"/>
          <w:sz w:val="24"/>
          <w:szCs w:val="28"/>
          <w:lang w:val="vi-VN" w:eastAsia="vi-VN"/>
        </w:rPr>
        <w:br w:type="page"/>
      </w:r>
    </w:p>
    <w:p w14:paraId="6C8B9B67" w14:textId="77777777" w:rsidR="00031959" w:rsidRPr="004D46D7" w:rsidRDefault="00031959" w:rsidP="0026749B">
      <w:pPr>
        <w:rPr>
          <w:iCs/>
          <w:color w:val="C00000"/>
          <w:sz w:val="24"/>
          <w:szCs w:val="28"/>
          <w:lang w:eastAsia="vi-VN"/>
        </w:rPr>
      </w:pPr>
      <w:r w:rsidRPr="004D46D7">
        <w:rPr>
          <w:iCs/>
          <w:color w:val="C00000"/>
          <w:sz w:val="24"/>
          <w:szCs w:val="28"/>
          <w:lang w:eastAsia="vi-VN"/>
        </w:rPr>
        <w:lastRenderedPageBreak/>
        <w:t xml:space="preserve"> </w:t>
      </w:r>
    </w:p>
    <w:p w14:paraId="42D5A66B" w14:textId="77777777" w:rsidR="00031959" w:rsidRPr="004D46D7" w:rsidRDefault="00031959" w:rsidP="0026749B">
      <w:pPr>
        <w:spacing w:line="276" w:lineRule="auto"/>
        <w:rPr>
          <w:b/>
          <w:bCs/>
          <w:color w:val="C00000"/>
          <w:sz w:val="24"/>
          <w:szCs w:val="26"/>
        </w:rPr>
      </w:pPr>
      <w:r w:rsidRPr="004D46D7">
        <w:rPr>
          <w:b/>
          <w:bCs/>
          <w:color w:val="C00000"/>
          <w:sz w:val="24"/>
          <w:szCs w:val="26"/>
        </w:rPr>
        <w:t>2. Câu trắc nghiệm đúng sai ( 4 điểm )</w:t>
      </w:r>
    </w:p>
    <w:p w14:paraId="195E3535" w14:textId="77777777" w:rsidR="00031959" w:rsidRPr="004D46D7" w:rsidRDefault="00031959" w:rsidP="0026749B">
      <w:pPr>
        <w:spacing w:line="276" w:lineRule="auto"/>
        <w:rPr>
          <w:bCs/>
          <w:i/>
          <w:iCs/>
          <w:color w:val="auto"/>
          <w:sz w:val="24"/>
          <w:szCs w:val="26"/>
        </w:rPr>
      </w:pPr>
      <w:r w:rsidRPr="004D46D7">
        <w:rPr>
          <w:rFonts w:eastAsia="Calibri"/>
          <w:bCs/>
          <w:i/>
          <w:iCs/>
          <w:color w:val="auto"/>
          <w:sz w:val="24"/>
          <w:szCs w:val="26"/>
          <w:lang w:val="fr-FR"/>
          <w14:ligatures w14:val="standardContextual"/>
        </w:rPr>
        <w:t>Thí sinh trả lời từ câu 1 đến câu 4. Trong mỗi ý a), b), c), d) ở mỗi câu, thí sinh chọn đúng</w:t>
      </w:r>
      <w:r w:rsidRPr="004D46D7">
        <w:rPr>
          <w:rFonts w:eastAsia="Calibri"/>
          <w:bCs/>
          <w:i/>
          <w:iCs/>
          <w:color w:val="auto"/>
          <w:sz w:val="24"/>
          <w:szCs w:val="26"/>
          <w:lang w:val="vi-VN"/>
          <w14:ligatures w14:val="standardContextual"/>
        </w:rPr>
        <w:t xml:space="preserve"> </w:t>
      </w:r>
      <w:r w:rsidRPr="004D46D7">
        <w:rPr>
          <w:bCs/>
          <w:i/>
          <w:iCs/>
          <w:color w:val="auto"/>
          <w:sz w:val="24"/>
          <w:szCs w:val="26"/>
        </w:rPr>
        <w:t>hoặc sai</w:t>
      </w:r>
    </w:p>
    <w:p w14:paraId="4E2C0007" w14:textId="77777777" w:rsidR="00031959" w:rsidRPr="004D46D7" w:rsidRDefault="00031959" w:rsidP="0026749B">
      <w:pPr>
        <w:rPr>
          <w:color w:val="000000" w:themeColor="text1"/>
          <w:sz w:val="24"/>
          <w:szCs w:val="26"/>
        </w:rPr>
      </w:pPr>
    </w:p>
    <w:p w14:paraId="0909FB37" w14:textId="77777777" w:rsidR="00265E79" w:rsidRPr="004D46D7" w:rsidRDefault="00265E79" w:rsidP="0026749B">
      <w:pPr>
        <w:rPr>
          <w:color w:val="000000" w:themeColor="text1"/>
          <w:sz w:val="24"/>
        </w:rPr>
      </w:pPr>
      <w:r w:rsidRPr="004D46D7">
        <w:rPr>
          <w:b/>
          <w:bCs/>
          <w:color w:val="000000" w:themeColor="text1"/>
          <w:sz w:val="24"/>
        </w:rPr>
        <w:t>Câu</w:t>
      </w:r>
      <w:r w:rsidRPr="004D46D7">
        <w:rPr>
          <w:b/>
          <w:bCs/>
          <w:color w:val="000000" w:themeColor="text1"/>
          <w:sz w:val="24"/>
          <w:lang w:val="vi-VN"/>
        </w:rPr>
        <w:t xml:space="preserve"> 1:</w:t>
      </w:r>
      <w:r w:rsidRPr="004D46D7">
        <w:rPr>
          <w:color w:val="000000" w:themeColor="text1"/>
          <w:sz w:val="24"/>
          <w:lang w:val="vi-VN"/>
        </w:rPr>
        <w:t xml:space="preserve"> </w:t>
      </w:r>
      <w:r w:rsidRPr="004D46D7">
        <w:rPr>
          <w:color w:val="000000" w:themeColor="text1"/>
          <w:sz w:val="24"/>
        </w:rPr>
        <w:t>Một lượng khí lý tưởng được chứa trong một bình kín có thể tích V = 10 L, nhiệt độ ban đầu T₁ = 300 K, và áp suất ban đầu P₁ = 2 atm. Sau đó, khí được nung nóng đến nhiệt độ T₂ = 450 K và áp suất tăng lên P₂ = 3 atm. Hãy xem xét các nhận định sau đây:</w:t>
      </w:r>
    </w:p>
    <w:p w14:paraId="5EF72B52" w14:textId="77777777" w:rsidR="00816D63" w:rsidRPr="004D46D7" w:rsidRDefault="00265E79" w:rsidP="0007659D">
      <w:pPr>
        <w:tabs>
          <w:tab w:val="left" w:pos="3402"/>
          <w:tab w:val="left" w:pos="5669"/>
          <w:tab w:val="left" w:pos="7937"/>
        </w:tabs>
        <w:spacing w:beforeAutospacing="1" w:afterAutospacing="1" w:line="276" w:lineRule="auto"/>
        <w:jc w:val="both"/>
        <w:rPr>
          <w:i/>
          <w:iCs/>
          <w:color w:val="C00000"/>
          <w:sz w:val="24"/>
          <w:szCs w:val="24"/>
          <w:lang w:eastAsia="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không thay đổi trong quá trình này</w:t>
      </w:r>
      <w:r w:rsidR="00031959" w:rsidRPr="004D46D7">
        <w:rPr>
          <w:color w:val="000000" w:themeColor="text1"/>
          <w:sz w:val="24"/>
          <w:szCs w:val="26"/>
          <w:lang w:eastAsia="vi-VN"/>
        </w:rPr>
        <w:t xml:space="preserve">.  </w:t>
      </w:r>
    </w:p>
    <w:p w14:paraId="4B45C76C" w14:textId="77777777" w:rsidR="00816D63" w:rsidRPr="004D46D7" w:rsidRDefault="00816D63"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Áp suất tăng từ P₁ đến P₂ do nhiệt độ tăng từ T₁ đến T₂.</w:t>
      </w:r>
      <w:r w:rsidR="00154D25" w:rsidRPr="004D46D7">
        <w:rPr>
          <w:color w:val="000000" w:themeColor="text1"/>
          <w:sz w:val="24"/>
          <w:szCs w:val="26"/>
          <w:lang w:eastAsia="vi-VN"/>
        </w:rPr>
        <w:t xml:space="preserve">   </w:t>
      </w:r>
    </w:p>
    <w:p w14:paraId="4F0063E2" w14:textId="77777777" w:rsidR="00816D63" w:rsidRPr="004D46D7" w:rsidRDefault="00816D63" w:rsidP="0007659D">
      <w:pPr>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Thể tích của bình tăng lên khi nhiệt độ tăng.</w:t>
      </w:r>
      <w:r w:rsidRPr="004D46D7">
        <w:rPr>
          <w:color w:val="000000" w:themeColor="text1"/>
          <w:sz w:val="24"/>
          <w:szCs w:val="24"/>
          <w:lang w:eastAsia="vi-VN"/>
        </w:rPr>
        <w:t xml:space="preserve"> </w:t>
      </w:r>
    </w:p>
    <w:p w14:paraId="5D04B349" w14:textId="77777777" w:rsidR="009C3B75" w:rsidRPr="004D46D7" w:rsidRDefault="00816D63" w:rsidP="0007659D">
      <w:pPr>
        <w:tabs>
          <w:tab w:val="left" w:pos="3402"/>
          <w:tab w:val="left" w:pos="5669"/>
          <w:tab w:val="left" w:pos="7937"/>
        </w:tabs>
        <w:spacing w:beforeAutospacing="1" w:afterAutospacing="1" w:line="276" w:lineRule="auto"/>
        <w:jc w:val="both"/>
        <w:rPr>
          <w:i/>
          <w:iCs/>
          <w:color w:val="C00000"/>
          <w:sz w:val="24"/>
          <w:szCs w:val="24"/>
          <w:lang w:eastAsia="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ban đầu là 0.82 mol</w:t>
      </w:r>
    </w:p>
    <w:p w14:paraId="185EDDB9" w14:textId="77777777" w:rsidR="008E1144" w:rsidRPr="004D46D7" w:rsidRDefault="00031959" w:rsidP="0026749B">
      <w:pPr>
        <w:pStyle w:val="NormalWeb"/>
        <w:spacing w:line="276" w:lineRule="auto"/>
        <w:ind w:firstLine="0"/>
        <w:rPr>
          <w:color w:val="000000" w:themeColor="text1"/>
        </w:rPr>
      </w:pPr>
      <w:r w:rsidRPr="004D46D7">
        <w:rPr>
          <w:b/>
          <w:bCs/>
          <w:color w:val="000000" w:themeColor="text1"/>
          <w:szCs w:val="26"/>
          <w:lang w:eastAsia="vi-VN"/>
        </w:rPr>
        <w:t>Câu 2:</w:t>
      </w:r>
      <w:r w:rsidRPr="004D46D7">
        <w:rPr>
          <w:color w:val="000000" w:themeColor="text1"/>
          <w:szCs w:val="26"/>
          <w:lang w:eastAsia="vi-VN"/>
        </w:rPr>
        <w:t xml:space="preserve"> </w:t>
      </w:r>
      <w:r w:rsidR="008E1144" w:rsidRPr="004D46D7">
        <w:rPr>
          <w:color w:val="000000" w:themeColor="text1"/>
        </w:rPr>
        <w:t>Một bình chứa khí lý tưởng được làm lạnh từ nhiệt độ cao xuống nhiệt độ thấp. Khi khí lý tưởng trong bình được làm lạnh, thể tích của bình giữ nguyên nhưng áp suất giảm. Khí thực có thể hành xử khác biệt so với khí lý tưởng trong các điều kiện nhiệt độ thấp.</w:t>
      </w:r>
    </w:p>
    <w:p w14:paraId="0A6CD2C2" w14:textId="77777777" w:rsidR="008E1144" w:rsidRPr="004D46D7" w:rsidRDefault="008E1144"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Hãy xem xét các nhận định sau đây:</w:t>
      </w:r>
    </w:p>
    <w:p w14:paraId="0BDE1A12" w14:textId="77777777" w:rsidR="008E1144" w:rsidRPr="004D46D7" w:rsidRDefault="008E1144" w:rsidP="0007659D">
      <w:pPr>
        <w:rPr>
          <w:i/>
          <w:iCs/>
          <w:color w:val="C00000"/>
          <w:sz w:val="24"/>
          <w:szCs w:val="24"/>
          <w:lang w:eastAsia="vi-VN"/>
        </w:rPr>
      </w:pPr>
      <w:r w:rsidRPr="004D46D7">
        <w:rPr>
          <w:b/>
          <w:bCs/>
          <w:color w:val="000000" w:themeColor="text1"/>
          <w:sz w:val="24"/>
          <w:szCs w:val="24"/>
          <w:lang w:eastAsia="vi-VN"/>
        </w:rPr>
        <w:t>a.</w:t>
      </w:r>
      <w:r w:rsidRPr="004D46D7">
        <w:rPr>
          <w:color w:val="000000" w:themeColor="text1"/>
          <w:sz w:val="24"/>
          <w:szCs w:val="24"/>
          <w:lang w:eastAsia="vi-VN"/>
        </w:rPr>
        <w:t xml:space="preserve"> </w:t>
      </w:r>
      <w:r w:rsidRPr="004D46D7">
        <w:rPr>
          <w:color w:val="000000" w:themeColor="text1"/>
          <w:sz w:val="24"/>
          <w:szCs w:val="24"/>
          <w:lang w:val="vi-VN" w:eastAsia="vi-VN"/>
        </w:rPr>
        <w:t>Khi nhiệt độ của khí lý tưởng giảm trong một bình có thể tích không thay đổi, áp suất của khí sẽ giảm theo định luật khí lý tưởng</w:t>
      </w:r>
      <w:r w:rsidR="009C3B75" w:rsidRPr="004D46D7">
        <w:rPr>
          <w:color w:val="000000" w:themeColor="text1"/>
          <w:sz w:val="24"/>
          <w:szCs w:val="26"/>
          <w:lang w:eastAsia="vi-VN"/>
        </w:rPr>
        <w:t xml:space="preserve">.  </w:t>
      </w:r>
    </w:p>
    <w:p w14:paraId="629AE3DA"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Khí thực sẽ giảm thể tích khi nhiệt độ giảm, ngay cả khi áp suất không đổi</w:t>
      </w:r>
      <w:r w:rsidR="00031959" w:rsidRPr="004D46D7">
        <w:rPr>
          <w:color w:val="000000" w:themeColor="text1"/>
          <w:sz w:val="24"/>
          <w:szCs w:val="26"/>
          <w:lang w:eastAsia="vi-VN"/>
        </w:rPr>
        <w:t xml:space="preserve">. </w:t>
      </w:r>
    </w:p>
    <w:p w14:paraId="6B240EB0" w14:textId="77777777" w:rsidR="008E1144" w:rsidRPr="004D46D7" w:rsidRDefault="008E1144"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Khi nhiệt độ giảm xuống gần nhiệt độ cực thấp, các hiệu ứng của lực tương tác giữa các phân tử trở nên không đáng kể đối với khí thực</w:t>
      </w:r>
      <w:r w:rsidR="00031959" w:rsidRPr="004D46D7">
        <w:rPr>
          <w:color w:val="000000" w:themeColor="text1"/>
          <w:sz w:val="24"/>
          <w:szCs w:val="26"/>
          <w:lang w:eastAsia="vi-VN"/>
        </w:rPr>
        <w:t xml:space="preserve">. </w:t>
      </w:r>
    </w:p>
    <w:p w14:paraId="615476BD" w14:textId="77777777" w:rsidR="009C3B75" w:rsidRPr="004D46D7" w:rsidRDefault="008E1144" w:rsidP="0007659D">
      <w:pPr>
        <w:rPr>
          <w:i/>
          <w:iCs/>
          <w:color w:val="C00000"/>
          <w:sz w:val="24"/>
          <w:szCs w:val="24"/>
          <w:lang w:eastAsia="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Trong điều kiện nhiệt độ thấp và áp suất cao, khí thực có thể hành xử khác với khí lý tưởng do sự thay đổi trong thể tích phân tử và các lực tương tác giữa các phân tử</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005C13CB" w14:textId="77777777" w:rsidR="008E1144" w:rsidRPr="004D46D7" w:rsidRDefault="00031959" w:rsidP="0026749B">
      <w:pPr>
        <w:pStyle w:val="NormalWeb"/>
        <w:spacing w:line="276" w:lineRule="auto"/>
        <w:ind w:firstLine="0"/>
        <w:rPr>
          <w:color w:val="000000" w:themeColor="text1"/>
        </w:rPr>
      </w:pPr>
      <w:r w:rsidRPr="004D46D7">
        <w:rPr>
          <w:b/>
          <w:bCs/>
          <w:color w:val="000000" w:themeColor="text1"/>
          <w:szCs w:val="26"/>
          <w:lang w:eastAsia="vi-VN"/>
        </w:rPr>
        <w:t>Câu 3:</w:t>
      </w:r>
      <w:r w:rsidRPr="004D46D7">
        <w:rPr>
          <w:color w:val="000000" w:themeColor="text1"/>
          <w:szCs w:val="26"/>
          <w:lang w:eastAsia="vi-VN"/>
        </w:rPr>
        <w:t xml:space="preserve"> </w:t>
      </w:r>
      <w:r w:rsidR="008E1144" w:rsidRPr="004D46D7">
        <w:rPr>
          <w:color w:val="000000" w:themeColor="text1"/>
        </w:rPr>
        <w:t>Một bình chứa khí lý tưởng có thể tích 8 L, áp suất 1.5 atm, và nhiệt độ 350 K. Khi khí trong bình được nén đến thể tích 4 L và nhiệt độ được giảm xuống còn 300 K</w:t>
      </w:r>
    </w:p>
    <w:p w14:paraId="67701222" w14:textId="77777777" w:rsidR="008E1144" w:rsidRPr="004D46D7" w:rsidRDefault="008E1144"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Hãy xác định các giá trị sau và kiểm tra các nhận định dưới đây:</w:t>
      </w:r>
    </w:p>
    <w:p w14:paraId="517495D1"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Pr="004D46D7">
        <w:rPr>
          <w:color w:val="000000" w:themeColor="text1"/>
          <w:sz w:val="24"/>
          <w:szCs w:val="24"/>
          <w:lang w:val="vi-VN" w:eastAsia="vi-VN"/>
        </w:rPr>
        <w:t>Áp suất của khí sau khi nén sẽ là 3 atm</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00A457A2" w14:textId="77777777" w:rsidR="008E1144" w:rsidRPr="004D46D7" w:rsidRDefault="008E1144" w:rsidP="0007659D">
      <w:pPr>
        <w:tabs>
          <w:tab w:val="left" w:pos="3402"/>
          <w:tab w:val="left" w:pos="5669"/>
          <w:tab w:val="left" w:pos="7937"/>
        </w:tabs>
        <w:spacing w:beforeAutospacing="1" w:afterAutospacing="1" w:line="276" w:lineRule="auto"/>
        <w:jc w:val="both"/>
        <w:rPr>
          <w:i/>
          <w:iCs/>
          <w:color w:val="C00000"/>
          <w:sz w:val="24"/>
          <w:szCs w:val="24"/>
          <w:lang w:val="vi-VN" w:eastAsia="vi-VN"/>
        </w:rPr>
      </w:pPr>
      <w:r w:rsidRPr="004D46D7">
        <w:rPr>
          <w:b/>
          <w:color w:val="000000" w:themeColor="text1"/>
          <w:sz w:val="24"/>
          <w:szCs w:val="26"/>
          <w:lang w:eastAsia="vi-VN"/>
        </w:rPr>
        <w:t>b</w:t>
      </w:r>
      <w:r w:rsidR="00031959" w:rsidRPr="004D46D7">
        <w:rPr>
          <w:b/>
          <w:color w:val="000000" w:themeColor="text1"/>
          <w:sz w:val="24"/>
          <w:szCs w:val="26"/>
          <w:lang w:eastAsia="vi-VN"/>
        </w:rPr>
        <w:t xml:space="preserve">. </w:t>
      </w:r>
      <w:r w:rsidRPr="004D46D7">
        <w:rPr>
          <w:color w:val="000000" w:themeColor="text1"/>
          <w:sz w:val="24"/>
          <w:szCs w:val="24"/>
          <w:lang w:val="vi-VN" w:eastAsia="vi-VN"/>
        </w:rPr>
        <w:t>Nhiệt độ và thể tích không đổi thì áp suất sẽ giảm theo định luật Boyle</w:t>
      </w:r>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3BC29A20" w14:textId="77777777" w:rsidR="008E1144" w:rsidRPr="004D46D7" w:rsidRDefault="008E1144" w:rsidP="0007659D">
      <w:pPr>
        <w:rPr>
          <w:i/>
          <w:iCs/>
          <w:color w:val="C00000"/>
          <w:sz w:val="24"/>
          <w:szCs w:val="24"/>
          <w:lang w:val="vi-VN" w:eastAsia="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color w:val="000000" w:themeColor="text1"/>
          <w:sz w:val="24"/>
          <w:szCs w:val="24"/>
          <w:lang w:val="vi-VN" w:eastAsia="vi-VN"/>
        </w:rPr>
        <w:t>Số mol khí lý tưởng trong bình không thay đổi trước và sau khi nén</w:t>
      </w:r>
      <w:r w:rsidR="00031959" w:rsidRPr="004D46D7">
        <w:rPr>
          <w:color w:val="000000" w:themeColor="text1"/>
          <w:sz w:val="24"/>
          <w:szCs w:val="26"/>
          <w:lang w:eastAsia="vi-VN"/>
        </w:rPr>
        <w:t xml:space="preserve">. </w:t>
      </w:r>
      <w:r w:rsidR="009C3B75" w:rsidRPr="004D46D7">
        <w:rPr>
          <w:color w:val="000000" w:themeColor="text1"/>
          <w:sz w:val="24"/>
          <w:szCs w:val="26"/>
          <w:lang w:eastAsia="vi-VN"/>
        </w:rPr>
        <w:t xml:space="preserve">   </w:t>
      </w:r>
    </w:p>
    <w:p w14:paraId="339F80EA" w14:textId="77777777" w:rsidR="0007659D" w:rsidRPr="004D46D7" w:rsidRDefault="008E1144" w:rsidP="0026749B">
      <w:pPr>
        <w:rPr>
          <w:rFonts w:ascii="Cambria Math" w:eastAsia="Cambria Math" w:hAnsi="Cambria Math" w:cs="Cambria Math"/>
          <w:color w:val="FF0000"/>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szCs w:val="24"/>
          <w:lang w:val="vi-VN" w:eastAsia="vi-VN"/>
        </w:rPr>
        <w:t xml:space="preserve">Áp suất khí lý tưởng sau khi nén có thể tính bằng công thức: </w:t>
      </w:r>
      <m:oMath>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1</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1</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1</m:t>
                </m:r>
              </m:sub>
            </m:sSub>
          </m:den>
        </m:f>
        <m:r>
          <w:rPr>
            <w:rFonts w:ascii="Cambria Math" w:hAnsi="Cambria Math"/>
            <w:color w:val="000000" w:themeColor="text1"/>
            <w:sz w:val="24"/>
            <w:szCs w:val="24"/>
          </w:rPr>
          <m:t xml:space="preserve"> =</m:t>
        </m:r>
        <m:f>
          <m:fPr>
            <m:ctrlPr>
              <w:rPr>
                <w:rFonts w:ascii="Cambria Math" w:hAnsi="Cambria Math"/>
                <w:i/>
                <w:color w:val="000000" w:themeColor="text1"/>
                <w:sz w:val="24"/>
                <w:szCs w:val="24"/>
              </w:rPr>
            </m:ctrlPr>
          </m:fPr>
          <m:num>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P</m:t>
                </m:r>
              </m:e>
              <m:sub>
                <m:r>
                  <w:rPr>
                    <w:rFonts w:ascii="Cambria Math" w:hAnsi="Cambria Math"/>
                    <w:color w:val="000000" w:themeColor="text1"/>
                    <w:sz w:val="24"/>
                    <w:szCs w:val="24"/>
                  </w:rPr>
                  <m:t>2</m:t>
                </m:r>
              </m:sub>
            </m:sSub>
            <m:r>
              <w:rPr>
                <w:rFonts w:ascii="Cambria Math" w:hAnsi="Cambria Math"/>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V</m:t>
                </m:r>
              </m:e>
              <m:sub>
                <m:r>
                  <w:rPr>
                    <w:rFonts w:ascii="Cambria Math" w:hAnsi="Cambria Math"/>
                    <w:color w:val="000000" w:themeColor="text1"/>
                    <w:sz w:val="24"/>
                    <w:szCs w:val="24"/>
                  </w:rPr>
                  <m:t>2</m:t>
                </m:r>
              </m:sub>
            </m:sSub>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2</m:t>
                </m:r>
              </m:sub>
            </m:sSub>
          </m:den>
        </m:f>
      </m:oMath>
      <w:r w:rsidR="00031959" w:rsidRPr="004D46D7">
        <w:rPr>
          <w:color w:val="000000" w:themeColor="text1"/>
          <w:sz w:val="24"/>
          <w:szCs w:val="26"/>
          <w:lang w:eastAsia="vi-VN"/>
        </w:rPr>
        <w:t>.</w:t>
      </w:r>
      <w:r w:rsidR="009C3B75" w:rsidRPr="004D46D7">
        <w:rPr>
          <w:color w:val="000000" w:themeColor="text1"/>
          <w:sz w:val="24"/>
          <w:szCs w:val="26"/>
          <w:lang w:eastAsia="vi-VN"/>
        </w:rPr>
        <w:t xml:space="preserve">   </w:t>
      </w:r>
    </w:p>
    <w:p w14:paraId="0921544C" w14:textId="77777777" w:rsidR="008E1144" w:rsidRPr="004D46D7" w:rsidRDefault="00031959" w:rsidP="0026749B">
      <w:pPr>
        <w:rPr>
          <w:color w:val="000000" w:themeColor="text1"/>
          <w:sz w:val="24"/>
        </w:rPr>
      </w:pPr>
      <w:r w:rsidRPr="004D46D7">
        <w:rPr>
          <w:b/>
          <w:bCs/>
          <w:color w:val="000000" w:themeColor="text1"/>
          <w:sz w:val="24"/>
          <w:szCs w:val="26"/>
          <w:lang w:eastAsia="vi-VN"/>
        </w:rPr>
        <w:t>Câu 4:</w:t>
      </w:r>
      <w:r w:rsidRPr="004D46D7">
        <w:rPr>
          <w:color w:val="000000" w:themeColor="text1"/>
          <w:sz w:val="24"/>
          <w:szCs w:val="26"/>
          <w:lang w:eastAsia="vi-VN"/>
        </w:rPr>
        <w:t xml:space="preserve"> </w:t>
      </w:r>
      <w:r w:rsidR="008E1144" w:rsidRPr="004D46D7">
        <w:rPr>
          <w:color w:val="000000" w:themeColor="text1"/>
          <w:sz w:val="24"/>
        </w:rPr>
        <w:t xml:space="preserve">Áp suất khí quyển bằng </w:t>
      </w:r>
      <m:oMath>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5</m:t>
            </m:r>
          </m:sup>
        </m:sSup>
        <m:r>
          <m:rPr>
            <m:sty m:val="p"/>
          </m:rPr>
          <w:rPr>
            <w:rFonts w:ascii="Cambria Math" w:hAnsi="Cambria Math"/>
            <w:color w:val="000000" w:themeColor="text1"/>
            <w:sz w:val="24"/>
            <w:lang w:val="vi-VN"/>
          </w:rPr>
          <m:t xml:space="preserve"> </m:t>
        </m:r>
      </m:oMath>
      <w:r w:rsidR="008E1144" w:rsidRPr="004D46D7">
        <w:rPr>
          <w:color w:val="000000" w:themeColor="text1"/>
          <w:sz w:val="24"/>
        </w:rPr>
        <w:t>Pa, tương đương với áp suất của một cột nước có độ cao 9 mét. Một bong bóng chứa helium (He) có thể tích 0,4 cm³ được giải phóng bởi một cây thủy sinh ở độ sâu 3 mét. Coi nhiệt độ không đổi và bằng 30 °</w:t>
      </w:r>
      <w:r w:rsidR="008E1144" w:rsidRPr="004D46D7">
        <w:rPr>
          <w:b/>
          <w:color w:val="000000" w:themeColor="text1"/>
          <w:sz w:val="24"/>
        </w:rPr>
        <w:t>C.</w:t>
      </w:r>
      <w:r w:rsidR="008E1144" w:rsidRPr="004D46D7">
        <w:rPr>
          <w:color w:val="000000" w:themeColor="text1"/>
          <w:sz w:val="24"/>
        </w:rPr>
        <w:t xml:space="preserve"> Các kết quả tính toán được làm tròn hai số sau dấu phẩy thập phân.</w:t>
      </w:r>
    </w:p>
    <w:p w14:paraId="5EAB9F6E" w14:textId="77777777" w:rsidR="003A1A02" w:rsidRPr="004D46D7" w:rsidRDefault="003A1A02" w:rsidP="0007659D">
      <w:pPr>
        <w:rPr>
          <w:i/>
          <w:iCs/>
          <w:color w:val="C00000"/>
          <w:sz w:val="24"/>
          <w:lang w:val="vi-VN"/>
        </w:rPr>
      </w:pPr>
      <w:r w:rsidRPr="004D46D7">
        <w:rPr>
          <w:b/>
          <w:color w:val="000000" w:themeColor="text1"/>
          <w:sz w:val="24"/>
          <w:szCs w:val="26"/>
          <w:lang w:eastAsia="vi-VN"/>
        </w:rPr>
        <w:t>a</w:t>
      </w:r>
      <w:r w:rsidR="00031959" w:rsidRPr="004D46D7">
        <w:rPr>
          <w:b/>
          <w:color w:val="000000" w:themeColor="text1"/>
          <w:sz w:val="24"/>
          <w:szCs w:val="26"/>
          <w:lang w:eastAsia="vi-VN"/>
        </w:rPr>
        <w:t xml:space="preserve">. </w:t>
      </w:r>
      <w:r w:rsidR="008E1144" w:rsidRPr="004D46D7">
        <w:rPr>
          <w:color w:val="000000" w:themeColor="text1"/>
          <w:sz w:val="24"/>
        </w:rPr>
        <w:t>Độ chênh lệch áp suất ở độ sâu 3 mét so với mặt nước bằng 0,27·10⁵ Pa</w:t>
      </w:r>
      <w:r w:rsidR="009C3B75" w:rsidRPr="004D46D7">
        <w:rPr>
          <w:color w:val="000000" w:themeColor="text1"/>
          <w:sz w:val="24"/>
          <w:szCs w:val="26"/>
          <w:lang w:eastAsia="vi-VN"/>
        </w:rPr>
        <w:t xml:space="preserve">    </w:t>
      </w:r>
    </w:p>
    <w:p w14:paraId="79102529" w14:textId="77777777" w:rsidR="003A1A02" w:rsidRPr="004D46D7" w:rsidRDefault="003A1A02" w:rsidP="0007659D">
      <w:pPr>
        <w:rPr>
          <w:i/>
          <w:iCs/>
          <w:color w:val="C00000"/>
          <w:sz w:val="24"/>
          <w:lang w:val="vi-VN"/>
        </w:rPr>
      </w:pPr>
      <w:r w:rsidRPr="004D46D7">
        <w:rPr>
          <w:b/>
          <w:color w:val="000000" w:themeColor="text1"/>
          <w:sz w:val="24"/>
          <w:szCs w:val="26"/>
          <w:lang w:eastAsia="vi-VN"/>
        </w:rPr>
        <w:t>b</w:t>
      </w:r>
      <w:r w:rsidR="00031959" w:rsidRPr="004D46D7">
        <w:rPr>
          <w:b/>
          <w:i/>
          <w:iCs/>
          <w:color w:val="000000" w:themeColor="text1"/>
          <w:sz w:val="24"/>
          <w:szCs w:val="26"/>
          <w:lang w:eastAsia="vi-VN"/>
        </w:rPr>
        <w:t xml:space="preserve">. </w:t>
      </w:r>
      <w:r w:rsidRPr="004D46D7">
        <w:rPr>
          <w:color w:val="000000" w:themeColor="text1"/>
          <w:sz w:val="24"/>
        </w:rPr>
        <w:t xml:space="preserve">Áp suất của bong bóng lúc được giải phóng bằng 1,31·10⁵ Pa. </w:t>
      </w:r>
    </w:p>
    <w:p w14:paraId="7B6E8CCD" w14:textId="77777777" w:rsidR="003A1A02" w:rsidRPr="004D46D7" w:rsidRDefault="003A1A02" w:rsidP="0007659D">
      <w:pPr>
        <w:rPr>
          <w:color w:val="C00000"/>
          <w:sz w:val="24"/>
          <w:lang w:val="vi-VN"/>
        </w:rPr>
      </w:pPr>
      <w:r w:rsidRPr="004D46D7">
        <w:rPr>
          <w:b/>
          <w:color w:val="000000" w:themeColor="text1"/>
          <w:sz w:val="24"/>
          <w:szCs w:val="26"/>
          <w:lang w:eastAsia="vi-VN"/>
        </w:rPr>
        <w:t>c</w:t>
      </w:r>
      <w:r w:rsidR="00031959" w:rsidRPr="004D46D7">
        <w:rPr>
          <w:b/>
          <w:color w:val="000000" w:themeColor="text1"/>
          <w:sz w:val="24"/>
          <w:szCs w:val="26"/>
          <w:lang w:eastAsia="vi-VN"/>
        </w:rPr>
        <w:t xml:space="preserve">. </w:t>
      </w:r>
      <w:r w:rsidRPr="004D46D7">
        <w:rPr>
          <w:b/>
          <w:color w:val="000000" w:themeColor="text1"/>
          <w:sz w:val="24"/>
        </w:rPr>
        <w:t xml:space="preserve"> </w:t>
      </w:r>
      <w:r w:rsidRPr="004D46D7">
        <w:rPr>
          <w:color w:val="000000" w:themeColor="text1"/>
          <w:sz w:val="24"/>
        </w:rPr>
        <w:t>Khối lượng khí helium có trong bong bóng đó xấp xỉ bằng 0,082 mg</w:t>
      </w:r>
      <w:r w:rsidR="009C3B75" w:rsidRPr="004D46D7">
        <w:rPr>
          <w:color w:val="000000" w:themeColor="text1"/>
          <w:sz w:val="24"/>
          <w:szCs w:val="26"/>
          <w:lang w:eastAsia="vi-VN"/>
        </w:rPr>
        <w:t>.</w:t>
      </w:r>
      <w:r w:rsidR="00031959" w:rsidRPr="004D46D7">
        <w:rPr>
          <w:color w:val="000000" w:themeColor="text1"/>
          <w:sz w:val="24"/>
          <w:szCs w:val="26"/>
          <w:lang w:eastAsia="vi-VN"/>
        </w:rPr>
        <w:t xml:space="preserve"> </w:t>
      </w:r>
      <w:r w:rsidR="009C3B75" w:rsidRPr="004D46D7">
        <w:rPr>
          <w:color w:val="000000" w:themeColor="text1"/>
          <w:sz w:val="24"/>
          <w:szCs w:val="26"/>
          <w:lang w:eastAsia="vi-VN"/>
        </w:rPr>
        <w:t xml:space="preserve">       </w:t>
      </w:r>
    </w:p>
    <w:p w14:paraId="5B1C9EDD" w14:textId="77777777" w:rsidR="003A1A02" w:rsidRPr="004D46D7" w:rsidRDefault="003A1A02" w:rsidP="0007659D">
      <w:pPr>
        <w:tabs>
          <w:tab w:val="left" w:pos="3402"/>
          <w:tab w:val="left" w:pos="5669"/>
          <w:tab w:val="left" w:pos="7937"/>
        </w:tabs>
        <w:spacing w:beforeAutospacing="1" w:afterAutospacing="1" w:line="276" w:lineRule="auto"/>
        <w:jc w:val="both"/>
        <w:rPr>
          <w:i/>
          <w:iCs/>
          <w:color w:val="C00000"/>
          <w:sz w:val="24"/>
          <w:lang w:val="vi-VN"/>
        </w:rPr>
      </w:pPr>
      <w:r w:rsidRPr="004D46D7">
        <w:rPr>
          <w:b/>
          <w:color w:val="000000" w:themeColor="text1"/>
          <w:sz w:val="24"/>
          <w:szCs w:val="26"/>
          <w:lang w:eastAsia="vi-VN"/>
        </w:rPr>
        <w:t>d</w:t>
      </w:r>
      <w:r w:rsidR="00031959" w:rsidRPr="004D46D7">
        <w:rPr>
          <w:b/>
          <w:color w:val="000000" w:themeColor="text1"/>
          <w:sz w:val="24"/>
          <w:szCs w:val="26"/>
          <w:lang w:eastAsia="vi-VN"/>
        </w:rPr>
        <w:t xml:space="preserve">. </w:t>
      </w:r>
      <w:r w:rsidRPr="004D46D7">
        <w:rPr>
          <w:color w:val="000000" w:themeColor="text1"/>
          <w:sz w:val="24"/>
        </w:rPr>
        <w:t xml:space="preserve">Thể tích của bong bóng khi đến mặt nước xấp xỉ bằng 0,52 cm³.   </w:t>
      </w:r>
    </w:p>
    <w:p w14:paraId="74077101" w14:textId="77777777" w:rsidR="00031959" w:rsidRPr="004D46D7" w:rsidRDefault="00031959" w:rsidP="0026749B">
      <w:pPr>
        <w:rPr>
          <w:color w:val="C00000"/>
          <w:sz w:val="24"/>
          <w:szCs w:val="26"/>
          <w:lang w:eastAsia="vi-VN"/>
        </w:rPr>
      </w:pPr>
    </w:p>
    <w:p w14:paraId="5C8722B5" w14:textId="77777777" w:rsidR="009C3B75" w:rsidRPr="004D46D7" w:rsidRDefault="009C3B75" w:rsidP="0026749B">
      <w:pPr>
        <w:rPr>
          <w:color w:val="C00000"/>
          <w:sz w:val="24"/>
          <w:szCs w:val="26"/>
          <w:lang w:eastAsia="vi-VN"/>
        </w:rPr>
      </w:pPr>
    </w:p>
    <w:p w14:paraId="474B5098" w14:textId="77777777" w:rsidR="003A1A02" w:rsidRPr="004D46D7" w:rsidRDefault="00031959" w:rsidP="0026749B">
      <w:pPr>
        <w:spacing w:before="100" w:beforeAutospacing="1" w:after="100" w:afterAutospacing="1"/>
        <w:rPr>
          <w:color w:val="000000" w:themeColor="text1"/>
          <w:sz w:val="24"/>
          <w:szCs w:val="24"/>
          <w:lang w:val="vi-VN" w:eastAsia="vi-VN"/>
        </w:rPr>
      </w:pPr>
      <w:r w:rsidRPr="004D46D7">
        <w:rPr>
          <w:b/>
          <w:bCs/>
          <w:color w:val="000000" w:themeColor="text1"/>
          <w:sz w:val="24"/>
          <w:szCs w:val="24"/>
          <w:lang w:eastAsia="vi-VN"/>
        </w:rPr>
        <w:t>Câu 5.</w:t>
      </w:r>
      <w:r w:rsidRPr="004D46D7">
        <w:rPr>
          <w:color w:val="000000" w:themeColor="text1"/>
          <w:sz w:val="24"/>
          <w:szCs w:val="24"/>
          <w:lang w:eastAsia="vi-VN"/>
        </w:rPr>
        <w:t xml:space="preserve"> </w:t>
      </w:r>
      <w:r w:rsidR="003A1A02" w:rsidRPr="004D46D7">
        <w:rPr>
          <w:color w:val="000000" w:themeColor="text1"/>
          <w:sz w:val="24"/>
          <w:szCs w:val="24"/>
          <w:lang w:val="vi-VN" w:eastAsia="vi-VN"/>
        </w:rPr>
        <w:t>Một lượng khí lý tưởng có thể tích ban đầu là 2.0 L, nhiệt độ 27 °C và áp suất 1 atm. Khí trải qua hai quá trình liên tiếp:</w:t>
      </w:r>
    </w:p>
    <w:p w14:paraId="2F5FC511" w14:textId="77777777" w:rsidR="003A1A02" w:rsidRPr="004D46D7" w:rsidRDefault="003A1A02"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1. Quá trình đẳng nhiệt: Khí được nén đến thể tích 1.0 L.</w:t>
      </w:r>
    </w:p>
    <w:p w14:paraId="0817DB98" w14:textId="77777777" w:rsidR="003A1A02" w:rsidRPr="004D46D7" w:rsidRDefault="003A1A02" w:rsidP="0026749B">
      <w:pPr>
        <w:spacing w:before="100" w:beforeAutospacing="1" w:after="100" w:afterAutospacing="1"/>
        <w:rPr>
          <w:color w:val="000000" w:themeColor="text1"/>
          <w:sz w:val="24"/>
          <w:szCs w:val="24"/>
          <w:lang w:val="vi-VN" w:eastAsia="vi-VN"/>
        </w:rPr>
      </w:pPr>
      <w:r w:rsidRPr="004D46D7">
        <w:rPr>
          <w:color w:val="000000" w:themeColor="text1"/>
          <w:sz w:val="24"/>
          <w:szCs w:val="24"/>
          <w:lang w:val="vi-VN" w:eastAsia="vi-VN"/>
        </w:rPr>
        <w:t>2. Quá trình đẳng áp: Khí sau đó được làm nóng đến nhiệt độ 127 °</w:t>
      </w:r>
      <w:r w:rsidRPr="004D46D7">
        <w:rPr>
          <w:b/>
          <w:color w:val="000000" w:themeColor="text1"/>
          <w:sz w:val="24"/>
          <w:szCs w:val="24"/>
          <w:lang w:val="vi-VN" w:eastAsia="vi-VN"/>
        </w:rPr>
        <w:t>C.</w:t>
      </w:r>
    </w:p>
    <w:p w14:paraId="16501576" w14:textId="77777777" w:rsidR="003A1A02" w:rsidRPr="004D46D7" w:rsidRDefault="003A1A02" w:rsidP="0007659D">
      <w:pPr>
        <w:rPr>
          <w:i/>
          <w:iCs/>
          <w:color w:val="C00000"/>
          <w:sz w:val="24"/>
        </w:rPr>
      </w:pPr>
      <w:r w:rsidRPr="004D46D7">
        <w:rPr>
          <w:b/>
          <w:bCs/>
          <w:color w:val="000000" w:themeColor="text1"/>
          <w:sz w:val="24"/>
          <w:szCs w:val="24"/>
          <w:lang w:eastAsia="vi-VN"/>
        </w:rPr>
        <w:t>a</w:t>
      </w:r>
      <w:r w:rsidR="00031959" w:rsidRPr="004D46D7">
        <w:rPr>
          <w:b/>
          <w:bCs/>
          <w:color w:val="000000" w:themeColor="text1"/>
          <w:sz w:val="24"/>
          <w:szCs w:val="24"/>
          <w:lang w:eastAsia="vi-VN"/>
        </w:rPr>
        <w:t xml:space="preserve">. </w:t>
      </w:r>
      <w:r w:rsidRPr="004D46D7">
        <w:rPr>
          <w:color w:val="000000" w:themeColor="text1"/>
          <w:sz w:val="24"/>
        </w:rPr>
        <w:t>Áp suất của khí sau quá trình đẳng nhiệt</w:t>
      </w:r>
      <w:r w:rsidRPr="004D46D7">
        <w:rPr>
          <w:color w:val="000000" w:themeColor="text1"/>
          <w:sz w:val="24"/>
          <w:lang w:val="vi-VN"/>
        </w:rPr>
        <w:t xml:space="preserve"> là 2 atm</w:t>
      </w:r>
      <w:r w:rsidRPr="004D46D7">
        <w:rPr>
          <w:color w:val="000000" w:themeColor="text1"/>
          <w:sz w:val="24"/>
        </w:rPr>
        <w:t>.</w:t>
      </w:r>
      <w:r w:rsidR="009C3B75" w:rsidRPr="004D46D7">
        <w:rPr>
          <w:bCs/>
          <w:color w:val="000000" w:themeColor="text1"/>
          <w:sz w:val="24"/>
          <w:szCs w:val="24"/>
          <w:lang w:eastAsia="vi-VN"/>
        </w:rPr>
        <w:t xml:space="preserve">  </w:t>
      </w:r>
    </w:p>
    <w:p w14:paraId="19540F09" w14:textId="77777777" w:rsidR="003A1A02" w:rsidRPr="004D46D7" w:rsidRDefault="003A1A02" w:rsidP="0007659D">
      <w:pPr>
        <w:rPr>
          <w:i/>
          <w:iCs/>
          <w:color w:val="C00000"/>
          <w:sz w:val="24"/>
          <w:lang w:val="vi-VN"/>
        </w:rPr>
      </w:pPr>
      <w:r w:rsidRPr="004D46D7">
        <w:rPr>
          <w:b/>
          <w:bCs/>
          <w:color w:val="000000" w:themeColor="text1"/>
          <w:sz w:val="24"/>
          <w:szCs w:val="24"/>
          <w:lang w:eastAsia="vi-VN"/>
        </w:rPr>
        <w:t>b</w:t>
      </w:r>
      <w:r w:rsidR="00031959" w:rsidRPr="004D46D7">
        <w:rPr>
          <w:b/>
          <w:bCs/>
          <w:color w:val="000000" w:themeColor="text1"/>
          <w:sz w:val="24"/>
          <w:szCs w:val="24"/>
          <w:lang w:eastAsia="vi-VN"/>
        </w:rPr>
        <w:t xml:space="preserve">. </w:t>
      </w:r>
      <w:r w:rsidRPr="004D46D7">
        <w:rPr>
          <w:color w:val="000000" w:themeColor="text1"/>
          <w:sz w:val="24"/>
        </w:rPr>
        <w:t>Thể tích của khí sau quá trình đẳng áp</w:t>
      </w:r>
      <w:r w:rsidRPr="004D46D7">
        <w:rPr>
          <w:color w:val="000000" w:themeColor="text1"/>
          <w:sz w:val="24"/>
          <w:lang w:val="vi-VN"/>
        </w:rPr>
        <w:t xml:space="preserve"> là 1,5 lít</w:t>
      </w:r>
      <w:r w:rsidRPr="004D46D7">
        <w:rPr>
          <w:rFonts w:eastAsia="Cambria Math"/>
          <w:color w:val="FF0000"/>
        </w:rPr>
        <w:t xml:space="preserve"> </w:t>
      </w:r>
    </w:p>
    <w:p w14:paraId="48D18477" w14:textId="77777777" w:rsidR="003A1A02" w:rsidRPr="004D46D7" w:rsidRDefault="003A1A02" w:rsidP="0007659D">
      <w:pPr>
        <w:rPr>
          <w:color w:val="C00000"/>
          <w:sz w:val="24"/>
        </w:rPr>
      </w:pPr>
      <w:r w:rsidRPr="004D46D7">
        <w:rPr>
          <w:b/>
          <w:bCs/>
          <w:color w:val="000000" w:themeColor="text1"/>
          <w:sz w:val="24"/>
          <w:szCs w:val="24"/>
          <w:lang w:eastAsia="vi-VN"/>
        </w:rPr>
        <w:t>c</w:t>
      </w:r>
      <w:r w:rsidR="00031959" w:rsidRPr="004D46D7">
        <w:rPr>
          <w:b/>
          <w:bCs/>
          <w:color w:val="000000" w:themeColor="text1"/>
          <w:sz w:val="24"/>
          <w:szCs w:val="24"/>
          <w:lang w:eastAsia="vi-VN"/>
        </w:rPr>
        <w:t xml:space="preserve">. </w:t>
      </w:r>
      <w:r w:rsidRPr="004D46D7">
        <w:rPr>
          <w:color w:val="000000" w:themeColor="text1"/>
          <w:sz w:val="24"/>
          <w:lang w:val="vi-VN"/>
        </w:rPr>
        <w:t>Số mol của khí ở trạngt thái đầu tiên là 0,812 mol</w:t>
      </w:r>
      <w:r w:rsidR="00031959" w:rsidRPr="004D46D7">
        <w:rPr>
          <w:bCs/>
          <w:color w:val="000000" w:themeColor="text1"/>
          <w:sz w:val="24"/>
          <w:szCs w:val="24"/>
          <w:lang w:eastAsia="vi-VN"/>
        </w:rPr>
        <w:t>.</w:t>
      </w:r>
      <w:r w:rsidR="009C3B75" w:rsidRPr="004D46D7">
        <w:rPr>
          <w:rFonts w:eastAsia="Cambria Math"/>
          <w:color w:val="FF0000"/>
        </w:rPr>
        <w:t xml:space="preserve"> </w:t>
      </w:r>
    </w:p>
    <w:p w14:paraId="28D3ABEA" w14:textId="77777777" w:rsidR="00031959" w:rsidRPr="004D46D7" w:rsidRDefault="003A1A02" w:rsidP="0007659D">
      <w:pPr>
        <w:rPr>
          <w:i/>
          <w:iCs/>
          <w:color w:val="C00000"/>
          <w:sz w:val="24"/>
          <w:szCs w:val="24"/>
          <w:lang w:eastAsia="vi-VN"/>
        </w:rPr>
      </w:pPr>
      <w:r w:rsidRPr="004D46D7">
        <w:rPr>
          <w:b/>
          <w:bCs/>
          <w:color w:val="000000" w:themeColor="text1"/>
          <w:sz w:val="24"/>
          <w:szCs w:val="24"/>
          <w:lang w:eastAsia="vi-VN"/>
        </w:rPr>
        <w:t>d</w:t>
      </w:r>
      <w:r w:rsidR="00031959" w:rsidRPr="004D46D7">
        <w:rPr>
          <w:b/>
          <w:bCs/>
          <w:color w:val="000000" w:themeColor="text1"/>
          <w:sz w:val="24"/>
          <w:szCs w:val="24"/>
          <w:lang w:eastAsia="vi-VN"/>
        </w:rPr>
        <w:t xml:space="preserve">. </w:t>
      </w:r>
      <w:r w:rsidRPr="004D46D7">
        <w:rPr>
          <w:color w:val="000000" w:themeColor="text1"/>
          <w:sz w:val="24"/>
          <w:lang w:val="vi-VN"/>
        </w:rPr>
        <w:t>Khi m=1g khí thì khối lượng mol của chất khí là 12,32 g/mol</w:t>
      </w:r>
      <w:r w:rsidRPr="004D46D7">
        <w:rPr>
          <w:rFonts w:eastAsia="Cambria Math"/>
          <w:color w:val="FF0000"/>
        </w:rPr>
        <w:t xml:space="preserve"> </w:t>
      </w:r>
    </w:p>
    <w:p w14:paraId="5B76EBF3" w14:textId="77777777" w:rsidR="009C3B75" w:rsidRPr="004D46D7" w:rsidRDefault="009C3B75" w:rsidP="0026749B">
      <w:pPr>
        <w:rPr>
          <w:bCs/>
          <w:i/>
          <w:iCs/>
          <w:color w:val="C00000"/>
          <w:sz w:val="24"/>
          <w:szCs w:val="24"/>
          <w:lang w:eastAsia="vi-VN"/>
        </w:rPr>
      </w:pPr>
    </w:p>
    <w:p w14:paraId="7C46AF1A" w14:textId="77777777" w:rsidR="003A1A02" w:rsidRPr="004D46D7" w:rsidRDefault="00031959" w:rsidP="0026749B">
      <w:pPr>
        <w:rPr>
          <w:color w:val="000000" w:themeColor="text1"/>
          <w:sz w:val="24"/>
        </w:rPr>
      </w:pPr>
      <w:r w:rsidRPr="004D46D7">
        <w:rPr>
          <w:b/>
          <w:bCs/>
          <w:color w:val="000000" w:themeColor="text1"/>
          <w:sz w:val="24"/>
          <w:szCs w:val="24"/>
          <w:lang w:eastAsia="vi-VN"/>
        </w:rPr>
        <w:t>Câu 6:</w:t>
      </w:r>
      <w:r w:rsidRPr="004D46D7">
        <w:rPr>
          <w:color w:val="000000" w:themeColor="text1"/>
          <w:sz w:val="24"/>
          <w:szCs w:val="24"/>
          <w:lang w:eastAsia="vi-VN"/>
        </w:rPr>
        <w:t xml:space="preserve"> </w:t>
      </w:r>
      <w:r w:rsidR="003A1A02" w:rsidRPr="004D46D7">
        <w:rPr>
          <w:color w:val="000000" w:themeColor="text1"/>
          <w:sz w:val="24"/>
        </w:rPr>
        <w:t>Một xe tải vượt qua sa mạc Gobi. Chuyến đi bắt đầu từ sáng sớm, khi nhiệt độ là 25 °</w:t>
      </w:r>
      <w:r w:rsidR="003A1A02" w:rsidRPr="004D46D7">
        <w:rPr>
          <w:b/>
          <w:color w:val="000000" w:themeColor="text1"/>
          <w:sz w:val="24"/>
        </w:rPr>
        <w:t>C.</w:t>
      </w:r>
      <w:r w:rsidR="003A1A02" w:rsidRPr="004D46D7">
        <w:rPr>
          <w:color w:val="000000" w:themeColor="text1"/>
          <w:sz w:val="24"/>
        </w:rPr>
        <w:t xml:space="preserve"> Trong mỗi lốp xe có một lượng khí với thể tích 1,8 m³ và áp suất 3,20·10⁵ Pa. Coi khí trong lốp xe có nhiệt độ bằng ngoài không khí, thể tích lốp không thay đổi. Đến giữa trưa, nhiệt độ tăng lên tới 50 °</w:t>
      </w:r>
      <w:r w:rsidR="003A1A02" w:rsidRPr="004D46D7">
        <w:rPr>
          <w:b/>
          <w:color w:val="000000" w:themeColor="text1"/>
          <w:sz w:val="24"/>
        </w:rPr>
        <w:t>C.</w:t>
      </w:r>
      <w:r w:rsidR="003A1A02" w:rsidRPr="004D46D7">
        <w:rPr>
          <w:color w:val="000000" w:themeColor="text1"/>
          <w:sz w:val="24"/>
        </w:rPr>
        <w:t xml:space="preserve"> Khối lượng mol của không khí bằng 29 g/mol. Các kết quả tính toán được làm tròn hai số sau dấu phẩy thập phân.</w:t>
      </w:r>
    </w:p>
    <w:p w14:paraId="3EB872E1" w14:textId="77777777" w:rsidR="0007659D" w:rsidRPr="004D46D7" w:rsidRDefault="003A1A02" w:rsidP="0026749B">
      <w:pPr>
        <w:rPr>
          <w:rFonts w:ascii="Cambria Math" w:eastAsia="Cambria Math" w:hAnsi="Cambria Math" w:cs="Cambria Math"/>
          <w:color w:val="FF0000"/>
        </w:rPr>
      </w:pPr>
      <w:r w:rsidRPr="004D46D7">
        <w:rPr>
          <w:b/>
          <w:bCs/>
          <w:color w:val="000000" w:themeColor="text1"/>
          <w:sz w:val="24"/>
          <w:szCs w:val="24"/>
          <w:lang w:eastAsia="vi-VN"/>
        </w:rPr>
        <w:t>a</w:t>
      </w:r>
      <w:r w:rsidR="00031959" w:rsidRPr="004D46D7">
        <w:rPr>
          <w:b/>
          <w:bCs/>
          <w:color w:val="000000" w:themeColor="text1"/>
          <w:sz w:val="24"/>
          <w:szCs w:val="24"/>
          <w:lang w:eastAsia="vi-VN"/>
        </w:rPr>
        <w:t xml:space="preserve">. </w:t>
      </w:r>
      <w:r w:rsidRPr="004D46D7">
        <w:rPr>
          <w:color w:val="000000" w:themeColor="text1"/>
          <w:sz w:val="24"/>
        </w:rPr>
        <w:t xml:space="preserve">Các phân tử khí chuyển động nhiệt, va chạm với thành trong của lốp xe, gây ra áp suất lên thành lốp. </w:t>
      </w:r>
    </w:p>
    <w:p w14:paraId="451BF416" w14:textId="77777777" w:rsidR="003A1A02" w:rsidRPr="004D46D7" w:rsidRDefault="003A1A02" w:rsidP="0007659D">
      <w:pPr>
        <w:rPr>
          <w:color w:val="C00000"/>
          <w:sz w:val="24"/>
          <w:lang w:val="vi-VN"/>
        </w:rPr>
      </w:pPr>
      <w:r w:rsidRPr="004D46D7">
        <w:rPr>
          <w:b/>
          <w:bCs/>
          <w:color w:val="000000" w:themeColor="text1"/>
          <w:sz w:val="24"/>
          <w:szCs w:val="24"/>
          <w:lang w:eastAsia="vi-VN"/>
        </w:rPr>
        <w:t>b</w:t>
      </w:r>
      <w:r w:rsidR="00031959" w:rsidRPr="004D46D7">
        <w:rPr>
          <w:b/>
          <w:bCs/>
          <w:color w:val="000000" w:themeColor="text1"/>
          <w:sz w:val="24"/>
          <w:szCs w:val="24"/>
          <w:lang w:eastAsia="vi-VN"/>
        </w:rPr>
        <w:t xml:space="preserve">. </w:t>
      </w:r>
      <w:r w:rsidRPr="004D46D7">
        <w:rPr>
          <w:color w:val="000000" w:themeColor="text1"/>
          <w:sz w:val="24"/>
        </w:rPr>
        <w:t>Khối lượng khí trong lốp xe xấp xỉ bằng 6,35 kg</w:t>
      </w:r>
      <w:r w:rsidR="00031959" w:rsidRPr="004D46D7">
        <w:rPr>
          <w:bCs/>
          <w:color w:val="000000" w:themeColor="text1"/>
          <w:sz w:val="24"/>
          <w:szCs w:val="24"/>
          <w:lang w:eastAsia="vi-VN"/>
        </w:rPr>
        <w:t>.</w:t>
      </w:r>
      <w:r w:rsidR="009C3B75" w:rsidRPr="004D46D7">
        <w:rPr>
          <w:bCs/>
          <w:color w:val="000000" w:themeColor="text1"/>
          <w:sz w:val="24"/>
          <w:szCs w:val="24"/>
          <w:lang w:eastAsia="vi-VN"/>
        </w:rPr>
        <w:t xml:space="preserve">  </w:t>
      </w:r>
    </w:p>
    <w:p w14:paraId="5C6FBB5E" w14:textId="77777777" w:rsidR="003A1A02" w:rsidRPr="004D46D7" w:rsidRDefault="003A1A02" w:rsidP="0007659D">
      <w:pPr>
        <w:rPr>
          <w:i/>
          <w:color w:val="C00000"/>
          <w:sz w:val="24"/>
        </w:rPr>
      </w:pPr>
      <w:r w:rsidRPr="004D46D7">
        <w:rPr>
          <w:b/>
          <w:bCs/>
          <w:color w:val="000000" w:themeColor="text1"/>
          <w:sz w:val="24"/>
          <w:szCs w:val="24"/>
          <w:lang w:eastAsia="vi-VN"/>
        </w:rPr>
        <w:t>c</w:t>
      </w:r>
      <w:r w:rsidR="00031959" w:rsidRPr="004D46D7">
        <w:rPr>
          <w:b/>
          <w:bCs/>
          <w:color w:val="000000" w:themeColor="text1"/>
          <w:sz w:val="24"/>
          <w:szCs w:val="24"/>
          <w:lang w:eastAsia="vi-VN"/>
        </w:rPr>
        <w:t xml:space="preserve">. </w:t>
      </w:r>
      <w:r w:rsidRPr="004D46D7">
        <w:rPr>
          <w:color w:val="000000" w:themeColor="text1"/>
          <w:sz w:val="24"/>
        </w:rPr>
        <w:t>Áp suất trong lốp xe vào buổi trưa xấp xỉ bằng 4,15·10⁵ Pa</w:t>
      </w:r>
    </w:p>
    <w:p w14:paraId="4573FB03" w14:textId="77777777" w:rsidR="003A1A02" w:rsidRPr="004D46D7" w:rsidRDefault="003A1A02" w:rsidP="0007659D">
      <w:pPr>
        <w:rPr>
          <w:color w:val="C00000"/>
          <w:sz w:val="24"/>
          <w:lang w:val="vi-VN"/>
        </w:rPr>
      </w:pPr>
      <w:r w:rsidRPr="004D46D7">
        <w:rPr>
          <w:b/>
          <w:bCs/>
          <w:color w:val="000000" w:themeColor="text1"/>
          <w:sz w:val="24"/>
          <w:szCs w:val="24"/>
          <w:lang w:eastAsia="vi-VN"/>
        </w:rPr>
        <w:t>d</w:t>
      </w:r>
      <w:r w:rsidR="00031959" w:rsidRPr="004D46D7">
        <w:rPr>
          <w:b/>
          <w:bCs/>
          <w:color w:val="000000" w:themeColor="text1"/>
          <w:sz w:val="24"/>
          <w:szCs w:val="24"/>
          <w:lang w:eastAsia="vi-VN"/>
        </w:rPr>
        <w:t xml:space="preserve">. </w:t>
      </w:r>
      <w:r w:rsidRPr="004D46D7">
        <w:rPr>
          <w:color w:val="000000" w:themeColor="text1"/>
          <w:sz w:val="24"/>
        </w:rPr>
        <w:t>Khối lượng riêng của khí trong lốp xe vào buổi trưa xấp xỉ bằng 3,53 kg/m</w:t>
      </w:r>
    </w:p>
    <w:p w14:paraId="0D717138" w14:textId="77777777" w:rsidR="009C3B75" w:rsidRPr="004D46D7" w:rsidRDefault="009C3B75" w:rsidP="0026749B">
      <w:pPr>
        <w:spacing w:after="160" w:line="259" w:lineRule="auto"/>
        <w:rPr>
          <w:color w:val="C00000"/>
          <w:sz w:val="24"/>
          <w:szCs w:val="24"/>
          <w:lang w:eastAsia="vi-VN"/>
        </w:rPr>
      </w:pPr>
      <w:r w:rsidRPr="004D46D7">
        <w:rPr>
          <w:color w:val="C00000"/>
          <w:sz w:val="24"/>
          <w:szCs w:val="24"/>
          <w:lang w:eastAsia="vi-VN"/>
        </w:rPr>
        <w:br w:type="page"/>
      </w:r>
    </w:p>
    <w:p w14:paraId="54111DA0" w14:textId="77777777" w:rsidR="00031959" w:rsidRPr="004D46D7" w:rsidRDefault="00031959" w:rsidP="0026749B">
      <w:pPr>
        <w:rPr>
          <w:color w:val="C00000"/>
          <w:sz w:val="24"/>
          <w:szCs w:val="26"/>
        </w:rPr>
      </w:pPr>
    </w:p>
    <w:p w14:paraId="2FAA6A61" w14:textId="77777777" w:rsidR="009C3B75" w:rsidRPr="004D46D7" w:rsidRDefault="009C3B75" w:rsidP="0026749B">
      <w:pPr>
        <w:spacing w:line="276" w:lineRule="auto"/>
        <w:jc w:val="both"/>
        <w:rPr>
          <w:b/>
          <w:bCs/>
          <w:color w:val="C00000"/>
          <w:sz w:val="24"/>
          <w:szCs w:val="26"/>
        </w:rPr>
      </w:pPr>
      <w:r w:rsidRPr="004D46D7">
        <w:rPr>
          <w:b/>
          <w:bCs/>
          <w:color w:val="C00000"/>
          <w:sz w:val="24"/>
          <w:szCs w:val="26"/>
        </w:rPr>
        <w:t>3. Câu trắc nghiệm trả lời ngắn ( 1,5 điểm )</w:t>
      </w:r>
    </w:p>
    <w:p w14:paraId="37BFCA41" w14:textId="77777777" w:rsidR="009C3B75" w:rsidRPr="004D46D7" w:rsidRDefault="009C3B75" w:rsidP="0026749B">
      <w:pPr>
        <w:spacing w:line="276" w:lineRule="auto"/>
        <w:rPr>
          <w:rFonts w:eastAsia="Calibri"/>
          <w:i/>
          <w:iCs/>
          <w:color w:val="auto"/>
          <w:sz w:val="24"/>
          <w:szCs w:val="26"/>
          <w:lang w:val="pt-BR"/>
          <w14:ligatures w14:val="standardContextual"/>
        </w:rPr>
      </w:pPr>
      <w:r w:rsidRPr="004D46D7">
        <w:rPr>
          <w:rFonts w:eastAsia="Calibri"/>
          <w:i/>
          <w:iCs/>
          <w:color w:val="auto"/>
          <w:sz w:val="24"/>
          <w:szCs w:val="26"/>
          <w:lang w:val="pt-BR"/>
          <w14:ligatures w14:val="standardContextual"/>
        </w:rPr>
        <w:t>Thí sinh trả lời từ câu 1 đến câu 6. Mỗi câu trả lời đúng thí sinh được 0,25 điểm</w:t>
      </w:r>
    </w:p>
    <w:p w14:paraId="53BEF03C" w14:textId="77777777" w:rsidR="004A60ED" w:rsidRPr="004D46D7" w:rsidRDefault="004A60ED" w:rsidP="0026749B">
      <w:pPr>
        <w:spacing w:line="276" w:lineRule="auto"/>
        <w:rPr>
          <w:rFonts w:eastAsia="Calibri"/>
          <w:i/>
          <w:iCs/>
          <w:color w:val="auto"/>
          <w:sz w:val="24"/>
          <w:szCs w:val="26"/>
          <w:lang w:val="pt-BR"/>
          <w14:ligatures w14:val="standardContextual"/>
        </w:rPr>
      </w:pPr>
    </w:p>
    <w:p w14:paraId="5F1318B8" w14:textId="77777777" w:rsidR="004A60ED" w:rsidRPr="004D46D7" w:rsidRDefault="004A60ED" w:rsidP="0007659D">
      <w:pPr>
        <w:shd w:val="clear" w:color="auto" w:fill="FFF2CC" w:themeFill="accent4" w:themeFillTint="33"/>
        <w:ind w:hanging="2"/>
        <w:rPr>
          <w:b/>
          <w:bCs/>
          <w:color w:val="FF0000"/>
          <w:sz w:val="24"/>
          <w:szCs w:val="24"/>
        </w:rPr>
      </w:pPr>
      <w:r w:rsidRPr="004D46D7">
        <w:rPr>
          <w:b/>
          <w:bCs/>
          <w:color w:val="FF0000"/>
          <w:sz w:val="24"/>
          <w:szCs w:val="24"/>
        </w:rPr>
        <w:t xml:space="preserve">Mức độ NHẬN BIẾT- THÔNG HIỂU  </w:t>
      </w:r>
    </w:p>
    <w:p w14:paraId="7AA82C66" w14:textId="77777777" w:rsidR="00031959" w:rsidRPr="004D46D7" w:rsidRDefault="00031959" w:rsidP="0026749B">
      <w:pPr>
        <w:rPr>
          <w:color w:val="000000" w:themeColor="text1"/>
          <w:sz w:val="24"/>
          <w:szCs w:val="26"/>
        </w:rPr>
      </w:pPr>
    </w:p>
    <w:p w14:paraId="20BC31EE" w14:textId="77777777" w:rsidR="00632C89" w:rsidRPr="004D46D7" w:rsidRDefault="00031959" w:rsidP="0026749B">
      <w:pPr>
        <w:rPr>
          <w:color w:val="000000" w:themeColor="text1"/>
          <w:sz w:val="24"/>
        </w:rPr>
      </w:pPr>
      <w:r w:rsidRPr="004D46D7">
        <w:rPr>
          <w:b/>
          <w:bCs/>
          <w:color w:val="000000" w:themeColor="text1"/>
          <w:sz w:val="24"/>
          <w:szCs w:val="24"/>
        </w:rPr>
        <w:t>Câu 1</w:t>
      </w:r>
      <w:r w:rsidRPr="004D46D7">
        <w:rPr>
          <w:color w:val="000000" w:themeColor="text1"/>
          <w:sz w:val="24"/>
          <w:szCs w:val="24"/>
          <w:lang w:val="vi-VN"/>
        </w:rPr>
        <w:t xml:space="preserve">: </w:t>
      </w:r>
      <w:r w:rsidR="00632C89" w:rsidRPr="004D46D7">
        <w:rPr>
          <w:color w:val="000000" w:themeColor="text1"/>
          <w:sz w:val="24"/>
        </w:rPr>
        <w:t>Một bình đựng 3 g khí Nitơ có thể tích 6 lít và nhiệt độ ở 30 °</w:t>
      </w:r>
      <w:r w:rsidR="00632C89" w:rsidRPr="004D46D7">
        <w:rPr>
          <w:b/>
          <w:color w:val="000000" w:themeColor="text1"/>
          <w:sz w:val="24"/>
        </w:rPr>
        <w:t>C.</w:t>
      </w:r>
      <w:r w:rsidR="00632C89" w:rsidRPr="004D46D7">
        <w:rPr>
          <w:color w:val="000000" w:themeColor="text1"/>
          <w:sz w:val="24"/>
        </w:rPr>
        <w:t xml:space="preserve"> Áp suất khí trong bình là </w:t>
      </w:r>
      <m:oMath>
        <m:r>
          <w:rPr>
            <w:rFonts w:ascii="Cambria Math" w:hAnsi="Cambria Math"/>
            <w:color w:val="000000" w:themeColor="text1"/>
            <w:sz w:val="24"/>
          </w:rPr>
          <m:t>x.</m:t>
        </m:r>
        <m:sSup>
          <m:sSupPr>
            <m:ctrlPr>
              <w:rPr>
                <w:rFonts w:ascii="Cambria Math" w:hAnsi="Cambria Math"/>
                <w:i/>
                <w:color w:val="000000" w:themeColor="text1"/>
                <w:sz w:val="24"/>
              </w:rPr>
            </m:ctrlPr>
          </m:sSupPr>
          <m:e>
            <m:r>
              <w:rPr>
                <w:rFonts w:ascii="Cambria Math" w:hAnsi="Cambria Math"/>
                <w:color w:val="000000" w:themeColor="text1"/>
                <w:sz w:val="24"/>
              </w:rPr>
              <m:t>10</m:t>
            </m:r>
          </m:e>
          <m:sup>
            <m:r>
              <w:rPr>
                <w:rFonts w:ascii="Cambria Math" w:hAnsi="Cambria Math"/>
                <w:color w:val="000000" w:themeColor="text1"/>
                <w:sz w:val="24"/>
              </w:rPr>
              <m:t>5</m:t>
            </m:r>
          </m:sup>
        </m:sSup>
        <m:r>
          <w:rPr>
            <w:rFonts w:ascii="Cambria Math" w:hAnsi="Cambria Math"/>
            <w:color w:val="000000" w:themeColor="text1"/>
            <w:sz w:val="24"/>
          </w:rPr>
          <m:t xml:space="preserve"> (N/</m:t>
        </m:r>
        <m:sSup>
          <m:sSupPr>
            <m:ctrlPr>
              <w:rPr>
                <w:rFonts w:ascii="Cambria Math" w:hAnsi="Cambria Math"/>
                <w:i/>
                <w:color w:val="000000" w:themeColor="text1"/>
                <w:sz w:val="24"/>
              </w:rPr>
            </m:ctrlPr>
          </m:sSupPr>
          <m:e>
            <m:r>
              <w:rPr>
                <w:rFonts w:ascii="Cambria Math" w:hAnsi="Cambria Math"/>
                <w:color w:val="000000" w:themeColor="text1"/>
                <w:sz w:val="24"/>
              </w:rPr>
              <m:t>m</m:t>
            </m:r>
          </m:e>
          <m:sup>
            <m:r>
              <w:rPr>
                <w:rFonts w:ascii="Cambria Math" w:hAnsi="Cambria Math"/>
                <w:color w:val="000000" w:themeColor="text1"/>
                <w:sz w:val="24"/>
              </w:rPr>
              <m:t>2</m:t>
            </m:r>
          </m:sup>
        </m:sSup>
        <m:r>
          <w:rPr>
            <w:rFonts w:ascii="Cambria Math" w:hAnsi="Cambria Math"/>
            <w:color w:val="000000" w:themeColor="text1"/>
            <w:sz w:val="24"/>
          </w:rPr>
          <m:t>)</m:t>
        </m:r>
      </m:oMath>
      <w:r w:rsidR="00632C89" w:rsidRPr="004D46D7">
        <w:rPr>
          <w:color w:val="000000" w:themeColor="text1"/>
          <w:sz w:val="24"/>
        </w:rPr>
        <w:t>. Giá trị của x bằng bao nhiêu?</w:t>
      </w:r>
    </w:p>
    <w:p w14:paraId="6ED42816"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2B09B3D1" w14:textId="77777777" w:rsidTr="00F52A3D">
        <w:trPr>
          <w:trHeight w:val="359"/>
        </w:trPr>
        <w:tc>
          <w:tcPr>
            <w:tcW w:w="1274" w:type="dxa"/>
          </w:tcPr>
          <w:p w14:paraId="5C12CFC6"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58B9BB77" w14:textId="77777777" w:rsidR="009C3B75" w:rsidRPr="004D46D7" w:rsidRDefault="009C3B75" w:rsidP="0026749B">
            <w:pPr>
              <w:spacing w:line="276" w:lineRule="auto"/>
              <w:rPr>
                <w:b/>
                <w:bCs/>
                <w:color w:val="FF0000"/>
                <w:sz w:val="24"/>
                <w:szCs w:val="24"/>
              </w:rPr>
            </w:pPr>
          </w:p>
        </w:tc>
        <w:tc>
          <w:tcPr>
            <w:tcW w:w="426" w:type="dxa"/>
          </w:tcPr>
          <w:p w14:paraId="6859AA95" w14:textId="77777777" w:rsidR="009C3B75" w:rsidRPr="004D46D7" w:rsidRDefault="009C3B75" w:rsidP="0026749B">
            <w:pPr>
              <w:spacing w:line="276" w:lineRule="auto"/>
              <w:rPr>
                <w:b/>
                <w:bCs/>
                <w:color w:val="FF0000"/>
                <w:sz w:val="24"/>
                <w:szCs w:val="24"/>
              </w:rPr>
            </w:pPr>
          </w:p>
        </w:tc>
        <w:tc>
          <w:tcPr>
            <w:tcW w:w="425" w:type="dxa"/>
          </w:tcPr>
          <w:p w14:paraId="52F1F49D" w14:textId="77777777" w:rsidR="009C3B75" w:rsidRPr="004D46D7" w:rsidRDefault="009C3B75" w:rsidP="0026749B">
            <w:pPr>
              <w:spacing w:line="276" w:lineRule="auto"/>
              <w:rPr>
                <w:b/>
                <w:bCs/>
                <w:color w:val="FF0000"/>
                <w:sz w:val="24"/>
                <w:szCs w:val="24"/>
              </w:rPr>
            </w:pPr>
          </w:p>
        </w:tc>
        <w:tc>
          <w:tcPr>
            <w:tcW w:w="350" w:type="dxa"/>
          </w:tcPr>
          <w:p w14:paraId="274206C0" w14:textId="77777777" w:rsidR="009C3B75" w:rsidRPr="004D46D7" w:rsidRDefault="009C3B75" w:rsidP="0026749B">
            <w:pPr>
              <w:spacing w:line="276" w:lineRule="auto"/>
              <w:rPr>
                <w:b/>
                <w:bCs/>
                <w:color w:val="FF0000"/>
                <w:sz w:val="24"/>
                <w:szCs w:val="24"/>
              </w:rPr>
            </w:pPr>
          </w:p>
        </w:tc>
      </w:tr>
    </w:tbl>
    <w:p w14:paraId="2E441804" w14:textId="77777777" w:rsidR="009C3B75" w:rsidRPr="004D46D7" w:rsidRDefault="009C3B75" w:rsidP="0026749B">
      <w:pPr>
        <w:spacing w:line="276" w:lineRule="auto"/>
        <w:rPr>
          <w:color w:val="auto"/>
          <w:sz w:val="24"/>
          <w:szCs w:val="24"/>
          <w:lang w:eastAsia="vi-VN"/>
        </w:rPr>
      </w:pPr>
    </w:p>
    <w:p w14:paraId="055A290C" w14:textId="77777777" w:rsidR="00632C89" w:rsidRPr="004D46D7" w:rsidRDefault="00031959" w:rsidP="0026749B">
      <w:pPr>
        <w:rPr>
          <w:color w:val="000000" w:themeColor="text1"/>
          <w:sz w:val="24"/>
          <w:szCs w:val="24"/>
          <w:lang w:val="vi-VN" w:eastAsia="vi-VN"/>
        </w:rPr>
      </w:pPr>
      <w:r w:rsidRPr="004D46D7">
        <w:rPr>
          <w:b/>
          <w:bCs/>
          <w:color w:val="000000" w:themeColor="text1"/>
          <w:sz w:val="24"/>
          <w:szCs w:val="24"/>
        </w:rPr>
        <w:t>Câu 2</w:t>
      </w:r>
      <w:r w:rsidRPr="004D46D7">
        <w:rPr>
          <w:color w:val="000000" w:themeColor="text1"/>
          <w:sz w:val="24"/>
          <w:szCs w:val="24"/>
          <w:lang w:val="vi-VN"/>
        </w:rPr>
        <w:t xml:space="preserve">: </w:t>
      </w:r>
      <w:r w:rsidR="00632C89" w:rsidRPr="004D46D7">
        <w:rPr>
          <w:color w:val="000000" w:themeColor="text1"/>
          <w:sz w:val="24"/>
          <w:szCs w:val="24"/>
          <w:lang w:val="vi-VN" w:eastAsia="vi-VN"/>
        </w:rPr>
        <w:t xml:space="preserve">Một bình kín chứa </w:t>
      </w:r>
      <m:oMath>
        <m:r>
          <w:rPr>
            <w:rFonts w:ascii="Cambria Math" w:hAnsi="Cambria Math"/>
            <w:color w:val="000000" w:themeColor="text1"/>
            <w:sz w:val="24"/>
            <w:szCs w:val="24"/>
            <w:lang w:val="vi-VN" w:eastAsia="vi-VN"/>
          </w:rPr>
          <m:t>18,06.</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4D46D7">
        <w:rPr>
          <w:color w:val="000000" w:themeColor="text1"/>
          <w:sz w:val="24"/>
          <w:szCs w:val="24"/>
          <w:lang w:val="vi-VN" w:eastAsia="vi-VN"/>
        </w:rPr>
        <w:t xml:space="preserve"> nguyên tử khí Oxy ở 0 °C và áp suất trong bình là 1 atm. Hằng số Avogadro bằng </w:t>
      </w:r>
      <m:oMath>
        <m:r>
          <w:rPr>
            <w:rFonts w:ascii="Cambria Math" w:hAnsi="Cambria Math"/>
            <w:color w:val="000000" w:themeColor="text1"/>
            <w:sz w:val="24"/>
            <w:szCs w:val="24"/>
            <w:lang w:val="vi-VN" w:eastAsia="vi-VN"/>
          </w:rPr>
          <m:t>6,02.</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23</m:t>
            </m:r>
          </m:sup>
        </m:sSup>
      </m:oMath>
      <w:r w:rsidR="00632C89" w:rsidRPr="004D46D7">
        <w:rPr>
          <w:color w:val="000000" w:themeColor="text1"/>
          <w:sz w:val="24"/>
          <w:szCs w:val="24"/>
          <w:lang w:val="vi-VN" w:eastAsia="vi-VN"/>
        </w:rPr>
        <w:t xml:space="preserve"> mol⁻¹. Thể tích của bình đựng khí bằng bao nhiêu lít (kết quả làm tròn lấy 1 số sau dấu phẩy thập phân)?</w:t>
      </w:r>
    </w:p>
    <w:p w14:paraId="6EE571CC"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0448C384" w14:textId="77777777" w:rsidTr="00F52A3D">
        <w:trPr>
          <w:trHeight w:val="359"/>
        </w:trPr>
        <w:tc>
          <w:tcPr>
            <w:tcW w:w="1274" w:type="dxa"/>
          </w:tcPr>
          <w:p w14:paraId="734B810A"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32A2460F" w14:textId="77777777" w:rsidR="009C3B75" w:rsidRPr="004D46D7" w:rsidRDefault="009C3B75" w:rsidP="0026749B">
            <w:pPr>
              <w:spacing w:line="276" w:lineRule="auto"/>
              <w:rPr>
                <w:b/>
                <w:bCs/>
                <w:color w:val="FF0000"/>
                <w:sz w:val="24"/>
                <w:szCs w:val="24"/>
              </w:rPr>
            </w:pPr>
          </w:p>
        </w:tc>
        <w:tc>
          <w:tcPr>
            <w:tcW w:w="426" w:type="dxa"/>
          </w:tcPr>
          <w:p w14:paraId="166676CF" w14:textId="77777777" w:rsidR="009C3B75" w:rsidRPr="004D46D7" w:rsidRDefault="009C3B75" w:rsidP="0026749B">
            <w:pPr>
              <w:spacing w:line="276" w:lineRule="auto"/>
              <w:rPr>
                <w:b/>
                <w:bCs/>
                <w:color w:val="FF0000"/>
                <w:sz w:val="24"/>
                <w:szCs w:val="24"/>
              </w:rPr>
            </w:pPr>
          </w:p>
        </w:tc>
        <w:tc>
          <w:tcPr>
            <w:tcW w:w="425" w:type="dxa"/>
          </w:tcPr>
          <w:p w14:paraId="73E89001" w14:textId="77777777" w:rsidR="009C3B75" w:rsidRPr="004D46D7" w:rsidRDefault="009C3B75" w:rsidP="0026749B">
            <w:pPr>
              <w:spacing w:line="276" w:lineRule="auto"/>
              <w:rPr>
                <w:b/>
                <w:bCs/>
                <w:color w:val="FF0000"/>
                <w:sz w:val="24"/>
                <w:szCs w:val="24"/>
              </w:rPr>
            </w:pPr>
          </w:p>
        </w:tc>
        <w:tc>
          <w:tcPr>
            <w:tcW w:w="350" w:type="dxa"/>
          </w:tcPr>
          <w:p w14:paraId="3BE96808" w14:textId="77777777" w:rsidR="009C3B75" w:rsidRPr="004D46D7" w:rsidRDefault="009C3B75" w:rsidP="0026749B">
            <w:pPr>
              <w:spacing w:line="276" w:lineRule="auto"/>
              <w:rPr>
                <w:b/>
                <w:bCs/>
                <w:color w:val="FF0000"/>
                <w:sz w:val="24"/>
                <w:szCs w:val="24"/>
              </w:rPr>
            </w:pPr>
          </w:p>
        </w:tc>
      </w:tr>
    </w:tbl>
    <w:p w14:paraId="768152CD" w14:textId="77777777" w:rsidR="009C3B75" w:rsidRPr="004D46D7" w:rsidRDefault="009C3B75" w:rsidP="0026749B">
      <w:pPr>
        <w:spacing w:line="276" w:lineRule="auto"/>
        <w:rPr>
          <w:color w:val="auto"/>
          <w:sz w:val="24"/>
          <w:szCs w:val="24"/>
          <w:lang w:eastAsia="vi-VN"/>
        </w:rPr>
      </w:pPr>
    </w:p>
    <w:p w14:paraId="5A5276FC" w14:textId="77777777" w:rsidR="00632C89" w:rsidRPr="004D46D7" w:rsidRDefault="00031959" w:rsidP="0026749B">
      <w:pPr>
        <w:rPr>
          <w:color w:val="000000" w:themeColor="text1"/>
          <w:sz w:val="24"/>
          <w:szCs w:val="24"/>
          <w:lang w:val="vi-VN" w:eastAsia="vi-VN"/>
        </w:rPr>
      </w:pPr>
      <w:r w:rsidRPr="004D46D7">
        <w:rPr>
          <w:b/>
          <w:bCs/>
          <w:color w:val="000000" w:themeColor="text1"/>
          <w:sz w:val="24"/>
          <w:szCs w:val="24"/>
        </w:rPr>
        <w:t>Câu 3</w:t>
      </w:r>
      <w:r w:rsidRPr="004D46D7">
        <w:rPr>
          <w:color w:val="000000" w:themeColor="text1"/>
          <w:sz w:val="24"/>
          <w:szCs w:val="24"/>
          <w:lang w:val="vi-VN"/>
        </w:rPr>
        <w:t xml:space="preserve">: </w:t>
      </w:r>
      <w:r w:rsidR="00632C89" w:rsidRPr="004D46D7">
        <w:rPr>
          <w:color w:val="000000" w:themeColor="text1"/>
          <w:sz w:val="24"/>
          <w:szCs w:val="24"/>
          <w:lang w:val="vi-VN" w:eastAsia="vi-VN"/>
        </w:rPr>
        <w:t xml:space="preserve">Trên một đỉnh núi cao, nơi có áp suất </w:t>
      </w:r>
      <m:oMath>
        <m:r>
          <w:rPr>
            <w:rFonts w:ascii="Cambria Math" w:hAnsi="Cambria Math"/>
            <w:color w:val="000000" w:themeColor="text1"/>
            <w:sz w:val="24"/>
            <w:szCs w:val="24"/>
            <w:lang w:val="vi-VN" w:eastAsia="vi-VN"/>
          </w:rPr>
          <m:t>4.5.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4</m:t>
            </m:r>
          </m:sup>
        </m:sSup>
      </m:oMath>
      <w:r w:rsidR="00632C89" w:rsidRPr="004D46D7">
        <w:rPr>
          <w:color w:val="000000" w:themeColor="text1"/>
          <w:sz w:val="24"/>
          <w:szCs w:val="24"/>
          <w:lang w:val="vi-VN" w:eastAsia="vi-VN"/>
        </w:rPr>
        <w:t xml:space="preserve"> Pa và nhiệt độ 10 °C, không khí có khối lượng riêng bằng bao nhiêu kg/m³? Khối lượng mol của không khí bằng 29 g/mol, kết quả làm tròn lấy 2 số sau dấu phẩy thập phân.</w:t>
      </w:r>
    </w:p>
    <w:p w14:paraId="28AB8CC5"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0212889F" w14:textId="77777777" w:rsidTr="00F52A3D">
        <w:trPr>
          <w:trHeight w:val="359"/>
        </w:trPr>
        <w:tc>
          <w:tcPr>
            <w:tcW w:w="1274" w:type="dxa"/>
          </w:tcPr>
          <w:p w14:paraId="584438A2"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4C3D7B3D" w14:textId="77777777" w:rsidR="009C3B75" w:rsidRPr="004D46D7" w:rsidRDefault="009C3B75" w:rsidP="0026749B">
            <w:pPr>
              <w:spacing w:line="276" w:lineRule="auto"/>
              <w:rPr>
                <w:b/>
                <w:bCs/>
                <w:color w:val="FF0000"/>
                <w:sz w:val="24"/>
                <w:szCs w:val="24"/>
              </w:rPr>
            </w:pPr>
          </w:p>
        </w:tc>
        <w:tc>
          <w:tcPr>
            <w:tcW w:w="426" w:type="dxa"/>
          </w:tcPr>
          <w:p w14:paraId="6DADAB93" w14:textId="77777777" w:rsidR="009C3B75" w:rsidRPr="004D46D7" w:rsidRDefault="009C3B75" w:rsidP="0026749B">
            <w:pPr>
              <w:spacing w:line="276" w:lineRule="auto"/>
              <w:rPr>
                <w:b/>
                <w:bCs/>
                <w:color w:val="FF0000"/>
                <w:sz w:val="24"/>
                <w:szCs w:val="24"/>
              </w:rPr>
            </w:pPr>
          </w:p>
        </w:tc>
        <w:tc>
          <w:tcPr>
            <w:tcW w:w="425" w:type="dxa"/>
          </w:tcPr>
          <w:p w14:paraId="3A9C0D21" w14:textId="77777777" w:rsidR="009C3B75" w:rsidRPr="004D46D7" w:rsidRDefault="009C3B75" w:rsidP="0026749B">
            <w:pPr>
              <w:spacing w:line="276" w:lineRule="auto"/>
              <w:rPr>
                <w:b/>
                <w:bCs/>
                <w:color w:val="FF0000"/>
                <w:sz w:val="24"/>
                <w:szCs w:val="24"/>
              </w:rPr>
            </w:pPr>
          </w:p>
        </w:tc>
        <w:tc>
          <w:tcPr>
            <w:tcW w:w="350" w:type="dxa"/>
          </w:tcPr>
          <w:p w14:paraId="0FB08608" w14:textId="77777777" w:rsidR="009C3B75" w:rsidRPr="004D46D7" w:rsidRDefault="009C3B75" w:rsidP="0026749B">
            <w:pPr>
              <w:spacing w:line="276" w:lineRule="auto"/>
              <w:rPr>
                <w:b/>
                <w:bCs/>
                <w:color w:val="FF0000"/>
                <w:sz w:val="24"/>
                <w:szCs w:val="24"/>
              </w:rPr>
            </w:pPr>
          </w:p>
        </w:tc>
      </w:tr>
    </w:tbl>
    <w:p w14:paraId="1C0FF995" w14:textId="77777777" w:rsidR="009C3B75" w:rsidRPr="004D46D7" w:rsidRDefault="009C3B75" w:rsidP="0026749B">
      <w:pPr>
        <w:spacing w:line="276" w:lineRule="auto"/>
        <w:rPr>
          <w:color w:val="auto"/>
          <w:sz w:val="24"/>
          <w:szCs w:val="24"/>
          <w:lang w:eastAsia="vi-VN"/>
        </w:rPr>
      </w:pPr>
    </w:p>
    <w:p w14:paraId="2BE676FD"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4</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 xml:space="preserve">Có 8 kg khí đựng trong một bình kín, áp suất khí trong bình bằng </w:t>
      </w:r>
      <m:oMath>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7</m:t>
            </m:r>
          </m:sup>
        </m:sSup>
      </m:oMath>
      <w:r w:rsidR="00A1156D" w:rsidRPr="004D46D7">
        <w:rPr>
          <w:color w:val="000000" w:themeColor="text1"/>
          <w:sz w:val="24"/>
          <w:szCs w:val="24"/>
          <w:lang w:val="vi-VN" w:eastAsia="vi-VN"/>
        </w:rPr>
        <w:t xml:space="preserve"> Pa. Lấy ở bình ra một lượng khí cho tới khi áp suất của khí còn lại trong bình bằng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6</m:t>
            </m:r>
          </m:sup>
        </m:sSup>
      </m:oMath>
      <w:r w:rsidR="00A1156D" w:rsidRPr="004D46D7">
        <w:rPr>
          <w:color w:val="000000" w:themeColor="text1"/>
          <w:sz w:val="24"/>
          <w:szCs w:val="24"/>
          <w:lang w:val="vi-VN" w:eastAsia="vi-VN"/>
        </w:rPr>
        <w:t xml:space="preserve"> Pa. Coi nhiệt độ khí không đổi. Khối lượng khí lấy ra bằng bao nhiêu kg?</w:t>
      </w:r>
    </w:p>
    <w:p w14:paraId="436F98AF"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5489799A" w14:textId="77777777" w:rsidTr="00F52A3D">
        <w:trPr>
          <w:trHeight w:val="359"/>
        </w:trPr>
        <w:tc>
          <w:tcPr>
            <w:tcW w:w="1274" w:type="dxa"/>
          </w:tcPr>
          <w:p w14:paraId="2B414412"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1DD3FDC" w14:textId="77777777" w:rsidR="009C3B75" w:rsidRPr="004D46D7" w:rsidRDefault="009C3B75" w:rsidP="0026749B">
            <w:pPr>
              <w:spacing w:line="276" w:lineRule="auto"/>
              <w:rPr>
                <w:b/>
                <w:bCs/>
                <w:color w:val="FF0000"/>
                <w:sz w:val="24"/>
                <w:szCs w:val="24"/>
              </w:rPr>
            </w:pPr>
          </w:p>
        </w:tc>
        <w:tc>
          <w:tcPr>
            <w:tcW w:w="426" w:type="dxa"/>
          </w:tcPr>
          <w:p w14:paraId="1FE77BD1" w14:textId="77777777" w:rsidR="009C3B75" w:rsidRPr="004D46D7" w:rsidRDefault="009C3B75" w:rsidP="0026749B">
            <w:pPr>
              <w:spacing w:line="276" w:lineRule="auto"/>
              <w:rPr>
                <w:b/>
                <w:bCs/>
                <w:color w:val="FF0000"/>
                <w:sz w:val="24"/>
                <w:szCs w:val="24"/>
              </w:rPr>
            </w:pPr>
          </w:p>
        </w:tc>
        <w:tc>
          <w:tcPr>
            <w:tcW w:w="425" w:type="dxa"/>
          </w:tcPr>
          <w:p w14:paraId="0E85D0CE" w14:textId="77777777" w:rsidR="009C3B75" w:rsidRPr="004D46D7" w:rsidRDefault="009C3B75" w:rsidP="0026749B">
            <w:pPr>
              <w:spacing w:line="276" w:lineRule="auto"/>
              <w:rPr>
                <w:b/>
                <w:bCs/>
                <w:color w:val="FF0000"/>
                <w:sz w:val="24"/>
                <w:szCs w:val="24"/>
              </w:rPr>
            </w:pPr>
          </w:p>
        </w:tc>
        <w:tc>
          <w:tcPr>
            <w:tcW w:w="350" w:type="dxa"/>
          </w:tcPr>
          <w:p w14:paraId="3EA82B14" w14:textId="77777777" w:rsidR="009C3B75" w:rsidRPr="004D46D7" w:rsidRDefault="009C3B75" w:rsidP="0026749B">
            <w:pPr>
              <w:spacing w:line="276" w:lineRule="auto"/>
              <w:rPr>
                <w:b/>
                <w:bCs/>
                <w:color w:val="FF0000"/>
                <w:sz w:val="24"/>
                <w:szCs w:val="24"/>
              </w:rPr>
            </w:pPr>
          </w:p>
        </w:tc>
      </w:tr>
    </w:tbl>
    <w:p w14:paraId="390AF2E5" w14:textId="77777777" w:rsidR="009C3B75" w:rsidRPr="004D46D7" w:rsidRDefault="009C3B75" w:rsidP="0026749B">
      <w:pPr>
        <w:rPr>
          <w:b/>
          <w:bCs/>
          <w:color w:val="000000" w:themeColor="text1"/>
          <w:sz w:val="24"/>
          <w:szCs w:val="24"/>
        </w:rPr>
      </w:pPr>
    </w:p>
    <w:p w14:paraId="74150EE2"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5</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Sử dụng một cái bơm để bơm không khí vào một quả bóng rổ, mỗi lần bơm được 0.3 g vào bóng. Sau 40 lần bơm, quả bóng có bán kính 10 cm, ở nhiệt độ 25 °</w:t>
      </w:r>
      <w:r w:rsidR="00A1156D" w:rsidRPr="004D46D7">
        <w:rPr>
          <w:b/>
          <w:color w:val="000000" w:themeColor="text1"/>
          <w:sz w:val="24"/>
          <w:szCs w:val="24"/>
          <w:lang w:val="vi-VN" w:eastAsia="vi-VN"/>
        </w:rPr>
        <w:t>C.</w:t>
      </w:r>
      <w:r w:rsidR="00A1156D" w:rsidRPr="004D46D7">
        <w:rPr>
          <w:color w:val="000000" w:themeColor="text1"/>
          <w:sz w:val="24"/>
          <w:szCs w:val="24"/>
          <w:lang w:val="vi-VN" w:eastAsia="vi-VN"/>
        </w:rPr>
        <w:t xml:space="preserve"> Khối lượng mol của không khí bằng 29 g/mol. Áp suất của khí trong bóng sau bơm bằng bao nhiêu atm (kết quả làm tròn lấy 2 số sau dấu phẩy thập phân)?</w:t>
      </w:r>
    </w:p>
    <w:p w14:paraId="66E8F02E"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2222FB72" w14:textId="77777777" w:rsidTr="00F52A3D">
        <w:trPr>
          <w:trHeight w:val="359"/>
        </w:trPr>
        <w:tc>
          <w:tcPr>
            <w:tcW w:w="1274" w:type="dxa"/>
          </w:tcPr>
          <w:p w14:paraId="11530D20"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3A2B3421" w14:textId="77777777" w:rsidR="009C3B75" w:rsidRPr="004D46D7" w:rsidRDefault="009C3B75" w:rsidP="0026749B">
            <w:pPr>
              <w:spacing w:line="276" w:lineRule="auto"/>
              <w:rPr>
                <w:b/>
                <w:bCs/>
                <w:color w:val="FF0000"/>
                <w:sz w:val="24"/>
                <w:szCs w:val="24"/>
              </w:rPr>
            </w:pPr>
          </w:p>
        </w:tc>
        <w:tc>
          <w:tcPr>
            <w:tcW w:w="426" w:type="dxa"/>
          </w:tcPr>
          <w:p w14:paraId="267BB5F9" w14:textId="77777777" w:rsidR="009C3B75" w:rsidRPr="004D46D7" w:rsidRDefault="009C3B75" w:rsidP="0026749B">
            <w:pPr>
              <w:spacing w:line="276" w:lineRule="auto"/>
              <w:rPr>
                <w:b/>
                <w:bCs/>
                <w:color w:val="FF0000"/>
                <w:sz w:val="24"/>
                <w:szCs w:val="24"/>
              </w:rPr>
            </w:pPr>
          </w:p>
        </w:tc>
        <w:tc>
          <w:tcPr>
            <w:tcW w:w="425" w:type="dxa"/>
          </w:tcPr>
          <w:p w14:paraId="7300DF14" w14:textId="77777777" w:rsidR="009C3B75" w:rsidRPr="004D46D7" w:rsidRDefault="009C3B75" w:rsidP="0026749B">
            <w:pPr>
              <w:spacing w:line="276" w:lineRule="auto"/>
              <w:rPr>
                <w:b/>
                <w:bCs/>
                <w:color w:val="FF0000"/>
                <w:sz w:val="24"/>
                <w:szCs w:val="24"/>
              </w:rPr>
            </w:pPr>
          </w:p>
        </w:tc>
        <w:tc>
          <w:tcPr>
            <w:tcW w:w="350" w:type="dxa"/>
          </w:tcPr>
          <w:p w14:paraId="037B095E" w14:textId="77777777" w:rsidR="009C3B75" w:rsidRPr="004D46D7" w:rsidRDefault="009C3B75" w:rsidP="0026749B">
            <w:pPr>
              <w:spacing w:line="276" w:lineRule="auto"/>
              <w:rPr>
                <w:b/>
                <w:bCs/>
                <w:color w:val="FF0000"/>
                <w:sz w:val="24"/>
                <w:szCs w:val="24"/>
              </w:rPr>
            </w:pPr>
          </w:p>
        </w:tc>
      </w:tr>
    </w:tbl>
    <w:p w14:paraId="331502E8" w14:textId="77777777" w:rsidR="009C3B75" w:rsidRPr="004D46D7" w:rsidRDefault="009C3B75" w:rsidP="0026749B">
      <w:pPr>
        <w:spacing w:line="276" w:lineRule="auto"/>
        <w:rPr>
          <w:color w:val="auto"/>
          <w:sz w:val="24"/>
          <w:szCs w:val="24"/>
          <w:lang w:eastAsia="vi-VN"/>
        </w:rPr>
      </w:pPr>
    </w:p>
    <w:p w14:paraId="481D447D" w14:textId="77777777" w:rsidR="009C3B75" w:rsidRPr="004D46D7" w:rsidRDefault="009C3B75" w:rsidP="0026749B">
      <w:pPr>
        <w:rPr>
          <w:color w:val="C00000"/>
          <w:sz w:val="24"/>
          <w:szCs w:val="24"/>
        </w:rPr>
      </w:pPr>
    </w:p>
    <w:p w14:paraId="25D950D2" w14:textId="77777777" w:rsidR="009C3B75" w:rsidRPr="004D46D7" w:rsidRDefault="009C3B75" w:rsidP="0026749B">
      <w:pPr>
        <w:shd w:val="clear" w:color="auto" w:fill="FFF2CC" w:themeFill="accent4" w:themeFillTint="33"/>
        <w:rPr>
          <w:b/>
          <w:bCs/>
          <w:color w:val="FF0000"/>
          <w:sz w:val="24"/>
          <w:szCs w:val="24"/>
        </w:rPr>
      </w:pPr>
      <w:r w:rsidRPr="004D46D7">
        <w:rPr>
          <w:b/>
          <w:bCs/>
          <w:color w:val="FF0000"/>
          <w:sz w:val="24"/>
          <w:szCs w:val="24"/>
        </w:rPr>
        <w:t xml:space="preserve">Mức độ VẬN DỤNG – VẬN DỤNG CAO </w:t>
      </w:r>
    </w:p>
    <w:p w14:paraId="1CFE40DD" w14:textId="77777777" w:rsidR="009C3B75" w:rsidRPr="004D46D7" w:rsidRDefault="009C3B75" w:rsidP="0026749B">
      <w:pPr>
        <w:rPr>
          <w:color w:val="C00000"/>
          <w:sz w:val="24"/>
          <w:szCs w:val="24"/>
        </w:rPr>
      </w:pPr>
    </w:p>
    <w:p w14:paraId="610B1714"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6</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Một khí cầu có thể tích 1000 m³ và khối lượng vỏ 50 kg được bơm không khí nóng tới áp suất bằng áp suất không khí bên ngoài. Biết không khí bên ngoài có nhiệt độ 27 °C và áp suất 1 atm; khối lượng mol của không khí ở điều kiện chuẩn là 29.10⁻³ kg/mol. Để khí cầu bắt đầu bay lên thì không khí nóng phải có nhiệt độ bằng bao nhiêu °C? (Kết quả được làm tròn đến phần nguyên)</w:t>
      </w:r>
    </w:p>
    <w:p w14:paraId="01814E55"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20C8B3F8" w14:textId="77777777" w:rsidTr="00F52A3D">
        <w:trPr>
          <w:trHeight w:val="359"/>
        </w:trPr>
        <w:tc>
          <w:tcPr>
            <w:tcW w:w="1274" w:type="dxa"/>
          </w:tcPr>
          <w:p w14:paraId="58A6D437"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13282ACF" w14:textId="77777777" w:rsidR="009C3B75" w:rsidRPr="004D46D7" w:rsidRDefault="009C3B75" w:rsidP="0026749B">
            <w:pPr>
              <w:spacing w:line="276" w:lineRule="auto"/>
              <w:rPr>
                <w:b/>
                <w:bCs/>
                <w:color w:val="FF0000"/>
                <w:sz w:val="24"/>
                <w:szCs w:val="24"/>
              </w:rPr>
            </w:pPr>
          </w:p>
        </w:tc>
        <w:tc>
          <w:tcPr>
            <w:tcW w:w="426" w:type="dxa"/>
          </w:tcPr>
          <w:p w14:paraId="06FF0A90" w14:textId="77777777" w:rsidR="009C3B75" w:rsidRPr="004D46D7" w:rsidRDefault="009C3B75" w:rsidP="0026749B">
            <w:pPr>
              <w:spacing w:line="276" w:lineRule="auto"/>
              <w:rPr>
                <w:b/>
                <w:bCs/>
                <w:color w:val="FF0000"/>
                <w:sz w:val="24"/>
                <w:szCs w:val="24"/>
              </w:rPr>
            </w:pPr>
          </w:p>
        </w:tc>
        <w:tc>
          <w:tcPr>
            <w:tcW w:w="425" w:type="dxa"/>
          </w:tcPr>
          <w:p w14:paraId="0144F51B" w14:textId="77777777" w:rsidR="009C3B75" w:rsidRPr="004D46D7" w:rsidRDefault="009C3B75" w:rsidP="0026749B">
            <w:pPr>
              <w:spacing w:line="276" w:lineRule="auto"/>
              <w:rPr>
                <w:b/>
                <w:bCs/>
                <w:color w:val="FF0000"/>
                <w:sz w:val="24"/>
                <w:szCs w:val="24"/>
              </w:rPr>
            </w:pPr>
          </w:p>
        </w:tc>
        <w:tc>
          <w:tcPr>
            <w:tcW w:w="350" w:type="dxa"/>
          </w:tcPr>
          <w:p w14:paraId="4D7BC887" w14:textId="77777777" w:rsidR="009C3B75" w:rsidRPr="004D46D7" w:rsidRDefault="009C3B75" w:rsidP="0026749B">
            <w:pPr>
              <w:spacing w:line="276" w:lineRule="auto"/>
              <w:rPr>
                <w:b/>
                <w:bCs/>
                <w:color w:val="FF0000"/>
                <w:sz w:val="24"/>
                <w:szCs w:val="24"/>
              </w:rPr>
            </w:pPr>
          </w:p>
        </w:tc>
      </w:tr>
    </w:tbl>
    <w:p w14:paraId="4EACF6A0" w14:textId="77777777" w:rsidR="009C3B75" w:rsidRPr="004D46D7" w:rsidRDefault="009C3B75" w:rsidP="0026749B">
      <w:pPr>
        <w:rPr>
          <w:i/>
          <w:iCs/>
          <w:color w:val="C00000"/>
          <w:sz w:val="24"/>
          <w:szCs w:val="24"/>
        </w:rPr>
      </w:pPr>
    </w:p>
    <w:p w14:paraId="5C7E478B"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7</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lang w:val="vi-VN" w:eastAsia="vi-VN"/>
        </w:rPr>
        <w:t>Trước khi nén, hỗn hợp khí trong xilanh của động cơ có áp suất 1 atm, ở nhiệt độ 30 °C và thể tích 25 cm³. Sau khi nén, thể tích giảm còn 5 cm³ và áp suất là 12 atm. Nhiệt độ sau khi nén bằng bao nhiêu °C?</w:t>
      </w:r>
    </w:p>
    <w:p w14:paraId="738B7D27" w14:textId="77777777" w:rsidR="00A1156D" w:rsidRPr="004D46D7" w:rsidRDefault="00A1156D"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4D46D7" w14:paraId="6478E0E3" w14:textId="77777777" w:rsidTr="0012351D">
        <w:trPr>
          <w:trHeight w:val="359"/>
        </w:trPr>
        <w:tc>
          <w:tcPr>
            <w:tcW w:w="1274" w:type="dxa"/>
          </w:tcPr>
          <w:p w14:paraId="494D4351" w14:textId="77777777" w:rsidR="00A1156D" w:rsidRPr="004D46D7" w:rsidRDefault="00A1156D" w:rsidP="0026749B">
            <w:pPr>
              <w:spacing w:line="276" w:lineRule="auto"/>
              <w:rPr>
                <w:b/>
                <w:bCs/>
                <w:color w:val="auto"/>
                <w:sz w:val="24"/>
                <w:szCs w:val="24"/>
              </w:rPr>
            </w:pPr>
            <w:r w:rsidRPr="004D46D7">
              <w:rPr>
                <w:b/>
                <w:bCs/>
                <w:color w:val="auto"/>
                <w:sz w:val="24"/>
                <w:szCs w:val="24"/>
              </w:rPr>
              <w:t>Đáp án:</w:t>
            </w:r>
          </w:p>
        </w:tc>
        <w:tc>
          <w:tcPr>
            <w:tcW w:w="422" w:type="dxa"/>
          </w:tcPr>
          <w:p w14:paraId="341C67E6" w14:textId="77777777" w:rsidR="00A1156D" w:rsidRPr="004D46D7" w:rsidRDefault="00A1156D" w:rsidP="0026749B">
            <w:pPr>
              <w:spacing w:line="276" w:lineRule="auto"/>
              <w:rPr>
                <w:b/>
                <w:bCs/>
                <w:color w:val="FF0000"/>
                <w:sz w:val="24"/>
                <w:szCs w:val="24"/>
              </w:rPr>
            </w:pPr>
          </w:p>
        </w:tc>
        <w:tc>
          <w:tcPr>
            <w:tcW w:w="426" w:type="dxa"/>
          </w:tcPr>
          <w:p w14:paraId="40CAA47E" w14:textId="77777777" w:rsidR="00A1156D" w:rsidRPr="004D46D7" w:rsidRDefault="00A1156D" w:rsidP="0026749B">
            <w:pPr>
              <w:spacing w:line="276" w:lineRule="auto"/>
              <w:rPr>
                <w:b/>
                <w:bCs/>
                <w:color w:val="FF0000"/>
                <w:sz w:val="24"/>
                <w:szCs w:val="24"/>
              </w:rPr>
            </w:pPr>
          </w:p>
        </w:tc>
        <w:tc>
          <w:tcPr>
            <w:tcW w:w="425" w:type="dxa"/>
          </w:tcPr>
          <w:p w14:paraId="3915499E" w14:textId="77777777" w:rsidR="00A1156D" w:rsidRPr="004D46D7" w:rsidRDefault="00A1156D" w:rsidP="0026749B">
            <w:pPr>
              <w:spacing w:line="276" w:lineRule="auto"/>
              <w:rPr>
                <w:b/>
                <w:bCs/>
                <w:color w:val="FF0000"/>
                <w:sz w:val="24"/>
                <w:szCs w:val="24"/>
              </w:rPr>
            </w:pPr>
          </w:p>
        </w:tc>
        <w:tc>
          <w:tcPr>
            <w:tcW w:w="350" w:type="dxa"/>
          </w:tcPr>
          <w:p w14:paraId="00B6160F" w14:textId="77777777" w:rsidR="00A1156D" w:rsidRPr="004D46D7" w:rsidRDefault="00A1156D" w:rsidP="0026749B">
            <w:pPr>
              <w:spacing w:line="276" w:lineRule="auto"/>
              <w:rPr>
                <w:b/>
                <w:bCs/>
                <w:color w:val="FF0000"/>
                <w:sz w:val="24"/>
                <w:szCs w:val="24"/>
              </w:rPr>
            </w:pPr>
          </w:p>
        </w:tc>
      </w:tr>
    </w:tbl>
    <w:p w14:paraId="0C586173" w14:textId="77777777" w:rsidR="00A1156D" w:rsidRPr="004D46D7" w:rsidRDefault="00A1156D" w:rsidP="0026749B">
      <w:pPr>
        <w:rPr>
          <w:color w:val="000000" w:themeColor="text1"/>
          <w:sz w:val="24"/>
          <w:szCs w:val="24"/>
        </w:rPr>
      </w:pPr>
    </w:p>
    <w:p w14:paraId="359F36D2" w14:textId="77777777" w:rsidR="00A1156D" w:rsidRPr="004D46D7" w:rsidRDefault="00031959" w:rsidP="0026749B">
      <w:pPr>
        <w:rPr>
          <w:color w:val="000000" w:themeColor="text1"/>
          <w:sz w:val="24"/>
          <w:szCs w:val="24"/>
          <w:lang w:val="vi-VN" w:eastAsia="vi-VN"/>
        </w:rPr>
      </w:pPr>
      <w:r w:rsidRPr="004D46D7">
        <w:rPr>
          <w:b/>
          <w:bCs/>
          <w:color w:val="000000" w:themeColor="text1"/>
          <w:sz w:val="24"/>
          <w:szCs w:val="24"/>
        </w:rPr>
        <w:t>Câu 8</w:t>
      </w:r>
      <w:r w:rsidR="00A1156D" w:rsidRPr="004D46D7">
        <w:rPr>
          <w:color w:val="000000" w:themeColor="text1"/>
          <w:sz w:val="24"/>
          <w:szCs w:val="24"/>
          <w:lang w:val="vi-VN" w:eastAsia="vi-VN"/>
        </w:rPr>
        <w:t xml:space="preserve"> Biết khối lượng riêng của không khí ở 0 °C là 1.29 kg/m³ và áp suất </w:t>
      </w:r>
      <m:oMath>
        <m:r>
          <w:rPr>
            <w:rFonts w:ascii="Cambria Math" w:hAnsi="Cambria Math"/>
            <w:color w:val="000000" w:themeColor="text1"/>
            <w:sz w:val="24"/>
            <w:szCs w:val="24"/>
            <w:lang w:val="vi-VN" w:eastAsia="vi-VN"/>
          </w:rPr>
          <m:t>1.01.</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4D46D7">
        <w:rPr>
          <w:color w:val="000000" w:themeColor="text1"/>
          <w:sz w:val="24"/>
          <w:szCs w:val="24"/>
          <w:lang w:val="vi-VN" w:eastAsia="vi-VN"/>
        </w:rPr>
        <w:t xml:space="preserve"> Pa. Hỏi khối lượng riêng của không khí ở nhiệt độ 80 °C và có áp suất </w:t>
      </w:r>
      <m:oMath>
        <m:r>
          <w:rPr>
            <w:rFonts w:ascii="Cambria Math" w:hAnsi="Cambria Math"/>
            <w:color w:val="000000" w:themeColor="text1"/>
            <w:sz w:val="24"/>
            <w:szCs w:val="24"/>
            <w:lang w:val="vi-VN" w:eastAsia="vi-VN"/>
          </w:rPr>
          <m:t>2.5.</m:t>
        </m:r>
        <m:sSup>
          <m:sSupPr>
            <m:ctrlPr>
              <w:rPr>
                <w:rFonts w:ascii="Cambria Math" w:hAnsi="Cambria Math"/>
                <w:i/>
                <w:color w:val="000000" w:themeColor="text1"/>
                <w:sz w:val="24"/>
                <w:szCs w:val="24"/>
                <w:lang w:val="vi-VN" w:eastAsia="vi-VN"/>
              </w:rPr>
            </m:ctrlPr>
          </m:sSupPr>
          <m:e>
            <m:r>
              <w:rPr>
                <w:rFonts w:ascii="Cambria Math" w:hAnsi="Cambria Math"/>
                <w:color w:val="000000" w:themeColor="text1"/>
                <w:sz w:val="24"/>
                <w:szCs w:val="24"/>
                <w:lang w:val="vi-VN" w:eastAsia="vi-VN"/>
              </w:rPr>
              <m:t>10</m:t>
            </m:r>
          </m:e>
          <m:sup>
            <m:r>
              <w:rPr>
                <w:rFonts w:ascii="Cambria Math" w:hAnsi="Cambria Math"/>
                <w:color w:val="000000" w:themeColor="text1"/>
                <w:sz w:val="24"/>
                <w:szCs w:val="24"/>
                <w:lang w:val="vi-VN" w:eastAsia="vi-VN"/>
              </w:rPr>
              <m:t>5</m:t>
            </m:r>
          </m:sup>
        </m:sSup>
      </m:oMath>
      <w:r w:rsidR="00A1156D" w:rsidRPr="004D46D7">
        <w:rPr>
          <w:color w:val="000000" w:themeColor="text1"/>
          <w:sz w:val="24"/>
          <w:szCs w:val="24"/>
          <w:lang w:val="vi-VN" w:eastAsia="vi-VN"/>
        </w:rPr>
        <w:t xml:space="preserve"> Pa là bao nhiêu kg/m³? (kết quả lấy đến 2 chữ số sau dấu phẩy thập phân).</w:t>
      </w:r>
    </w:p>
    <w:p w14:paraId="3806D90D"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43156C19" w14:textId="77777777" w:rsidTr="00F52A3D">
        <w:trPr>
          <w:trHeight w:val="359"/>
        </w:trPr>
        <w:tc>
          <w:tcPr>
            <w:tcW w:w="1274" w:type="dxa"/>
          </w:tcPr>
          <w:p w14:paraId="79C19B7D"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13770D76" w14:textId="77777777" w:rsidR="009C3B75" w:rsidRPr="004D46D7" w:rsidRDefault="009C3B75" w:rsidP="0026749B">
            <w:pPr>
              <w:spacing w:line="276" w:lineRule="auto"/>
              <w:rPr>
                <w:b/>
                <w:bCs/>
                <w:color w:val="FF0000"/>
                <w:sz w:val="24"/>
                <w:szCs w:val="24"/>
              </w:rPr>
            </w:pPr>
          </w:p>
        </w:tc>
        <w:tc>
          <w:tcPr>
            <w:tcW w:w="426" w:type="dxa"/>
          </w:tcPr>
          <w:p w14:paraId="594C35DE" w14:textId="77777777" w:rsidR="009C3B75" w:rsidRPr="004D46D7" w:rsidRDefault="009C3B75" w:rsidP="0026749B">
            <w:pPr>
              <w:spacing w:line="276" w:lineRule="auto"/>
              <w:rPr>
                <w:b/>
                <w:bCs/>
                <w:color w:val="FF0000"/>
                <w:sz w:val="24"/>
                <w:szCs w:val="24"/>
              </w:rPr>
            </w:pPr>
          </w:p>
        </w:tc>
        <w:tc>
          <w:tcPr>
            <w:tcW w:w="425" w:type="dxa"/>
          </w:tcPr>
          <w:p w14:paraId="5BBB62DC" w14:textId="77777777" w:rsidR="009C3B75" w:rsidRPr="004D46D7" w:rsidRDefault="009C3B75" w:rsidP="0026749B">
            <w:pPr>
              <w:spacing w:line="276" w:lineRule="auto"/>
              <w:rPr>
                <w:b/>
                <w:bCs/>
                <w:color w:val="FF0000"/>
                <w:sz w:val="24"/>
                <w:szCs w:val="24"/>
              </w:rPr>
            </w:pPr>
          </w:p>
        </w:tc>
        <w:tc>
          <w:tcPr>
            <w:tcW w:w="350" w:type="dxa"/>
          </w:tcPr>
          <w:p w14:paraId="3ECC6A43" w14:textId="77777777" w:rsidR="009C3B75" w:rsidRPr="004D46D7" w:rsidRDefault="009C3B75" w:rsidP="0026749B">
            <w:pPr>
              <w:spacing w:line="276" w:lineRule="auto"/>
              <w:rPr>
                <w:b/>
                <w:bCs/>
                <w:color w:val="FF0000"/>
                <w:sz w:val="24"/>
                <w:szCs w:val="24"/>
              </w:rPr>
            </w:pPr>
          </w:p>
        </w:tc>
      </w:tr>
    </w:tbl>
    <w:p w14:paraId="27E0DA2B" w14:textId="77777777" w:rsidR="009C3B75" w:rsidRPr="004D46D7" w:rsidRDefault="009C3B75" w:rsidP="0026749B">
      <w:pPr>
        <w:spacing w:line="276" w:lineRule="auto"/>
        <w:rPr>
          <w:color w:val="auto"/>
          <w:sz w:val="24"/>
          <w:szCs w:val="24"/>
          <w:lang w:eastAsia="vi-VN"/>
        </w:rPr>
      </w:pPr>
    </w:p>
    <w:p w14:paraId="781E6A5A" w14:textId="77777777" w:rsidR="00A1156D" w:rsidRPr="004D46D7" w:rsidRDefault="00031959" w:rsidP="0026749B">
      <w:pPr>
        <w:rPr>
          <w:color w:val="000000" w:themeColor="text1"/>
          <w:sz w:val="24"/>
          <w:szCs w:val="24"/>
        </w:rPr>
      </w:pPr>
      <w:r w:rsidRPr="004D46D7">
        <w:rPr>
          <w:b/>
          <w:bCs/>
          <w:color w:val="000000" w:themeColor="text1"/>
          <w:sz w:val="24"/>
          <w:szCs w:val="24"/>
        </w:rPr>
        <w:t>Câu 9</w:t>
      </w:r>
      <w:r w:rsidRPr="004D46D7">
        <w:rPr>
          <w:b/>
          <w:bCs/>
          <w:color w:val="000000" w:themeColor="text1"/>
          <w:sz w:val="24"/>
          <w:szCs w:val="24"/>
          <w:lang w:val="vi-VN"/>
        </w:rPr>
        <w:t>:</w:t>
      </w:r>
      <w:r w:rsidRPr="004D46D7">
        <w:rPr>
          <w:color w:val="000000" w:themeColor="text1"/>
          <w:sz w:val="24"/>
          <w:szCs w:val="24"/>
        </w:rPr>
        <w:t xml:space="preserve"> </w:t>
      </w:r>
      <w:r w:rsidR="00A1156D" w:rsidRPr="004D46D7">
        <w:rPr>
          <w:color w:val="000000" w:themeColor="text1"/>
          <w:sz w:val="24"/>
          <w:szCs w:val="24"/>
        </w:rPr>
        <w:t>Trong một xilanh của một động cơ đốt trong có 2.5 dm³ hỗn hợp khí dưới áp suất 1.5 atm và nhiệt độ 40 °</w:t>
      </w:r>
      <w:r w:rsidR="00A1156D" w:rsidRPr="004D46D7">
        <w:rPr>
          <w:b/>
          <w:color w:val="000000" w:themeColor="text1"/>
          <w:sz w:val="24"/>
          <w:szCs w:val="24"/>
        </w:rPr>
        <w:t>C.</w:t>
      </w:r>
      <w:r w:rsidR="00A1156D" w:rsidRPr="004D46D7">
        <w:rPr>
          <w:color w:val="000000" w:themeColor="text1"/>
          <w:sz w:val="24"/>
          <w:szCs w:val="24"/>
        </w:rPr>
        <w:t xml:space="preserve"> Pít tông nén xuống làm cho thể tích của hỗn hợp khí chỉ còn 0.3 dm³ và áp suất tăng lên 20 atm. Hỏi nhiệt độ của hỗn hợp khí nén là bao nhiêu °C?</w:t>
      </w:r>
    </w:p>
    <w:p w14:paraId="41E2EA84"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41F0E59A" w14:textId="77777777" w:rsidTr="00F52A3D">
        <w:trPr>
          <w:trHeight w:val="359"/>
        </w:trPr>
        <w:tc>
          <w:tcPr>
            <w:tcW w:w="1274" w:type="dxa"/>
          </w:tcPr>
          <w:p w14:paraId="394BB27B"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280ADB12" w14:textId="77777777" w:rsidR="009C3B75" w:rsidRPr="004D46D7" w:rsidRDefault="009C3B75" w:rsidP="0026749B">
            <w:pPr>
              <w:spacing w:line="276" w:lineRule="auto"/>
              <w:rPr>
                <w:b/>
                <w:bCs/>
                <w:color w:val="FF0000"/>
                <w:sz w:val="24"/>
                <w:szCs w:val="24"/>
              </w:rPr>
            </w:pPr>
          </w:p>
        </w:tc>
        <w:tc>
          <w:tcPr>
            <w:tcW w:w="426" w:type="dxa"/>
          </w:tcPr>
          <w:p w14:paraId="438318D5" w14:textId="77777777" w:rsidR="009C3B75" w:rsidRPr="004D46D7" w:rsidRDefault="009C3B75" w:rsidP="0026749B">
            <w:pPr>
              <w:spacing w:line="276" w:lineRule="auto"/>
              <w:rPr>
                <w:b/>
                <w:bCs/>
                <w:color w:val="FF0000"/>
                <w:sz w:val="24"/>
                <w:szCs w:val="24"/>
              </w:rPr>
            </w:pPr>
          </w:p>
        </w:tc>
        <w:tc>
          <w:tcPr>
            <w:tcW w:w="425" w:type="dxa"/>
          </w:tcPr>
          <w:p w14:paraId="175C6E4F" w14:textId="77777777" w:rsidR="009C3B75" w:rsidRPr="004D46D7" w:rsidRDefault="009C3B75" w:rsidP="0026749B">
            <w:pPr>
              <w:spacing w:line="276" w:lineRule="auto"/>
              <w:rPr>
                <w:b/>
                <w:bCs/>
                <w:color w:val="FF0000"/>
                <w:sz w:val="24"/>
                <w:szCs w:val="24"/>
              </w:rPr>
            </w:pPr>
          </w:p>
        </w:tc>
        <w:tc>
          <w:tcPr>
            <w:tcW w:w="350" w:type="dxa"/>
          </w:tcPr>
          <w:p w14:paraId="500098C0" w14:textId="77777777" w:rsidR="009C3B75" w:rsidRPr="004D46D7" w:rsidRDefault="009C3B75" w:rsidP="0026749B">
            <w:pPr>
              <w:spacing w:line="276" w:lineRule="auto"/>
              <w:rPr>
                <w:b/>
                <w:bCs/>
                <w:color w:val="FF0000"/>
                <w:sz w:val="24"/>
                <w:szCs w:val="24"/>
              </w:rPr>
            </w:pPr>
          </w:p>
        </w:tc>
      </w:tr>
    </w:tbl>
    <w:p w14:paraId="51A51558" w14:textId="77777777" w:rsidR="009C3B75" w:rsidRPr="004D46D7" w:rsidRDefault="009C3B75" w:rsidP="0026749B">
      <w:pPr>
        <w:spacing w:line="276" w:lineRule="auto"/>
        <w:rPr>
          <w:color w:val="auto"/>
          <w:sz w:val="24"/>
          <w:szCs w:val="24"/>
          <w:lang w:eastAsia="vi-VN"/>
        </w:rPr>
      </w:pPr>
    </w:p>
    <w:p w14:paraId="4530A6FD" w14:textId="77777777" w:rsidR="00A1156D" w:rsidRPr="004D46D7" w:rsidRDefault="00031959" w:rsidP="0026749B">
      <w:pPr>
        <w:rPr>
          <w:color w:val="000000" w:themeColor="text1"/>
          <w:sz w:val="24"/>
          <w:szCs w:val="24"/>
        </w:rPr>
      </w:pPr>
      <w:r w:rsidRPr="004D46D7">
        <w:rPr>
          <w:b/>
          <w:bCs/>
          <w:color w:val="000000" w:themeColor="text1"/>
          <w:sz w:val="24"/>
          <w:szCs w:val="24"/>
        </w:rPr>
        <w:t>Câu 10</w:t>
      </w:r>
      <w:r w:rsidRPr="004D46D7">
        <w:rPr>
          <w:b/>
          <w:bCs/>
          <w:color w:val="000000" w:themeColor="text1"/>
          <w:sz w:val="24"/>
          <w:szCs w:val="24"/>
          <w:lang w:val="vi-VN"/>
        </w:rPr>
        <w:t>:</w:t>
      </w:r>
      <w:r w:rsidRPr="004D46D7">
        <w:rPr>
          <w:color w:val="000000" w:themeColor="text1"/>
          <w:sz w:val="24"/>
          <w:szCs w:val="24"/>
          <w:lang w:val="vi-VN"/>
        </w:rPr>
        <w:t xml:space="preserve"> </w:t>
      </w:r>
      <w:r w:rsidR="00A1156D" w:rsidRPr="004D46D7">
        <w:rPr>
          <w:color w:val="000000" w:themeColor="text1"/>
          <w:sz w:val="24"/>
          <w:szCs w:val="24"/>
        </w:rPr>
        <w:t>Trong một khu hội chợ người ta bơm một quả bóng có thể tích 250 lít ở nhiệt độ 27 °C trên mặt đất. Sau đó bóng được thả bay lên độ cao mà ở đó áp suất khí quyển chỉ còn 0.7 lần áp suất khí quyển ở mặt đất và có nhiệt độ 17 °</w:t>
      </w:r>
      <w:r w:rsidR="00A1156D" w:rsidRPr="004D46D7">
        <w:rPr>
          <w:b/>
          <w:color w:val="000000" w:themeColor="text1"/>
          <w:sz w:val="24"/>
          <w:szCs w:val="24"/>
        </w:rPr>
        <w:t>C.</w:t>
      </w:r>
      <w:r w:rsidR="00A1156D" w:rsidRPr="004D46D7">
        <w:rPr>
          <w:color w:val="000000" w:themeColor="text1"/>
          <w:sz w:val="24"/>
          <w:szCs w:val="24"/>
        </w:rPr>
        <w:t xml:space="preserve"> Hỏi thể tích của quả bóng bay ở độ cao đó là bao nhiêu lít? (Kết quả lấy đến 0 chữ số thập phân).</w:t>
      </w:r>
    </w:p>
    <w:p w14:paraId="7682FF77" w14:textId="77777777" w:rsidR="009C3B75" w:rsidRPr="004D46D7" w:rsidRDefault="009C3B75"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9C3B75" w:rsidRPr="004D46D7" w14:paraId="33464D0C" w14:textId="77777777" w:rsidTr="00F52A3D">
        <w:trPr>
          <w:trHeight w:val="359"/>
        </w:trPr>
        <w:tc>
          <w:tcPr>
            <w:tcW w:w="1274" w:type="dxa"/>
          </w:tcPr>
          <w:p w14:paraId="1A8F63FB" w14:textId="77777777" w:rsidR="009C3B75" w:rsidRPr="004D46D7" w:rsidRDefault="009C3B75" w:rsidP="0026749B">
            <w:pPr>
              <w:spacing w:line="276" w:lineRule="auto"/>
              <w:rPr>
                <w:b/>
                <w:bCs/>
                <w:color w:val="auto"/>
                <w:sz w:val="24"/>
                <w:szCs w:val="24"/>
              </w:rPr>
            </w:pPr>
            <w:r w:rsidRPr="004D46D7">
              <w:rPr>
                <w:b/>
                <w:bCs/>
                <w:color w:val="auto"/>
                <w:sz w:val="24"/>
                <w:szCs w:val="24"/>
              </w:rPr>
              <w:t>Đáp án:</w:t>
            </w:r>
          </w:p>
        </w:tc>
        <w:tc>
          <w:tcPr>
            <w:tcW w:w="422" w:type="dxa"/>
          </w:tcPr>
          <w:p w14:paraId="09FB4F75" w14:textId="77777777" w:rsidR="009C3B75" w:rsidRPr="004D46D7" w:rsidRDefault="009C3B75" w:rsidP="0026749B">
            <w:pPr>
              <w:spacing w:line="276" w:lineRule="auto"/>
              <w:rPr>
                <w:b/>
                <w:bCs/>
                <w:color w:val="FF0000"/>
                <w:sz w:val="24"/>
                <w:szCs w:val="24"/>
              </w:rPr>
            </w:pPr>
          </w:p>
        </w:tc>
        <w:tc>
          <w:tcPr>
            <w:tcW w:w="426" w:type="dxa"/>
          </w:tcPr>
          <w:p w14:paraId="0923E29F" w14:textId="77777777" w:rsidR="009C3B75" w:rsidRPr="004D46D7" w:rsidRDefault="009C3B75" w:rsidP="0026749B">
            <w:pPr>
              <w:spacing w:line="276" w:lineRule="auto"/>
              <w:rPr>
                <w:b/>
                <w:bCs/>
                <w:color w:val="FF0000"/>
                <w:sz w:val="24"/>
                <w:szCs w:val="24"/>
              </w:rPr>
            </w:pPr>
          </w:p>
        </w:tc>
        <w:tc>
          <w:tcPr>
            <w:tcW w:w="425" w:type="dxa"/>
          </w:tcPr>
          <w:p w14:paraId="40B99A32" w14:textId="77777777" w:rsidR="009C3B75" w:rsidRPr="004D46D7" w:rsidRDefault="009C3B75" w:rsidP="0026749B">
            <w:pPr>
              <w:spacing w:line="276" w:lineRule="auto"/>
              <w:rPr>
                <w:b/>
                <w:bCs/>
                <w:color w:val="FF0000"/>
                <w:sz w:val="24"/>
                <w:szCs w:val="24"/>
              </w:rPr>
            </w:pPr>
          </w:p>
        </w:tc>
        <w:tc>
          <w:tcPr>
            <w:tcW w:w="350" w:type="dxa"/>
          </w:tcPr>
          <w:p w14:paraId="2B5D3EFD" w14:textId="77777777" w:rsidR="009C3B75" w:rsidRPr="004D46D7" w:rsidRDefault="009C3B75" w:rsidP="0026749B">
            <w:pPr>
              <w:spacing w:line="276" w:lineRule="auto"/>
              <w:rPr>
                <w:b/>
                <w:bCs/>
                <w:color w:val="FF0000"/>
                <w:sz w:val="24"/>
                <w:szCs w:val="24"/>
              </w:rPr>
            </w:pPr>
          </w:p>
        </w:tc>
      </w:tr>
    </w:tbl>
    <w:p w14:paraId="2B0696BC" w14:textId="77777777" w:rsidR="00A1156D" w:rsidRPr="004D46D7" w:rsidRDefault="00A1156D" w:rsidP="0026749B">
      <w:pPr>
        <w:rPr>
          <w:color w:val="C00000"/>
          <w:sz w:val="24"/>
          <w:szCs w:val="24"/>
        </w:rPr>
      </w:pPr>
    </w:p>
    <w:p w14:paraId="36D167D0" w14:textId="77777777" w:rsidR="00A1156D" w:rsidRPr="004D46D7" w:rsidRDefault="00A1156D" w:rsidP="0026749B">
      <w:pPr>
        <w:rPr>
          <w:color w:val="000000" w:themeColor="text1"/>
          <w:sz w:val="24"/>
          <w:szCs w:val="24"/>
          <w:lang w:val="vi-VN"/>
        </w:rPr>
      </w:pPr>
      <w:r w:rsidRPr="004D46D7">
        <w:rPr>
          <w:b/>
          <w:bCs/>
          <w:color w:val="000000" w:themeColor="text1"/>
          <w:sz w:val="24"/>
          <w:szCs w:val="24"/>
        </w:rPr>
        <w:t>Câu 11:</w:t>
      </w:r>
      <w:r w:rsidRPr="004D46D7">
        <w:rPr>
          <w:color w:val="000000" w:themeColor="text1"/>
          <w:sz w:val="24"/>
          <w:szCs w:val="24"/>
          <w:lang w:val="vi-VN"/>
        </w:rPr>
        <w:t xml:space="preserve"> </w:t>
      </w:r>
      <w:r w:rsidRPr="004D46D7">
        <w:rPr>
          <w:color w:val="000000" w:themeColor="text1"/>
          <w:sz w:val="24"/>
          <w:szCs w:val="24"/>
        </w:rPr>
        <w:t>Một xilanh có pit-tông cách nhiệt đặt nằm ngang. Pit-tông ở vị trí chia xilanh thành hai phần bằng nhau, chiều dài của mỗi phần là 35 cm. Mỗi phần chứa một lượng khí như nhau ở nhiệt độ 17 °C và áp suất 2 atm. Muốn pit-tông dịch chuyển 2 cm thì phải đun nóng khí ở một phần lên thêm bao nhiêu °C?</w:t>
      </w:r>
      <w:r w:rsidRPr="004D46D7">
        <w:rPr>
          <w:color w:val="000000" w:themeColor="text1"/>
          <w:sz w:val="24"/>
          <w:szCs w:val="24"/>
          <w:lang w:val="vi-VN"/>
        </w:rPr>
        <w:t xml:space="preserve"> </w:t>
      </w:r>
      <w:r w:rsidRPr="004D46D7">
        <w:rPr>
          <w:color w:val="000000" w:themeColor="text1"/>
          <w:sz w:val="24"/>
          <w:szCs w:val="24"/>
        </w:rPr>
        <w:t>(Kết quả lấy đến 01 chữ số thập phân).</w:t>
      </w:r>
    </w:p>
    <w:p w14:paraId="1A887546" w14:textId="77777777" w:rsidR="00A1156D" w:rsidRPr="004D46D7" w:rsidRDefault="00A1156D" w:rsidP="0026749B">
      <w:pPr>
        <w:rPr>
          <w:color w:val="auto"/>
          <w:sz w:val="24"/>
          <w:szCs w:val="24"/>
          <w:lang w:eastAsia="vi-VN"/>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A1156D" w:rsidRPr="004D46D7" w14:paraId="3E50C472" w14:textId="77777777" w:rsidTr="0012351D">
        <w:trPr>
          <w:trHeight w:val="359"/>
        </w:trPr>
        <w:tc>
          <w:tcPr>
            <w:tcW w:w="1274" w:type="dxa"/>
          </w:tcPr>
          <w:p w14:paraId="0007C8B0" w14:textId="77777777" w:rsidR="00A1156D" w:rsidRPr="004D46D7" w:rsidRDefault="00A1156D" w:rsidP="0026749B">
            <w:pPr>
              <w:spacing w:line="276" w:lineRule="auto"/>
              <w:rPr>
                <w:b/>
                <w:bCs/>
                <w:color w:val="auto"/>
                <w:sz w:val="24"/>
                <w:szCs w:val="24"/>
              </w:rPr>
            </w:pPr>
            <w:r w:rsidRPr="004D46D7">
              <w:rPr>
                <w:b/>
                <w:bCs/>
                <w:color w:val="auto"/>
                <w:sz w:val="24"/>
                <w:szCs w:val="24"/>
              </w:rPr>
              <w:t>Đáp án:</w:t>
            </w:r>
          </w:p>
        </w:tc>
        <w:tc>
          <w:tcPr>
            <w:tcW w:w="422" w:type="dxa"/>
          </w:tcPr>
          <w:p w14:paraId="45AABBA3" w14:textId="77777777" w:rsidR="00A1156D" w:rsidRPr="004D46D7" w:rsidRDefault="00A1156D" w:rsidP="0026749B">
            <w:pPr>
              <w:spacing w:line="276" w:lineRule="auto"/>
              <w:rPr>
                <w:b/>
                <w:bCs/>
                <w:color w:val="FF0000"/>
                <w:sz w:val="24"/>
                <w:szCs w:val="24"/>
              </w:rPr>
            </w:pPr>
          </w:p>
        </w:tc>
        <w:tc>
          <w:tcPr>
            <w:tcW w:w="426" w:type="dxa"/>
          </w:tcPr>
          <w:p w14:paraId="41ED42CB" w14:textId="77777777" w:rsidR="00A1156D" w:rsidRPr="004D46D7" w:rsidRDefault="00A1156D" w:rsidP="0026749B">
            <w:pPr>
              <w:spacing w:line="276" w:lineRule="auto"/>
              <w:rPr>
                <w:b/>
                <w:bCs/>
                <w:color w:val="FF0000"/>
                <w:sz w:val="24"/>
                <w:szCs w:val="24"/>
              </w:rPr>
            </w:pPr>
          </w:p>
        </w:tc>
        <w:tc>
          <w:tcPr>
            <w:tcW w:w="425" w:type="dxa"/>
          </w:tcPr>
          <w:p w14:paraId="46284069" w14:textId="77777777" w:rsidR="00A1156D" w:rsidRPr="004D46D7" w:rsidRDefault="00A1156D" w:rsidP="0026749B">
            <w:pPr>
              <w:spacing w:line="276" w:lineRule="auto"/>
              <w:rPr>
                <w:b/>
                <w:bCs/>
                <w:color w:val="FF0000"/>
                <w:sz w:val="24"/>
                <w:szCs w:val="24"/>
              </w:rPr>
            </w:pPr>
          </w:p>
        </w:tc>
        <w:tc>
          <w:tcPr>
            <w:tcW w:w="350" w:type="dxa"/>
          </w:tcPr>
          <w:p w14:paraId="113BCDBF" w14:textId="77777777" w:rsidR="00A1156D" w:rsidRPr="004D46D7" w:rsidRDefault="00A1156D" w:rsidP="0026749B">
            <w:pPr>
              <w:spacing w:line="276" w:lineRule="auto"/>
              <w:rPr>
                <w:b/>
                <w:bCs/>
                <w:color w:val="FF0000"/>
                <w:sz w:val="24"/>
                <w:szCs w:val="24"/>
              </w:rPr>
            </w:pPr>
          </w:p>
        </w:tc>
      </w:tr>
    </w:tbl>
    <w:p w14:paraId="3B8D1BC3" w14:textId="77777777" w:rsidR="00A1156D" w:rsidRPr="004D46D7" w:rsidRDefault="00A1156D" w:rsidP="0026749B">
      <w:pPr>
        <w:rPr>
          <w:color w:val="C00000"/>
          <w:sz w:val="24"/>
          <w:szCs w:val="24"/>
        </w:rPr>
      </w:pPr>
    </w:p>
    <w:p w14:paraId="2F6ED338" w14:textId="77777777" w:rsidR="004A4E79" w:rsidRPr="004D46D7" w:rsidRDefault="004A4E79" w:rsidP="0026749B">
      <w:pPr>
        <w:rPr>
          <w:color w:val="000000" w:themeColor="text1"/>
          <w:sz w:val="24"/>
          <w:szCs w:val="24"/>
        </w:rPr>
      </w:pPr>
      <w:r w:rsidRPr="004D46D7">
        <w:rPr>
          <w:b/>
          <w:bCs/>
          <w:color w:val="000000" w:themeColor="text1"/>
          <w:sz w:val="24"/>
          <w:szCs w:val="24"/>
        </w:rPr>
        <w:t>Câu 12:</w:t>
      </w:r>
      <w:r w:rsidRPr="004D46D7">
        <w:rPr>
          <w:b/>
          <w:bCs/>
          <w:color w:val="000000" w:themeColor="text1"/>
          <w:sz w:val="24"/>
          <w:szCs w:val="24"/>
          <w:lang w:val="vi-VN"/>
        </w:rPr>
        <w:t xml:space="preserve"> </w:t>
      </w:r>
      <w:r w:rsidRPr="004D46D7">
        <w:rPr>
          <w:color w:val="000000" w:themeColor="text1"/>
          <w:sz w:val="24"/>
          <w:szCs w:val="24"/>
        </w:rPr>
        <w:t>Một ống nghiệm tiết diện đều có chiều dài 80 cm, đặt thẳng đứng chứa một khối khí đến nửa ống, phía trên của ống là một cột thủy ngân. Nhiệt độ lúc đầu của khối khí là 0 °</w:t>
      </w:r>
      <w:r w:rsidRPr="004D46D7">
        <w:rPr>
          <w:b/>
          <w:color w:val="000000" w:themeColor="text1"/>
          <w:sz w:val="24"/>
          <w:szCs w:val="24"/>
        </w:rPr>
        <w:t>C.</w:t>
      </w:r>
      <w:r w:rsidRPr="004D46D7">
        <w:rPr>
          <w:color w:val="000000" w:themeColor="text1"/>
          <w:sz w:val="24"/>
          <w:szCs w:val="24"/>
        </w:rPr>
        <w:t xml:space="preserve"> Áp suất khí quyển là 76 cmHg. Để một nửa cột thủy ngân trào ra ngoài thì phải đun nóng khối khí lên đến bao nhiêu °C? (Kết quả được làm tròn đến phần nguyên).</w:t>
      </w:r>
    </w:p>
    <w:p w14:paraId="49A9DAD8" w14:textId="77777777" w:rsidR="004A4E79" w:rsidRPr="004D46D7" w:rsidRDefault="004A4E79" w:rsidP="0026749B">
      <w:pPr>
        <w:rPr>
          <w:color w:val="000000" w:themeColor="text1"/>
          <w:sz w:val="24"/>
          <w:szCs w:val="24"/>
        </w:rPr>
      </w:pPr>
    </w:p>
    <w:tbl>
      <w:tblPr>
        <w:tblStyle w:val="TableGrid"/>
        <w:tblW w:w="0" w:type="auto"/>
        <w:tblLook w:val="04A0" w:firstRow="1" w:lastRow="0" w:firstColumn="1" w:lastColumn="0" w:noHBand="0" w:noVBand="1"/>
        <w:tblCaption w:val="n130 fb + zalo Thu Minh"/>
        <w:tblDescription w:val="n130 fb + zalo Thu Minh"/>
      </w:tblPr>
      <w:tblGrid>
        <w:gridCol w:w="1274"/>
        <w:gridCol w:w="422"/>
        <w:gridCol w:w="426"/>
        <w:gridCol w:w="425"/>
        <w:gridCol w:w="350"/>
      </w:tblGrid>
      <w:tr w:rsidR="004A4E79" w:rsidRPr="0026749B" w14:paraId="13DC0486" w14:textId="77777777" w:rsidTr="0012351D">
        <w:trPr>
          <w:trHeight w:val="359"/>
        </w:trPr>
        <w:tc>
          <w:tcPr>
            <w:tcW w:w="1274" w:type="dxa"/>
          </w:tcPr>
          <w:p w14:paraId="143D5F99" w14:textId="77777777" w:rsidR="004A4E79" w:rsidRPr="0026749B" w:rsidRDefault="004A4E79" w:rsidP="0026749B">
            <w:pPr>
              <w:spacing w:line="276" w:lineRule="auto"/>
              <w:rPr>
                <w:b/>
                <w:bCs/>
                <w:color w:val="auto"/>
                <w:sz w:val="24"/>
                <w:szCs w:val="24"/>
              </w:rPr>
            </w:pPr>
            <w:r w:rsidRPr="004D46D7">
              <w:rPr>
                <w:b/>
                <w:bCs/>
                <w:color w:val="auto"/>
                <w:sz w:val="24"/>
                <w:szCs w:val="24"/>
              </w:rPr>
              <w:t>Đáp án:</w:t>
            </w:r>
          </w:p>
        </w:tc>
        <w:tc>
          <w:tcPr>
            <w:tcW w:w="422" w:type="dxa"/>
          </w:tcPr>
          <w:p w14:paraId="11891CDE" w14:textId="77777777" w:rsidR="004A4E79" w:rsidRPr="0026749B" w:rsidRDefault="004A4E79" w:rsidP="0026749B">
            <w:pPr>
              <w:spacing w:line="276" w:lineRule="auto"/>
              <w:rPr>
                <w:b/>
                <w:bCs/>
                <w:color w:val="FF0000"/>
                <w:sz w:val="24"/>
                <w:szCs w:val="24"/>
              </w:rPr>
            </w:pPr>
          </w:p>
        </w:tc>
        <w:tc>
          <w:tcPr>
            <w:tcW w:w="426" w:type="dxa"/>
          </w:tcPr>
          <w:p w14:paraId="54253189" w14:textId="77777777" w:rsidR="004A4E79" w:rsidRPr="0026749B" w:rsidRDefault="004A4E79" w:rsidP="0026749B">
            <w:pPr>
              <w:spacing w:line="276" w:lineRule="auto"/>
              <w:rPr>
                <w:b/>
                <w:bCs/>
                <w:color w:val="FF0000"/>
                <w:sz w:val="24"/>
                <w:szCs w:val="24"/>
              </w:rPr>
            </w:pPr>
          </w:p>
        </w:tc>
        <w:tc>
          <w:tcPr>
            <w:tcW w:w="425" w:type="dxa"/>
          </w:tcPr>
          <w:p w14:paraId="31EA3A26" w14:textId="77777777" w:rsidR="004A4E79" w:rsidRPr="0026749B" w:rsidRDefault="004A4E79" w:rsidP="0026749B">
            <w:pPr>
              <w:spacing w:line="276" w:lineRule="auto"/>
              <w:rPr>
                <w:b/>
                <w:bCs/>
                <w:color w:val="FF0000"/>
                <w:sz w:val="24"/>
                <w:szCs w:val="24"/>
              </w:rPr>
            </w:pPr>
          </w:p>
        </w:tc>
        <w:tc>
          <w:tcPr>
            <w:tcW w:w="350" w:type="dxa"/>
          </w:tcPr>
          <w:p w14:paraId="01C5946F" w14:textId="77777777" w:rsidR="004A4E79" w:rsidRPr="0026749B" w:rsidRDefault="004A4E79" w:rsidP="0026749B">
            <w:pPr>
              <w:spacing w:line="276" w:lineRule="auto"/>
              <w:rPr>
                <w:b/>
                <w:bCs/>
                <w:color w:val="FF0000"/>
                <w:sz w:val="24"/>
                <w:szCs w:val="24"/>
              </w:rPr>
            </w:pPr>
          </w:p>
        </w:tc>
      </w:tr>
    </w:tbl>
    <w:p w14:paraId="7AA643DF" w14:textId="77777777" w:rsidR="004A4E79" w:rsidRPr="0026749B" w:rsidRDefault="004A4E79" w:rsidP="0026749B">
      <w:pPr>
        <w:rPr>
          <w:rStyle w:val="Strong"/>
          <w:color w:val="0070C0"/>
          <w:sz w:val="24"/>
          <w:szCs w:val="24"/>
        </w:rPr>
      </w:pPr>
    </w:p>
    <w:p w14:paraId="5786C5E2" w14:textId="77777777" w:rsidR="004A4E79" w:rsidRPr="0026749B" w:rsidRDefault="004A4E79" w:rsidP="0026749B">
      <w:pPr>
        <w:rPr>
          <w:rFonts w:ascii="Cambria Math" w:hAnsi="Cambria Math"/>
          <w:color w:val="C00000"/>
          <w:sz w:val="24"/>
          <w:szCs w:val="24"/>
          <w:oMath/>
        </w:rPr>
      </w:pPr>
    </w:p>
    <w:p w14:paraId="68626350" w14:textId="77777777" w:rsidR="00031959" w:rsidRPr="0026749B" w:rsidRDefault="00031959" w:rsidP="0026749B">
      <w:pPr>
        <w:rPr>
          <w:i/>
          <w:iCs/>
          <w:color w:val="C00000"/>
          <w:sz w:val="24"/>
          <w:szCs w:val="28"/>
          <w:lang w:val="vi-VN" w:eastAsia="vi-VN"/>
        </w:rPr>
      </w:pPr>
    </w:p>
    <w:p w14:paraId="678FAD92" w14:textId="77777777" w:rsidR="00C86C13" w:rsidRPr="00C86C13" w:rsidRDefault="00C86C13" w:rsidP="00C86C13">
      <w:pPr>
        <w:rPr>
          <w:b/>
          <w:bCs/>
          <w:i/>
          <w:iCs/>
          <w:color w:val="C00000"/>
          <w:sz w:val="24"/>
          <w:szCs w:val="24"/>
        </w:rPr>
      </w:pPr>
      <w:r w:rsidRPr="00C86C13">
        <w:rPr>
          <w:b/>
          <w:bCs/>
          <w:i/>
          <w:iCs/>
          <w:color w:val="C00000"/>
          <w:sz w:val="24"/>
          <w:szCs w:val="24"/>
        </w:rPr>
        <w:t>Tài liệu được chia sẻ bởi Website VnTeach.Com</w:t>
      </w:r>
    </w:p>
    <w:p w14:paraId="2188E9B4" w14:textId="0E02B7B2" w:rsidR="009A2E3F" w:rsidRPr="0026749B" w:rsidRDefault="00C86C13" w:rsidP="00C86C13">
      <w:pPr>
        <w:rPr>
          <w:b/>
          <w:bCs/>
          <w:i/>
          <w:iCs/>
          <w:color w:val="C00000"/>
          <w:sz w:val="24"/>
          <w:szCs w:val="24"/>
        </w:rPr>
      </w:pPr>
      <w:r w:rsidRPr="00C86C13">
        <w:rPr>
          <w:b/>
          <w:bCs/>
          <w:i/>
          <w:iCs/>
          <w:color w:val="C00000"/>
          <w:sz w:val="24"/>
          <w:szCs w:val="24"/>
        </w:rPr>
        <w:t>https://www.vnteach.com</w:t>
      </w:r>
    </w:p>
    <w:sectPr w:rsidR="009A2E3F" w:rsidRPr="0026749B" w:rsidSect="00BC7897">
      <w:pgSz w:w="12240" w:h="15840"/>
      <w:pgMar w:top="450" w:right="720" w:bottom="540" w:left="6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Franko">
    <w:altName w:val="Calibri"/>
    <w:charset w:val="00"/>
    <w:family w:val="auto"/>
    <w:pitch w:val="variable"/>
    <w:sig w:usb0="00000003" w:usb1="00000000" w:usb2="00000000" w:usb3="00000000" w:csb0="00000001" w:csb1="00000000"/>
  </w:font>
  <w:font w:name=".VnTime">
    <w:altName w:val="Times New Roman"/>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NI-Times">
    <w:altName w:val="Times New Roman"/>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7FA32B2"/>
    <w:multiLevelType w:val="multilevel"/>
    <w:tmpl w:val="297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CCE6488"/>
    <w:multiLevelType w:val="multilevel"/>
    <w:tmpl w:val="14068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27E2EC5"/>
    <w:multiLevelType w:val="multilevel"/>
    <w:tmpl w:val="CA3AB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7432CFD"/>
    <w:multiLevelType w:val="multilevel"/>
    <w:tmpl w:val="5B3CA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758438A"/>
    <w:multiLevelType w:val="multilevel"/>
    <w:tmpl w:val="6C321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A20761E"/>
    <w:multiLevelType w:val="multilevel"/>
    <w:tmpl w:val="41DCE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8B6408"/>
    <w:multiLevelType w:val="multilevel"/>
    <w:tmpl w:val="AEC68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135030"/>
    <w:multiLevelType w:val="hybridMultilevel"/>
    <w:tmpl w:val="1D2EE52A"/>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7" w15:restartNumberingAfterBreak="0">
    <w:nsid w:val="355A022C"/>
    <w:multiLevelType w:val="multilevel"/>
    <w:tmpl w:val="046CE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8A351E"/>
    <w:multiLevelType w:val="multilevel"/>
    <w:tmpl w:val="21F64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5E54EA0"/>
    <w:multiLevelType w:val="multilevel"/>
    <w:tmpl w:val="49F4A4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A174A1C"/>
    <w:multiLevelType w:val="multilevel"/>
    <w:tmpl w:val="9E9C63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367BC"/>
    <w:multiLevelType w:val="hybridMultilevel"/>
    <w:tmpl w:val="C3E609CC"/>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2" w15:restartNumberingAfterBreak="0">
    <w:nsid w:val="50785A9E"/>
    <w:multiLevelType w:val="multilevel"/>
    <w:tmpl w:val="7764A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4BA2021"/>
    <w:multiLevelType w:val="multilevel"/>
    <w:tmpl w:val="AA983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1B94E72"/>
    <w:multiLevelType w:val="multilevel"/>
    <w:tmpl w:val="5FC4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180C4D"/>
    <w:multiLevelType w:val="multilevel"/>
    <w:tmpl w:val="1FB01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332C2F"/>
    <w:multiLevelType w:val="multilevel"/>
    <w:tmpl w:val="6610E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80B4558"/>
    <w:multiLevelType w:val="multilevel"/>
    <w:tmpl w:val="137E4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B99101F"/>
    <w:multiLevelType w:val="multilevel"/>
    <w:tmpl w:val="6826D1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D04758E"/>
    <w:multiLevelType w:val="hybridMultilevel"/>
    <w:tmpl w:val="56CC4018"/>
    <w:lvl w:ilvl="0" w:tplc="042A000F">
      <w:start w:val="1"/>
      <w:numFmt w:val="decimal"/>
      <w:lvlText w:val="%1."/>
      <w:lvlJc w:val="left"/>
      <w:pPr>
        <w:ind w:left="720" w:hanging="360"/>
      </w:p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7BE837CF"/>
    <w:multiLevelType w:val="multilevel"/>
    <w:tmpl w:val="769CC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A927B0"/>
    <w:multiLevelType w:val="multilevel"/>
    <w:tmpl w:val="8F927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230CA7"/>
    <w:multiLevelType w:val="multilevel"/>
    <w:tmpl w:val="09B25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42064513">
    <w:abstractNumId w:val="8"/>
  </w:num>
  <w:num w:numId="2" w16cid:durableId="48237641">
    <w:abstractNumId w:val="6"/>
  </w:num>
  <w:num w:numId="3" w16cid:durableId="1357468558">
    <w:abstractNumId w:val="5"/>
  </w:num>
  <w:num w:numId="4" w16cid:durableId="660163670">
    <w:abstractNumId w:val="4"/>
  </w:num>
  <w:num w:numId="5" w16cid:durableId="2122990374">
    <w:abstractNumId w:val="7"/>
  </w:num>
  <w:num w:numId="6" w16cid:durableId="1548370890">
    <w:abstractNumId w:val="3"/>
  </w:num>
  <w:num w:numId="7" w16cid:durableId="3897911">
    <w:abstractNumId w:val="2"/>
  </w:num>
  <w:num w:numId="8" w16cid:durableId="945038220">
    <w:abstractNumId w:val="1"/>
  </w:num>
  <w:num w:numId="9" w16cid:durableId="1582324429">
    <w:abstractNumId w:val="0"/>
  </w:num>
  <w:num w:numId="10" w16cid:durableId="2058625433">
    <w:abstractNumId w:val="19"/>
  </w:num>
  <w:num w:numId="11" w16cid:durableId="1976063942">
    <w:abstractNumId w:val="29"/>
  </w:num>
  <w:num w:numId="12" w16cid:durableId="1428891388">
    <w:abstractNumId w:val="28"/>
  </w:num>
  <w:num w:numId="13" w16cid:durableId="1454520339">
    <w:abstractNumId w:val="30"/>
  </w:num>
  <w:num w:numId="14" w16cid:durableId="745998713">
    <w:abstractNumId w:val="31"/>
  </w:num>
  <w:num w:numId="15" w16cid:durableId="1286891922">
    <w:abstractNumId w:val="9"/>
  </w:num>
  <w:num w:numId="16" w16cid:durableId="1315336864">
    <w:abstractNumId w:val="24"/>
  </w:num>
  <w:num w:numId="17" w16cid:durableId="1932467986">
    <w:abstractNumId w:val="10"/>
  </w:num>
  <w:num w:numId="18" w16cid:durableId="1116024479">
    <w:abstractNumId w:val="20"/>
  </w:num>
  <w:num w:numId="19" w16cid:durableId="1710563934">
    <w:abstractNumId w:val="13"/>
  </w:num>
  <w:num w:numId="20" w16cid:durableId="1867205882">
    <w:abstractNumId w:val="17"/>
  </w:num>
  <w:num w:numId="21" w16cid:durableId="185756771">
    <w:abstractNumId w:val="16"/>
  </w:num>
  <w:num w:numId="22" w16cid:durableId="759445968">
    <w:abstractNumId w:val="26"/>
  </w:num>
  <w:num w:numId="23" w16cid:durableId="1558473185">
    <w:abstractNumId w:val="11"/>
  </w:num>
  <w:num w:numId="24" w16cid:durableId="870844556">
    <w:abstractNumId w:val="18"/>
  </w:num>
  <w:num w:numId="25" w16cid:durableId="1117794623">
    <w:abstractNumId w:val="22"/>
  </w:num>
  <w:num w:numId="26" w16cid:durableId="514810618">
    <w:abstractNumId w:val="15"/>
  </w:num>
  <w:num w:numId="27" w16cid:durableId="1346133595">
    <w:abstractNumId w:val="14"/>
  </w:num>
  <w:num w:numId="28" w16cid:durableId="2106807705">
    <w:abstractNumId w:val="32"/>
  </w:num>
  <w:num w:numId="29" w16cid:durableId="1848015476">
    <w:abstractNumId w:val="12"/>
  </w:num>
  <w:num w:numId="30" w16cid:durableId="325522082">
    <w:abstractNumId w:val="27"/>
  </w:num>
  <w:num w:numId="31" w16cid:durableId="688024679">
    <w:abstractNumId w:val="23"/>
  </w:num>
  <w:num w:numId="32" w16cid:durableId="1711030867">
    <w:abstractNumId w:val="25"/>
  </w:num>
  <w:num w:numId="33" w16cid:durableId="79941843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089"/>
    <w:rsid w:val="00031959"/>
    <w:rsid w:val="000460F0"/>
    <w:rsid w:val="0007659D"/>
    <w:rsid w:val="00080EFC"/>
    <w:rsid w:val="00081868"/>
    <w:rsid w:val="000A4A42"/>
    <w:rsid w:val="000D26F5"/>
    <w:rsid w:val="00100089"/>
    <w:rsid w:val="00113A2F"/>
    <w:rsid w:val="001518C5"/>
    <w:rsid w:val="00154D25"/>
    <w:rsid w:val="001F14DA"/>
    <w:rsid w:val="0025106F"/>
    <w:rsid w:val="00265E79"/>
    <w:rsid w:val="00266DEF"/>
    <w:rsid w:val="0026749B"/>
    <w:rsid w:val="0028005D"/>
    <w:rsid w:val="002A32EA"/>
    <w:rsid w:val="0035454E"/>
    <w:rsid w:val="0038092A"/>
    <w:rsid w:val="003A1A02"/>
    <w:rsid w:val="003E52ED"/>
    <w:rsid w:val="0041092D"/>
    <w:rsid w:val="00473EDA"/>
    <w:rsid w:val="004A4E79"/>
    <w:rsid w:val="004A60ED"/>
    <w:rsid w:val="004C5954"/>
    <w:rsid w:val="004D3DC4"/>
    <w:rsid w:val="004D46D7"/>
    <w:rsid w:val="004D65C8"/>
    <w:rsid w:val="0055258C"/>
    <w:rsid w:val="005661D2"/>
    <w:rsid w:val="005B4CBC"/>
    <w:rsid w:val="00603F3C"/>
    <w:rsid w:val="00617634"/>
    <w:rsid w:val="00632C89"/>
    <w:rsid w:val="006C21A6"/>
    <w:rsid w:val="006C627D"/>
    <w:rsid w:val="00735652"/>
    <w:rsid w:val="00741E76"/>
    <w:rsid w:val="00741ED8"/>
    <w:rsid w:val="00766C17"/>
    <w:rsid w:val="007B02F2"/>
    <w:rsid w:val="007B21B8"/>
    <w:rsid w:val="00816D63"/>
    <w:rsid w:val="008C0496"/>
    <w:rsid w:val="008D3E33"/>
    <w:rsid w:val="008E1144"/>
    <w:rsid w:val="009A2E3F"/>
    <w:rsid w:val="009A7F6B"/>
    <w:rsid w:val="009C3B75"/>
    <w:rsid w:val="00A1156D"/>
    <w:rsid w:val="00A22CA4"/>
    <w:rsid w:val="00A43F09"/>
    <w:rsid w:val="00A72ED2"/>
    <w:rsid w:val="00AA7FE0"/>
    <w:rsid w:val="00B07001"/>
    <w:rsid w:val="00B22B70"/>
    <w:rsid w:val="00B41C2A"/>
    <w:rsid w:val="00B443D7"/>
    <w:rsid w:val="00BC7897"/>
    <w:rsid w:val="00C01EE2"/>
    <w:rsid w:val="00C507BD"/>
    <w:rsid w:val="00C679CF"/>
    <w:rsid w:val="00C75D34"/>
    <w:rsid w:val="00C86C13"/>
    <w:rsid w:val="00D201C2"/>
    <w:rsid w:val="00D4090E"/>
    <w:rsid w:val="00D4519F"/>
    <w:rsid w:val="00EE6C5E"/>
    <w:rsid w:val="00F1606F"/>
    <w:rsid w:val="00FC2FB9"/>
    <w:rsid w:val="00FF78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813605"/>
  <w15:chartTrackingRefBased/>
  <w15:docId w15:val="{490F0D21-84E2-4533-9460-EC5DF4B69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nhideWhenUsed="1"/>
    <w:lsdException w:name="Block Text" w:semiHidden="1" w:uiPriority="0"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089"/>
    <w:pPr>
      <w:spacing w:after="0" w:line="240" w:lineRule="auto"/>
    </w:pPr>
    <w:rPr>
      <w:rFonts w:ascii="Times New Roman" w:eastAsia="Times New Roman" w:hAnsi="Times New Roman" w:cs="Times New Roman"/>
      <w:color w:val="003300"/>
      <w:kern w:val="0"/>
      <w:sz w:val="32"/>
      <w:szCs w:val="32"/>
      <w14:ligatures w14:val="none"/>
    </w:rPr>
  </w:style>
  <w:style w:type="paragraph" w:styleId="Heading1">
    <w:name w:val="heading 1"/>
    <w:basedOn w:val="Normal"/>
    <w:next w:val="Normal"/>
    <w:link w:val="Heading1Char"/>
    <w:uiPriority w:val="9"/>
    <w:qFormat/>
    <w:rsid w:val="00031959"/>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031959"/>
    <w:pPr>
      <w:keepNext/>
      <w:keepLines/>
      <w:spacing w:before="200" w:line="276" w:lineRule="auto"/>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031959"/>
    <w:pPr>
      <w:keepNext/>
      <w:keepLines/>
      <w:spacing w:before="200" w:line="276" w:lineRule="auto"/>
      <w:outlineLvl w:val="2"/>
    </w:pPr>
    <w:rPr>
      <w:rFonts w:asciiTheme="majorHAnsi" w:eastAsiaTheme="majorEastAsia" w:hAnsiTheme="majorHAnsi" w:cstheme="majorBidi"/>
      <w:b/>
      <w:bCs/>
      <w:color w:val="4472C4" w:themeColor="accent1"/>
      <w:sz w:val="22"/>
      <w:szCs w:val="22"/>
    </w:rPr>
  </w:style>
  <w:style w:type="paragraph" w:styleId="Heading4">
    <w:name w:val="heading 4"/>
    <w:basedOn w:val="Normal"/>
    <w:next w:val="Normal"/>
    <w:link w:val="Heading4Char"/>
    <w:uiPriority w:val="9"/>
    <w:semiHidden/>
    <w:unhideWhenUsed/>
    <w:qFormat/>
    <w:rsid w:val="00031959"/>
    <w:pPr>
      <w:keepNext/>
      <w:keepLines/>
      <w:spacing w:before="200" w:line="276" w:lineRule="auto"/>
      <w:outlineLvl w:val="3"/>
    </w:pPr>
    <w:rPr>
      <w:rFonts w:asciiTheme="majorHAnsi" w:eastAsiaTheme="majorEastAsia" w:hAnsiTheme="majorHAnsi" w:cstheme="majorBidi"/>
      <w:b/>
      <w:bCs/>
      <w:i/>
      <w:iCs/>
      <w:color w:val="4472C4" w:themeColor="accent1"/>
      <w:sz w:val="22"/>
      <w:szCs w:val="22"/>
    </w:rPr>
  </w:style>
  <w:style w:type="paragraph" w:styleId="Heading5">
    <w:name w:val="heading 5"/>
    <w:basedOn w:val="Normal"/>
    <w:next w:val="Normal"/>
    <w:link w:val="Heading5Char"/>
    <w:uiPriority w:val="9"/>
    <w:semiHidden/>
    <w:unhideWhenUsed/>
    <w:qFormat/>
    <w:rsid w:val="00031959"/>
    <w:pPr>
      <w:keepNext/>
      <w:keepLines/>
      <w:spacing w:before="200" w:line="276" w:lineRule="auto"/>
      <w:outlineLvl w:val="4"/>
    </w:pPr>
    <w:rPr>
      <w:rFonts w:asciiTheme="majorHAnsi" w:eastAsiaTheme="majorEastAsia" w:hAnsiTheme="majorHAnsi" w:cstheme="majorBidi"/>
      <w:color w:val="1F3763" w:themeColor="accent1" w:themeShade="7F"/>
      <w:sz w:val="22"/>
      <w:szCs w:val="22"/>
    </w:rPr>
  </w:style>
  <w:style w:type="paragraph" w:styleId="Heading6">
    <w:name w:val="heading 6"/>
    <w:basedOn w:val="Normal"/>
    <w:next w:val="Normal"/>
    <w:link w:val="Heading6Char"/>
    <w:uiPriority w:val="9"/>
    <w:semiHidden/>
    <w:unhideWhenUsed/>
    <w:qFormat/>
    <w:rsid w:val="00031959"/>
    <w:pPr>
      <w:keepNext/>
      <w:keepLines/>
      <w:spacing w:before="200" w:line="276" w:lineRule="auto"/>
      <w:outlineLvl w:val="5"/>
    </w:pPr>
    <w:rPr>
      <w:rFonts w:asciiTheme="majorHAnsi" w:eastAsiaTheme="majorEastAsia" w:hAnsiTheme="majorHAnsi" w:cstheme="majorBidi"/>
      <w:i/>
      <w:iCs/>
      <w:color w:val="1F3763" w:themeColor="accent1" w:themeShade="7F"/>
      <w:sz w:val="22"/>
      <w:szCs w:val="22"/>
    </w:rPr>
  </w:style>
  <w:style w:type="paragraph" w:styleId="Heading7">
    <w:name w:val="heading 7"/>
    <w:basedOn w:val="Normal"/>
    <w:next w:val="Normal"/>
    <w:link w:val="Heading7Char"/>
    <w:uiPriority w:val="9"/>
    <w:semiHidden/>
    <w:unhideWhenUsed/>
    <w:qFormat/>
    <w:rsid w:val="00031959"/>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paragraph" w:styleId="Heading8">
    <w:name w:val="heading 8"/>
    <w:basedOn w:val="Normal"/>
    <w:next w:val="Normal"/>
    <w:link w:val="Heading8Char"/>
    <w:uiPriority w:val="9"/>
    <w:semiHidden/>
    <w:unhideWhenUsed/>
    <w:qFormat/>
    <w:rsid w:val="00031959"/>
    <w:pPr>
      <w:keepNext/>
      <w:keepLines/>
      <w:spacing w:before="200" w:line="276" w:lineRule="auto"/>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031959"/>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qFormat/>
    <w:rsid w:val="00AA7FE0"/>
    <w:pPr>
      <w:spacing w:after="0" w:line="240" w:lineRule="auto"/>
    </w:pPr>
    <w:rPr>
      <w:rFonts w:ascii="Times New Roman" w:eastAsia="Calibri"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rmalWeb">
    <w:name w:val="Normal (Web)"/>
    <w:basedOn w:val="Normal"/>
    <w:link w:val="NormalWebChar"/>
    <w:uiPriority w:val="99"/>
    <w:unhideWhenUsed/>
    <w:qFormat/>
    <w:rsid w:val="00B443D7"/>
    <w:pPr>
      <w:spacing w:line="360" w:lineRule="auto"/>
      <w:ind w:firstLine="284"/>
      <w:jc w:val="both"/>
    </w:pPr>
    <w:rPr>
      <w:rFonts w:eastAsia="Calibri"/>
      <w:color w:val="auto"/>
      <w:sz w:val="24"/>
      <w:szCs w:val="24"/>
    </w:rPr>
  </w:style>
  <w:style w:type="character" w:customStyle="1" w:styleId="NormalWebChar">
    <w:name w:val="Normal (Web) Char"/>
    <w:link w:val="NormalWeb"/>
    <w:uiPriority w:val="99"/>
    <w:qFormat/>
    <w:rsid w:val="00B443D7"/>
    <w:rPr>
      <w:rFonts w:ascii="Times New Roman" w:eastAsia="Calibri" w:hAnsi="Times New Roman" w:cs="Times New Roman"/>
      <w:kern w:val="0"/>
      <w:sz w:val="24"/>
      <w:szCs w:val="24"/>
      <w14:ligatures w14:val="none"/>
    </w:rPr>
  </w:style>
  <w:style w:type="paragraph" w:styleId="ListParagraph">
    <w:name w:val="List Paragraph"/>
    <w:basedOn w:val="Normal"/>
    <w:link w:val="ListParagraphChar"/>
    <w:uiPriority w:val="34"/>
    <w:qFormat/>
    <w:rsid w:val="002A32EA"/>
    <w:pPr>
      <w:spacing w:after="160" w:line="259" w:lineRule="auto"/>
      <w:ind w:left="720"/>
      <w:contextualSpacing/>
    </w:pPr>
    <w:rPr>
      <w:rFonts w:asciiTheme="minorHAnsi" w:eastAsiaTheme="minorHAnsi" w:hAnsiTheme="minorHAnsi" w:cstheme="minorBidi"/>
      <w:color w:val="auto"/>
      <w:sz w:val="22"/>
      <w:szCs w:val="22"/>
    </w:rPr>
  </w:style>
  <w:style w:type="character" w:customStyle="1" w:styleId="ListParagraphChar">
    <w:name w:val="List Paragraph Char"/>
    <w:link w:val="ListParagraph"/>
    <w:qFormat/>
    <w:locked/>
    <w:rsid w:val="002A32EA"/>
    <w:rPr>
      <w:kern w:val="0"/>
      <w14:ligatures w14:val="none"/>
    </w:rPr>
  </w:style>
  <w:style w:type="character" w:styleId="Strong">
    <w:name w:val="Strong"/>
    <w:uiPriority w:val="22"/>
    <w:qFormat/>
    <w:rsid w:val="00C679CF"/>
    <w:rPr>
      <w:b/>
      <w:bCs/>
    </w:rPr>
  </w:style>
  <w:style w:type="character" w:customStyle="1" w:styleId="fontstyle01">
    <w:name w:val="fontstyle01"/>
    <w:qFormat/>
    <w:rsid w:val="00C679CF"/>
    <w:rPr>
      <w:rFonts w:ascii="VNI-Franko" w:hAnsi="VNI-Franko" w:hint="default"/>
      <w:color w:val="000000"/>
      <w:sz w:val="26"/>
      <w:szCs w:val="26"/>
    </w:rPr>
  </w:style>
  <w:style w:type="paragraph" w:styleId="NoSpacing">
    <w:name w:val="No Spacing"/>
    <w:link w:val="NoSpacingChar"/>
    <w:uiPriority w:val="1"/>
    <w:qFormat/>
    <w:rsid w:val="00C679CF"/>
    <w:pPr>
      <w:spacing w:after="0" w:line="240" w:lineRule="auto"/>
      <w:ind w:firstLine="284"/>
      <w:jc w:val="both"/>
    </w:pPr>
    <w:rPr>
      <w:rFonts w:ascii="Times New Roman" w:eastAsia="Calibri" w:hAnsi="Times New Roman" w:cs="Times New Roman"/>
      <w:kern w:val="0"/>
      <w:sz w:val="24"/>
      <w14:ligatures w14:val="none"/>
    </w:rPr>
  </w:style>
  <w:style w:type="character" w:customStyle="1" w:styleId="NoSpacingChar">
    <w:name w:val="No Spacing Char"/>
    <w:link w:val="NoSpacing"/>
    <w:uiPriority w:val="1"/>
    <w:qFormat/>
    <w:rsid w:val="00C679CF"/>
    <w:rPr>
      <w:rFonts w:ascii="Times New Roman" w:eastAsia="Calibri" w:hAnsi="Times New Roman" w:cs="Times New Roman"/>
      <w:kern w:val="0"/>
      <w:sz w:val="24"/>
      <w14:ligatures w14:val="none"/>
    </w:rPr>
  </w:style>
  <w:style w:type="paragraph" w:styleId="BlockText">
    <w:name w:val="Block Text"/>
    <w:basedOn w:val="Normal"/>
    <w:qFormat/>
    <w:rsid w:val="00A43F09"/>
    <w:pPr>
      <w:ind w:left="-672" w:right="-1009"/>
    </w:pPr>
    <w:rPr>
      <w:rFonts w:ascii=".VnTime" w:hAnsi=".VnTime" w:cs="Arial"/>
      <w:b/>
      <w:bCs/>
      <w:color w:val="auto"/>
      <w:kern w:val="32"/>
      <w:sz w:val="24"/>
    </w:rPr>
  </w:style>
  <w:style w:type="paragraph" w:styleId="BodyTextIndent2">
    <w:name w:val="Body Text Indent 2"/>
    <w:basedOn w:val="Normal"/>
    <w:link w:val="BodyTextIndent2Char"/>
    <w:uiPriority w:val="99"/>
    <w:unhideWhenUsed/>
    <w:qFormat/>
    <w:rsid w:val="00741E76"/>
    <w:pPr>
      <w:spacing w:after="120" w:line="480" w:lineRule="auto"/>
      <w:ind w:left="283"/>
    </w:pPr>
    <w:rPr>
      <w:color w:val="auto"/>
      <w:sz w:val="24"/>
      <w:szCs w:val="24"/>
    </w:rPr>
  </w:style>
  <w:style w:type="character" w:customStyle="1" w:styleId="BodyTextIndent2Char">
    <w:name w:val="Body Text Indent 2 Char"/>
    <w:basedOn w:val="DefaultParagraphFont"/>
    <w:link w:val="BodyTextIndent2"/>
    <w:uiPriority w:val="99"/>
    <w:qFormat/>
    <w:rsid w:val="00741E76"/>
    <w:rPr>
      <w:rFonts w:ascii="Times New Roman" w:eastAsia="Times New Roman" w:hAnsi="Times New Roman" w:cs="Times New Roman"/>
      <w:kern w:val="0"/>
      <w:sz w:val="24"/>
      <w:szCs w:val="24"/>
      <w14:ligatures w14:val="none"/>
    </w:rPr>
  </w:style>
  <w:style w:type="paragraph" w:styleId="BodyText2">
    <w:name w:val="Body Text 2"/>
    <w:basedOn w:val="Normal"/>
    <w:link w:val="BodyText2Char"/>
    <w:uiPriority w:val="99"/>
    <w:unhideWhenUsed/>
    <w:rsid w:val="006C627D"/>
    <w:pPr>
      <w:spacing w:after="120" w:line="480" w:lineRule="auto"/>
    </w:pPr>
  </w:style>
  <w:style w:type="character" w:customStyle="1" w:styleId="BodyText2Char">
    <w:name w:val="Body Text 2 Char"/>
    <w:basedOn w:val="DefaultParagraphFont"/>
    <w:link w:val="BodyText2"/>
    <w:uiPriority w:val="99"/>
    <w:rsid w:val="006C627D"/>
    <w:rPr>
      <w:rFonts w:ascii="Times New Roman" w:eastAsia="Times New Roman" w:hAnsi="Times New Roman" w:cs="Times New Roman"/>
      <w:color w:val="003300"/>
      <w:kern w:val="0"/>
      <w:sz w:val="32"/>
      <w:szCs w:val="32"/>
      <w14:ligatures w14:val="none"/>
    </w:rPr>
  </w:style>
  <w:style w:type="character" w:customStyle="1" w:styleId="Heading1Char">
    <w:name w:val="Heading 1 Char"/>
    <w:basedOn w:val="DefaultParagraphFont"/>
    <w:link w:val="Heading1"/>
    <w:uiPriority w:val="9"/>
    <w:rsid w:val="00031959"/>
    <w:rPr>
      <w:rFonts w:asciiTheme="majorHAnsi" w:eastAsiaTheme="majorEastAsia" w:hAnsiTheme="majorHAnsi" w:cstheme="majorBidi"/>
      <w:b/>
      <w:bCs/>
      <w:color w:val="2F5496" w:themeColor="accent1" w:themeShade="BF"/>
      <w:kern w:val="0"/>
      <w:sz w:val="28"/>
      <w:szCs w:val="28"/>
      <w14:ligatures w14:val="none"/>
    </w:rPr>
  </w:style>
  <w:style w:type="character" w:customStyle="1" w:styleId="Heading2Char">
    <w:name w:val="Heading 2 Char"/>
    <w:basedOn w:val="DefaultParagraphFont"/>
    <w:link w:val="Heading2"/>
    <w:uiPriority w:val="9"/>
    <w:rsid w:val="00031959"/>
    <w:rPr>
      <w:rFonts w:asciiTheme="majorHAnsi" w:eastAsiaTheme="majorEastAsia" w:hAnsiTheme="majorHAnsi" w:cstheme="majorBidi"/>
      <w:b/>
      <w:bCs/>
      <w:color w:val="4472C4" w:themeColor="accent1"/>
      <w:kern w:val="0"/>
      <w:sz w:val="26"/>
      <w:szCs w:val="26"/>
      <w14:ligatures w14:val="none"/>
    </w:rPr>
  </w:style>
  <w:style w:type="character" w:customStyle="1" w:styleId="Heading3Char">
    <w:name w:val="Heading 3 Char"/>
    <w:basedOn w:val="DefaultParagraphFont"/>
    <w:link w:val="Heading3"/>
    <w:uiPriority w:val="9"/>
    <w:rsid w:val="00031959"/>
    <w:rPr>
      <w:rFonts w:asciiTheme="majorHAnsi" w:eastAsiaTheme="majorEastAsia" w:hAnsiTheme="majorHAnsi" w:cstheme="majorBidi"/>
      <w:b/>
      <w:bCs/>
      <w:color w:val="4472C4" w:themeColor="accent1"/>
      <w:kern w:val="0"/>
      <w14:ligatures w14:val="none"/>
    </w:rPr>
  </w:style>
  <w:style w:type="character" w:customStyle="1" w:styleId="Heading4Char">
    <w:name w:val="Heading 4 Char"/>
    <w:basedOn w:val="DefaultParagraphFont"/>
    <w:link w:val="Heading4"/>
    <w:uiPriority w:val="9"/>
    <w:semiHidden/>
    <w:rsid w:val="00031959"/>
    <w:rPr>
      <w:rFonts w:asciiTheme="majorHAnsi" w:eastAsiaTheme="majorEastAsia" w:hAnsiTheme="majorHAnsi" w:cstheme="majorBidi"/>
      <w:b/>
      <w:bCs/>
      <w:i/>
      <w:iCs/>
      <w:color w:val="4472C4" w:themeColor="accent1"/>
      <w:kern w:val="0"/>
      <w14:ligatures w14:val="none"/>
    </w:rPr>
  </w:style>
  <w:style w:type="character" w:customStyle="1" w:styleId="Heading5Char">
    <w:name w:val="Heading 5 Char"/>
    <w:basedOn w:val="DefaultParagraphFont"/>
    <w:link w:val="Heading5"/>
    <w:uiPriority w:val="9"/>
    <w:semiHidden/>
    <w:rsid w:val="00031959"/>
    <w:rPr>
      <w:rFonts w:asciiTheme="majorHAnsi" w:eastAsiaTheme="majorEastAsia" w:hAnsiTheme="majorHAnsi" w:cstheme="majorBidi"/>
      <w:color w:val="1F3763" w:themeColor="accent1" w:themeShade="7F"/>
      <w:kern w:val="0"/>
      <w14:ligatures w14:val="none"/>
    </w:rPr>
  </w:style>
  <w:style w:type="character" w:customStyle="1" w:styleId="Heading6Char">
    <w:name w:val="Heading 6 Char"/>
    <w:basedOn w:val="DefaultParagraphFont"/>
    <w:link w:val="Heading6"/>
    <w:uiPriority w:val="9"/>
    <w:semiHidden/>
    <w:rsid w:val="00031959"/>
    <w:rPr>
      <w:rFonts w:asciiTheme="majorHAnsi" w:eastAsiaTheme="majorEastAsia" w:hAnsiTheme="majorHAnsi" w:cstheme="majorBidi"/>
      <w:i/>
      <w:iCs/>
      <w:color w:val="1F3763" w:themeColor="accent1" w:themeShade="7F"/>
      <w:kern w:val="0"/>
      <w14:ligatures w14:val="none"/>
    </w:rPr>
  </w:style>
  <w:style w:type="character" w:customStyle="1" w:styleId="Heading7Char">
    <w:name w:val="Heading 7 Char"/>
    <w:basedOn w:val="DefaultParagraphFont"/>
    <w:link w:val="Heading7"/>
    <w:uiPriority w:val="9"/>
    <w:semiHidden/>
    <w:rsid w:val="00031959"/>
    <w:rPr>
      <w:rFonts w:asciiTheme="majorHAnsi" w:eastAsiaTheme="majorEastAsia" w:hAnsiTheme="majorHAnsi" w:cstheme="majorBidi"/>
      <w:i/>
      <w:iCs/>
      <w:color w:val="404040" w:themeColor="text1" w:themeTint="BF"/>
      <w:kern w:val="0"/>
      <w14:ligatures w14:val="none"/>
    </w:rPr>
  </w:style>
  <w:style w:type="character" w:customStyle="1" w:styleId="Heading8Char">
    <w:name w:val="Heading 8 Char"/>
    <w:basedOn w:val="DefaultParagraphFont"/>
    <w:link w:val="Heading8"/>
    <w:uiPriority w:val="9"/>
    <w:semiHidden/>
    <w:rsid w:val="00031959"/>
    <w:rPr>
      <w:rFonts w:asciiTheme="majorHAnsi" w:eastAsiaTheme="majorEastAsia" w:hAnsiTheme="majorHAnsi" w:cstheme="majorBidi"/>
      <w:color w:val="4472C4" w:themeColor="accent1"/>
      <w:kern w:val="0"/>
      <w:sz w:val="20"/>
      <w:szCs w:val="20"/>
      <w14:ligatures w14:val="none"/>
    </w:rPr>
  </w:style>
  <w:style w:type="character" w:customStyle="1" w:styleId="Heading9Char">
    <w:name w:val="Heading 9 Char"/>
    <w:basedOn w:val="DefaultParagraphFont"/>
    <w:link w:val="Heading9"/>
    <w:uiPriority w:val="9"/>
    <w:semiHidden/>
    <w:rsid w:val="00031959"/>
    <w:rPr>
      <w:rFonts w:asciiTheme="majorHAnsi" w:eastAsiaTheme="majorEastAsia" w:hAnsiTheme="majorHAnsi" w:cstheme="majorBidi"/>
      <w:i/>
      <w:iCs/>
      <w:color w:val="404040" w:themeColor="text1" w:themeTint="BF"/>
      <w:kern w:val="0"/>
      <w:sz w:val="20"/>
      <w:szCs w:val="20"/>
      <w14:ligatures w14:val="none"/>
    </w:rPr>
  </w:style>
  <w:style w:type="paragraph" w:styleId="Header">
    <w:name w:val="header"/>
    <w:basedOn w:val="Normal"/>
    <w:link w:val="Head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HeaderChar">
    <w:name w:val="Header Char"/>
    <w:basedOn w:val="DefaultParagraphFont"/>
    <w:link w:val="Header"/>
    <w:uiPriority w:val="99"/>
    <w:rsid w:val="00031959"/>
    <w:rPr>
      <w:rFonts w:eastAsiaTheme="minorEastAsia"/>
      <w:kern w:val="0"/>
      <w14:ligatures w14:val="none"/>
    </w:rPr>
  </w:style>
  <w:style w:type="paragraph" w:styleId="Footer">
    <w:name w:val="footer"/>
    <w:basedOn w:val="Normal"/>
    <w:link w:val="FooterChar"/>
    <w:uiPriority w:val="99"/>
    <w:unhideWhenUsed/>
    <w:rsid w:val="00031959"/>
    <w:pPr>
      <w:tabs>
        <w:tab w:val="center" w:pos="4680"/>
        <w:tab w:val="right" w:pos="9360"/>
      </w:tabs>
    </w:pPr>
    <w:rPr>
      <w:rFonts w:asciiTheme="minorHAnsi" w:eastAsiaTheme="minorEastAsia" w:hAnsiTheme="minorHAnsi" w:cstheme="minorBidi"/>
      <w:color w:val="auto"/>
      <w:sz w:val="22"/>
      <w:szCs w:val="22"/>
    </w:rPr>
  </w:style>
  <w:style w:type="character" w:customStyle="1" w:styleId="FooterChar">
    <w:name w:val="Footer Char"/>
    <w:basedOn w:val="DefaultParagraphFont"/>
    <w:link w:val="Footer"/>
    <w:uiPriority w:val="99"/>
    <w:rsid w:val="00031959"/>
    <w:rPr>
      <w:rFonts w:eastAsiaTheme="minorEastAsia"/>
      <w:kern w:val="0"/>
      <w14:ligatures w14:val="none"/>
    </w:rPr>
  </w:style>
  <w:style w:type="paragraph" w:styleId="Title">
    <w:name w:val="Title"/>
    <w:basedOn w:val="Normal"/>
    <w:next w:val="Normal"/>
    <w:link w:val="TitleChar"/>
    <w:uiPriority w:val="10"/>
    <w:qFormat/>
    <w:rsid w:val="0003195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031959"/>
    <w:rPr>
      <w:rFonts w:asciiTheme="majorHAnsi" w:eastAsiaTheme="majorEastAsia" w:hAnsiTheme="majorHAnsi" w:cstheme="majorBidi"/>
      <w:color w:val="323E4F" w:themeColor="text2" w:themeShade="BF"/>
      <w:spacing w:val="5"/>
      <w:kern w:val="28"/>
      <w:sz w:val="52"/>
      <w:szCs w:val="52"/>
      <w14:ligatures w14:val="none"/>
    </w:rPr>
  </w:style>
  <w:style w:type="paragraph" w:styleId="Subtitle">
    <w:name w:val="Subtitle"/>
    <w:basedOn w:val="Normal"/>
    <w:next w:val="Normal"/>
    <w:link w:val="SubtitleChar"/>
    <w:uiPriority w:val="11"/>
    <w:qFormat/>
    <w:rsid w:val="00031959"/>
    <w:pPr>
      <w:numPr>
        <w:ilvl w:val="1"/>
      </w:numPr>
      <w:spacing w:after="200" w:line="276" w:lineRule="auto"/>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031959"/>
    <w:rPr>
      <w:rFonts w:asciiTheme="majorHAnsi" w:eastAsiaTheme="majorEastAsia" w:hAnsiTheme="majorHAnsi" w:cstheme="majorBidi"/>
      <w:i/>
      <w:iCs/>
      <w:color w:val="4472C4" w:themeColor="accent1"/>
      <w:spacing w:val="15"/>
      <w:kern w:val="0"/>
      <w:sz w:val="24"/>
      <w:szCs w:val="24"/>
      <w14:ligatures w14:val="none"/>
    </w:rPr>
  </w:style>
  <w:style w:type="paragraph" w:styleId="BodyText">
    <w:name w:val="Body Text"/>
    <w:basedOn w:val="Normal"/>
    <w:link w:val="BodyTextChar"/>
    <w:uiPriority w:val="99"/>
    <w:unhideWhenUsed/>
    <w:rsid w:val="00031959"/>
    <w:pPr>
      <w:spacing w:after="120" w:line="276" w:lineRule="auto"/>
    </w:pPr>
    <w:rPr>
      <w:rFonts w:asciiTheme="minorHAnsi" w:eastAsiaTheme="minorEastAsia" w:hAnsiTheme="minorHAnsi" w:cstheme="minorBidi"/>
      <w:color w:val="auto"/>
      <w:sz w:val="22"/>
      <w:szCs w:val="22"/>
    </w:rPr>
  </w:style>
  <w:style w:type="character" w:customStyle="1" w:styleId="BodyTextChar">
    <w:name w:val="Body Text Char"/>
    <w:basedOn w:val="DefaultParagraphFont"/>
    <w:link w:val="BodyText"/>
    <w:uiPriority w:val="99"/>
    <w:rsid w:val="00031959"/>
    <w:rPr>
      <w:rFonts w:eastAsiaTheme="minorEastAsia"/>
      <w:kern w:val="0"/>
      <w14:ligatures w14:val="none"/>
    </w:rPr>
  </w:style>
  <w:style w:type="paragraph" w:styleId="BodyText3">
    <w:name w:val="Body Text 3"/>
    <w:basedOn w:val="Normal"/>
    <w:link w:val="BodyText3Char"/>
    <w:uiPriority w:val="99"/>
    <w:unhideWhenUsed/>
    <w:rsid w:val="00031959"/>
    <w:pPr>
      <w:spacing w:after="120" w:line="276" w:lineRule="auto"/>
    </w:pPr>
    <w:rPr>
      <w:rFonts w:asciiTheme="minorHAnsi" w:eastAsiaTheme="minorEastAsia" w:hAnsiTheme="minorHAnsi" w:cstheme="minorBidi"/>
      <w:color w:val="auto"/>
      <w:sz w:val="16"/>
      <w:szCs w:val="16"/>
    </w:rPr>
  </w:style>
  <w:style w:type="character" w:customStyle="1" w:styleId="BodyText3Char">
    <w:name w:val="Body Text 3 Char"/>
    <w:basedOn w:val="DefaultParagraphFont"/>
    <w:link w:val="BodyText3"/>
    <w:uiPriority w:val="99"/>
    <w:rsid w:val="00031959"/>
    <w:rPr>
      <w:rFonts w:eastAsiaTheme="minorEastAsia"/>
      <w:kern w:val="0"/>
      <w:sz w:val="16"/>
      <w:szCs w:val="16"/>
      <w14:ligatures w14:val="none"/>
    </w:rPr>
  </w:style>
  <w:style w:type="paragraph" w:styleId="List">
    <w:name w:val="List"/>
    <w:basedOn w:val="Normal"/>
    <w:uiPriority w:val="99"/>
    <w:unhideWhenUsed/>
    <w:rsid w:val="00031959"/>
    <w:pPr>
      <w:spacing w:after="200" w:line="276" w:lineRule="auto"/>
      <w:ind w:left="360" w:hanging="360"/>
      <w:contextualSpacing/>
    </w:pPr>
    <w:rPr>
      <w:rFonts w:asciiTheme="minorHAnsi" w:eastAsiaTheme="minorEastAsia" w:hAnsiTheme="minorHAnsi" w:cstheme="minorBidi"/>
      <w:color w:val="auto"/>
      <w:sz w:val="22"/>
      <w:szCs w:val="22"/>
    </w:rPr>
  </w:style>
  <w:style w:type="paragraph" w:styleId="List2">
    <w:name w:val="List 2"/>
    <w:basedOn w:val="Normal"/>
    <w:uiPriority w:val="99"/>
    <w:unhideWhenUsed/>
    <w:rsid w:val="00031959"/>
    <w:pPr>
      <w:spacing w:after="200" w:line="276" w:lineRule="auto"/>
      <w:ind w:left="720" w:hanging="360"/>
      <w:contextualSpacing/>
    </w:pPr>
    <w:rPr>
      <w:rFonts w:asciiTheme="minorHAnsi" w:eastAsiaTheme="minorEastAsia" w:hAnsiTheme="minorHAnsi" w:cstheme="minorBidi"/>
      <w:color w:val="auto"/>
      <w:sz w:val="22"/>
      <w:szCs w:val="22"/>
    </w:rPr>
  </w:style>
  <w:style w:type="paragraph" w:styleId="List3">
    <w:name w:val="List 3"/>
    <w:basedOn w:val="Normal"/>
    <w:uiPriority w:val="99"/>
    <w:unhideWhenUsed/>
    <w:rsid w:val="00031959"/>
    <w:pPr>
      <w:spacing w:after="200" w:line="276" w:lineRule="auto"/>
      <w:ind w:left="1080" w:hanging="360"/>
      <w:contextualSpacing/>
    </w:pPr>
    <w:rPr>
      <w:rFonts w:asciiTheme="minorHAnsi" w:eastAsiaTheme="minorEastAsia" w:hAnsiTheme="minorHAnsi" w:cstheme="minorBidi"/>
      <w:color w:val="auto"/>
      <w:sz w:val="22"/>
      <w:szCs w:val="22"/>
    </w:rPr>
  </w:style>
  <w:style w:type="paragraph" w:styleId="ListBullet">
    <w:name w:val="List Bullet"/>
    <w:basedOn w:val="Normal"/>
    <w:unhideWhenUsed/>
    <w:qFormat/>
    <w:rsid w:val="00031959"/>
    <w:pPr>
      <w:numPr>
        <w:numId w:val="1"/>
      </w:numPr>
      <w:spacing w:after="200" w:line="276" w:lineRule="auto"/>
      <w:contextualSpacing/>
    </w:pPr>
    <w:rPr>
      <w:rFonts w:asciiTheme="minorHAnsi" w:eastAsiaTheme="minorEastAsia" w:hAnsiTheme="minorHAnsi" w:cstheme="minorBidi"/>
      <w:color w:val="auto"/>
      <w:sz w:val="22"/>
      <w:szCs w:val="22"/>
    </w:rPr>
  </w:style>
  <w:style w:type="paragraph" w:styleId="ListBullet2">
    <w:name w:val="List Bullet 2"/>
    <w:basedOn w:val="Normal"/>
    <w:uiPriority w:val="99"/>
    <w:unhideWhenUsed/>
    <w:rsid w:val="00031959"/>
    <w:pPr>
      <w:numPr>
        <w:numId w:val="2"/>
      </w:numPr>
      <w:spacing w:after="200" w:line="276" w:lineRule="auto"/>
      <w:contextualSpacing/>
    </w:pPr>
    <w:rPr>
      <w:rFonts w:asciiTheme="minorHAnsi" w:eastAsiaTheme="minorEastAsia" w:hAnsiTheme="minorHAnsi" w:cstheme="minorBidi"/>
      <w:color w:val="auto"/>
      <w:sz w:val="22"/>
      <w:szCs w:val="22"/>
    </w:rPr>
  </w:style>
  <w:style w:type="paragraph" w:styleId="ListBullet3">
    <w:name w:val="List Bullet 3"/>
    <w:basedOn w:val="Normal"/>
    <w:uiPriority w:val="99"/>
    <w:unhideWhenUsed/>
    <w:rsid w:val="00031959"/>
    <w:pPr>
      <w:numPr>
        <w:numId w:val="3"/>
      </w:numPr>
      <w:spacing w:after="200" w:line="276" w:lineRule="auto"/>
      <w:contextualSpacing/>
    </w:pPr>
    <w:rPr>
      <w:rFonts w:asciiTheme="minorHAnsi" w:eastAsiaTheme="minorEastAsia" w:hAnsiTheme="minorHAnsi" w:cstheme="minorBidi"/>
      <w:color w:val="auto"/>
      <w:sz w:val="22"/>
      <w:szCs w:val="22"/>
    </w:rPr>
  </w:style>
  <w:style w:type="paragraph" w:styleId="ListNumber">
    <w:name w:val="List Number"/>
    <w:basedOn w:val="Normal"/>
    <w:uiPriority w:val="99"/>
    <w:unhideWhenUsed/>
    <w:rsid w:val="00031959"/>
    <w:pPr>
      <w:numPr>
        <w:numId w:val="5"/>
      </w:numPr>
      <w:spacing w:after="200" w:line="276" w:lineRule="auto"/>
      <w:contextualSpacing/>
    </w:pPr>
    <w:rPr>
      <w:rFonts w:asciiTheme="minorHAnsi" w:eastAsiaTheme="minorEastAsia" w:hAnsiTheme="minorHAnsi" w:cstheme="minorBidi"/>
      <w:color w:val="auto"/>
      <w:sz w:val="22"/>
      <w:szCs w:val="22"/>
    </w:rPr>
  </w:style>
  <w:style w:type="paragraph" w:styleId="ListNumber2">
    <w:name w:val="List Number 2"/>
    <w:basedOn w:val="Normal"/>
    <w:uiPriority w:val="99"/>
    <w:unhideWhenUsed/>
    <w:rsid w:val="00031959"/>
    <w:pPr>
      <w:numPr>
        <w:numId w:val="6"/>
      </w:numPr>
      <w:spacing w:after="200" w:line="276" w:lineRule="auto"/>
      <w:contextualSpacing/>
    </w:pPr>
    <w:rPr>
      <w:rFonts w:asciiTheme="minorHAnsi" w:eastAsiaTheme="minorEastAsia" w:hAnsiTheme="minorHAnsi" w:cstheme="minorBidi"/>
      <w:color w:val="auto"/>
      <w:sz w:val="22"/>
      <w:szCs w:val="22"/>
    </w:rPr>
  </w:style>
  <w:style w:type="paragraph" w:styleId="ListNumber3">
    <w:name w:val="List Number 3"/>
    <w:basedOn w:val="Normal"/>
    <w:uiPriority w:val="99"/>
    <w:unhideWhenUsed/>
    <w:rsid w:val="00031959"/>
    <w:pPr>
      <w:numPr>
        <w:numId w:val="7"/>
      </w:numPr>
      <w:spacing w:after="200" w:line="276" w:lineRule="auto"/>
      <w:contextualSpacing/>
    </w:pPr>
    <w:rPr>
      <w:rFonts w:asciiTheme="minorHAnsi" w:eastAsiaTheme="minorEastAsia" w:hAnsiTheme="minorHAnsi" w:cstheme="minorBidi"/>
      <w:color w:val="auto"/>
      <w:sz w:val="22"/>
      <w:szCs w:val="22"/>
    </w:rPr>
  </w:style>
  <w:style w:type="paragraph" w:styleId="ListContinue">
    <w:name w:val="List Continue"/>
    <w:basedOn w:val="Normal"/>
    <w:uiPriority w:val="99"/>
    <w:unhideWhenUsed/>
    <w:rsid w:val="00031959"/>
    <w:pPr>
      <w:spacing w:after="120" w:line="276" w:lineRule="auto"/>
      <w:ind w:left="360"/>
      <w:contextualSpacing/>
    </w:pPr>
    <w:rPr>
      <w:rFonts w:asciiTheme="minorHAnsi" w:eastAsiaTheme="minorEastAsia" w:hAnsiTheme="minorHAnsi" w:cstheme="minorBidi"/>
      <w:color w:val="auto"/>
      <w:sz w:val="22"/>
      <w:szCs w:val="22"/>
    </w:rPr>
  </w:style>
  <w:style w:type="paragraph" w:styleId="ListContinue2">
    <w:name w:val="List Continue 2"/>
    <w:basedOn w:val="Normal"/>
    <w:uiPriority w:val="99"/>
    <w:unhideWhenUsed/>
    <w:rsid w:val="00031959"/>
    <w:pPr>
      <w:spacing w:after="120" w:line="276" w:lineRule="auto"/>
      <w:ind w:left="720"/>
      <w:contextualSpacing/>
    </w:pPr>
    <w:rPr>
      <w:rFonts w:asciiTheme="minorHAnsi" w:eastAsiaTheme="minorEastAsia" w:hAnsiTheme="minorHAnsi" w:cstheme="minorBidi"/>
      <w:color w:val="auto"/>
      <w:sz w:val="22"/>
      <w:szCs w:val="22"/>
    </w:rPr>
  </w:style>
  <w:style w:type="paragraph" w:styleId="ListContinue3">
    <w:name w:val="List Continue 3"/>
    <w:basedOn w:val="Normal"/>
    <w:uiPriority w:val="99"/>
    <w:unhideWhenUsed/>
    <w:rsid w:val="00031959"/>
    <w:pPr>
      <w:spacing w:after="120" w:line="276" w:lineRule="auto"/>
      <w:ind w:left="1080"/>
      <w:contextualSpacing/>
    </w:pPr>
    <w:rPr>
      <w:rFonts w:asciiTheme="minorHAnsi" w:eastAsiaTheme="minorEastAsia" w:hAnsiTheme="minorHAnsi" w:cstheme="minorBidi"/>
      <w:color w:val="auto"/>
      <w:sz w:val="22"/>
      <w:szCs w:val="22"/>
    </w:rPr>
  </w:style>
  <w:style w:type="paragraph" w:styleId="MacroText">
    <w:name w:val="macro"/>
    <w:link w:val="MacroTextChar"/>
    <w:uiPriority w:val="99"/>
    <w:unhideWhenUsed/>
    <w:rsid w:val="00031959"/>
    <w:pPr>
      <w:tabs>
        <w:tab w:val="left" w:pos="576"/>
        <w:tab w:val="left" w:pos="1152"/>
        <w:tab w:val="left" w:pos="1728"/>
        <w:tab w:val="left" w:pos="2304"/>
        <w:tab w:val="left" w:pos="2880"/>
        <w:tab w:val="left" w:pos="3456"/>
        <w:tab w:val="left" w:pos="4032"/>
      </w:tabs>
      <w:spacing w:after="200" w:line="276" w:lineRule="auto"/>
    </w:pPr>
    <w:rPr>
      <w:rFonts w:ascii="Courier" w:eastAsiaTheme="minorEastAsia" w:hAnsi="Courier"/>
      <w:kern w:val="0"/>
      <w:sz w:val="20"/>
      <w:szCs w:val="20"/>
      <w14:ligatures w14:val="none"/>
    </w:rPr>
  </w:style>
  <w:style w:type="character" w:customStyle="1" w:styleId="MacroTextChar">
    <w:name w:val="Macro Text Char"/>
    <w:basedOn w:val="DefaultParagraphFont"/>
    <w:link w:val="MacroText"/>
    <w:uiPriority w:val="99"/>
    <w:rsid w:val="00031959"/>
    <w:rPr>
      <w:rFonts w:ascii="Courier" w:eastAsiaTheme="minorEastAsia" w:hAnsi="Courier"/>
      <w:kern w:val="0"/>
      <w:sz w:val="20"/>
      <w:szCs w:val="20"/>
      <w14:ligatures w14:val="none"/>
    </w:rPr>
  </w:style>
  <w:style w:type="paragraph" w:styleId="Quote">
    <w:name w:val="Quote"/>
    <w:basedOn w:val="Normal"/>
    <w:next w:val="Normal"/>
    <w:link w:val="QuoteChar"/>
    <w:uiPriority w:val="29"/>
    <w:qFormat/>
    <w:rsid w:val="00031959"/>
    <w:pPr>
      <w:spacing w:after="200" w:line="276" w:lineRule="auto"/>
    </w:pPr>
    <w:rPr>
      <w:rFonts w:asciiTheme="minorHAnsi" w:eastAsiaTheme="minorEastAsia" w:hAnsiTheme="minorHAnsi" w:cstheme="minorBidi"/>
      <w:i/>
      <w:iCs/>
      <w:color w:val="000000" w:themeColor="text1"/>
      <w:sz w:val="22"/>
      <w:szCs w:val="22"/>
    </w:rPr>
  </w:style>
  <w:style w:type="character" w:customStyle="1" w:styleId="QuoteChar">
    <w:name w:val="Quote Char"/>
    <w:basedOn w:val="DefaultParagraphFont"/>
    <w:link w:val="Quote"/>
    <w:uiPriority w:val="29"/>
    <w:rsid w:val="00031959"/>
    <w:rPr>
      <w:rFonts w:eastAsiaTheme="minorEastAsia"/>
      <w:i/>
      <w:iCs/>
      <w:color w:val="000000" w:themeColor="text1"/>
      <w:kern w:val="0"/>
      <w14:ligatures w14:val="none"/>
    </w:rPr>
  </w:style>
  <w:style w:type="paragraph" w:styleId="Caption">
    <w:name w:val="caption"/>
    <w:basedOn w:val="Normal"/>
    <w:next w:val="Normal"/>
    <w:uiPriority w:val="35"/>
    <w:semiHidden/>
    <w:unhideWhenUsed/>
    <w:qFormat/>
    <w:rsid w:val="00031959"/>
    <w:pPr>
      <w:spacing w:after="200"/>
    </w:pPr>
    <w:rPr>
      <w:rFonts w:asciiTheme="minorHAnsi" w:eastAsiaTheme="minorEastAsia" w:hAnsiTheme="minorHAnsi" w:cstheme="minorBidi"/>
      <w:b/>
      <w:bCs/>
      <w:color w:val="4472C4" w:themeColor="accent1"/>
      <w:sz w:val="18"/>
      <w:szCs w:val="18"/>
    </w:rPr>
  </w:style>
  <w:style w:type="character" w:styleId="Emphasis">
    <w:name w:val="Emphasis"/>
    <w:basedOn w:val="DefaultParagraphFont"/>
    <w:uiPriority w:val="20"/>
    <w:qFormat/>
    <w:rsid w:val="00031959"/>
    <w:rPr>
      <w:i/>
      <w:iCs/>
    </w:rPr>
  </w:style>
  <w:style w:type="paragraph" w:styleId="IntenseQuote">
    <w:name w:val="Intense Quote"/>
    <w:basedOn w:val="Normal"/>
    <w:next w:val="Normal"/>
    <w:link w:val="IntenseQuoteChar"/>
    <w:uiPriority w:val="30"/>
    <w:qFormat/>
    <w:rsid w:val="00031959"/>
    <w:pPr>
      <w:pBdr>
        <w:bottom w:val="single" w:sz="4" w:space="4" w:color="4472C4" w:themeColor="accent1"/>
      </w:pBdr>
      <w:spacing w:before="200" w:after="280" w:line="276" w:lineRule="auto"/>
      <w:ind w:left="936" w:right="936"/>
    </w:pPr>
    <w:rPr>
      <w:rFonts w:asciiTheme="minorHAnsi" w:eastAsiaTheme="minorEastAsia" w:hAnsiTheme="minorHAnsi" w:cstheme="minorBidi"/>
      <w:b/>
      <w:bCs/>
      <w:i/>
      <w:iCs/>
      <w:color w:val="4472C4" w:themeColor="accent1"/>
      <w:sz w:val="22"/>
      <w:szCs w:val="22"/>
    </w:rPr>
  </w:style>
  <w:style w:type="character" w:customStyle="1" w:styleId="IntenseQuoteChar">
    <w:name w:val="Intense Quote Char"/>
    <w:basedOn w:val="DefaultParagraphFont"/>
    <w:link w:val="IntenseQuote"/>
    <w:uiPriority w:val="30"/>
    <w:rsid w:val="00031959"/>
    <w:rPr>
      <w:rFonts w:eastAsiaTheme="minorEastAsia"/>
      <w:b/>
      <w:bCs/>
      <w:i/>
      <w:iCs/>
      <w:color w:val="4472C4" w:themeColor="accent1"/>
      <w:kern w:val="0"/>
      <w14:ligatures w14:val="none"/>
    </w:rPr>
  </w:style>
  <w:style w:type="character" w:styleId="SubtleEmphasis">
    <w:name w:val="Subtle Emphasis"/>
    <w:basedOn w:val="DefaultParagraphFont"/>
    <w:uiPriority w:val="19"/>
    <w:qFormat/>
    <w:rsid w:val="00031959"/>
    <w:rPr>
      <w:i/>
      <w:iCs/>
      <w:color w:val="808080" w:themeColor="text1" w:themeTint="7F"/>
    </w:rPr>
  </w:style>
  <w:style w:type="character" w:styleId="IntenseEmphasis">
    <w:name w:val="Intense Emphasis"/>
    <w:basedOn w:val="DefaultParagraphFont"/>
    <w:uiPriority w:val="21"/>
    <w:qFormat/>
    <w:rsid w:val="00031959"/>
    <w:rPr>
      <w:b/>
      <w:bCs/>
      <w:i/>
      <w:iCs/>
      <w:color w:val="4472C4" w:themeColor="accent1"/>
    </w:rPr>
  </w:style>
  <w:style w:type="character" w:styleId="SubtleReference">
    <w:name w:val="Subtle Reference"/>
    <w:basedOn w:val="DefaultParagraphFont"/>
    <w:uiPriority w:val="31"/>
    <w:qFormat/>
    <w:rsid w:val="00031959"/>
    <w:rPr>
      <w:smallCaps/>
      <w:color w:val="ED7D31" w:themeColor="accent2"/>
      <w:u w:val="single"/>
    </w:rPr>
  </w:style>
  <w:style w:type="character" w:styleId="IntenseReference">
    <w:name w:val="Intense Reference"/>
    <w:basedOn w:val="DefaultParagraphFont"/>
    <w:uiPriority w:val="32"/>
    <w:qFormat/>
    <w:rsid w:val="00031959"/>
    <w:rPr>
      <w:b/>
      <w:bCs/>
      <w:smallCaps/>
      <w:color w:val="ED7D31" w:themeColor="accent2"/>
      <w:spacing w:val="5"/>
      <w:u w:val="single"/>
    </w:rPr>
  </w:style>
  <w:style w:type="character" w:styleId="BookTitle">
    <w:name w:val="Book Title"/>
    <w:basedOn w:val="DefaultParagraphFont"/>
    <w:uiPriority w:val="33"/>
    <w:qFormat/>
    <w:rsid w:val="00031959"/>
    <w:rPr>
      <w:b/>
      <w:bCs/>
      <w:smallCaps/>
      <w:spacing w:val="5"/>
    </w:rPr>
  </w:style>
  <w:style w:type="paragraph" w:styleId="TOCHeading">
    <w:name w:val="TOC Heading"/>
    <w:basedOn w:val="Heading1"/>
    <w:next w:val="Normal"/>
    <w:uiPriority w:val="39"/>
    <w:semiHidden/>
    <w:unhideWhenUsed/>
    <w:qFormat/>
    <w:rsid w:val="00031959"/>
    <w:pPr>
      <w:outlineLvl w:val="9"/>
    </w:pPr>
  </w:style>
  <w:style w:type="table" w:styleId="LightShading">
    <w:name w:val="Light Shading"/>
    <w:basedOn w:val="TableNormal"/>
    <w:uiPriority w:val="60"/>
    <w:rsid w:val="00031959"/>
    <w:pPr>
      <w:spacing w:after="0" w:line="240" w:lineRule="auto"/>
    </w:pPr>
    <w:rPr>
      <w:rFonts w:eastAsiaTheme="minorEastAsia"/>
      <w:color w:val="000000" w:themeColor="text1" w:themeShade="BF"/>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031959"/>
    <w:pPr>
      <w:spacing w:after="0" w:line="240" w:lineRule="auto"/>
    </w:pPr>
    <w:rPr>
      <w:rFonts w:eastAsiaTheme="minorEastAsia"/>
      <w:color w:val="2F5496" w:themeColor="accent1" w:themeShade="BF"/>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031959"/>
    <w:pPr>
      <w:spacing w:after="0" w:line="240" w:lineRule="auto"/>
    </w:pPr>
    <w:rPr>
      <w:rFonts w:eastAsiaTheme="minorEastAsia"/>
      <w:color w:val="C45911" w:themeColor="accent2" w:themeShade="BF"/>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031959"/>
    <w:pPr>
      <w:spacing w:after="0" w:line="240" w:lineRule="auto"/>
    </w:pPr>
    <w:rPr>
      <w:rFonts w:eastAsiaTheme="minorEastAsia"/>
      <w:color w:val="7B7B7B" w:themeColor="accent3" w:themeShade="BF"/>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031959"/>
    <w:pPr>
      <w:spacing w:after="0" w:line="240" w:lineRule="auto"/>
    </w:pPr>
    <w:rPr>
      <w:rFonts w:eastAsiaTheme="minorEastAsia"/>
      <w:color w:val="BF8F00" w:themeColor="accent4" w:themeShade="BF"/>
      <w:kern w:val="0"/>
      <w14:ligatures w14:val="none"/>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031959"/>
    <w:pPr>
      <w:spacing w:after="0" w:line="240" w:lineRule="auto"/>
    </w:pPr>
    <w:rPr>
      <w:rFonts w:eastAsiaTheme="minorEastAsia"/>
      <w:color w:val="2E74B5" w:themeColor="accent5" w:themeShade="BF"/>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031959"/>
    <w:pPr>
      <w:spacing w:after="0" w:line="240" w:lineRule="auto"/>
    </w:pPr>
    <w:rPr>
      <w:rFonts w:eastAsiaTheme="minorEastAsia"/>
      <w:color w:val="538135" w:themeColor="accent6" w:themeShade="BF"/>
      <w:kern w:val="0"/>
      <w14:ligatures w14:val="none"/>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031959"/>
    <w:pPr>
      <w:spacing w:after="0" w:line="240" w:lineRule="auto"/>
    </w:pPr>
    <w:rPr>
      <w:rFonts w:eastAsiaTheme="minorEastAsia"/>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031959"/>
    <w:pPr>
      <w:spacing w:after="0" w:line="240" w:lineRule="auto"/>
    </w:pPr>
    <w:rPr>
      <w:rFonts w:eastAsiaTheme="minorEastAsia"/>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031959"/>
    <w:pPr>
      <w:spacing w:after="0" w:line="240" w:lineRule="auto"/>
    </w:pPr>
    <w:rPr>
      <w:rFonts w:eastAsiaTheme="minorEastAsia"/>
      <w:kern w:val="0"/>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031959"/>
    <w:pPr>
      <w:spacing w:after="0" w:line="240" w:lineRule="auto"/>
    </w:pPr>
    <w:rPr>
      <w:rFonts w:eastAsiaTheme="minorEastAsia"/>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031959"/>
    <w:pPr>
      <w:spacing w:after="0" w:line="240" w:lineRule="auto"/>
    </w:pPr>
    <w:rPr>
      <w:rFonts w:eastAsiaTheme="minorEastAsia"/>
      <w:color w:val="000000" w:themeColor="text1"/>
      <w:kern w:val="0"/>
      <w14:ligatures w14:val="none"/>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031959"/>
    <w:pPr>
      <w:spacing w:after="0" w:line="240" w:lineRule="auto"/>
    </w:pPr>
    <w:rPr>
      <w:rFonts w:eastAsiaTheme="minorEastAsia"/>
      <w:kern w:val="0"/>
      <w14:ligatures w14:val="none"/>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031959"/>
    <w:pPr>
      <w:spacing w:after="0" w:line="240" w:lineRule="auto"/>
    </w:pPr>
    <w:rPr>
      <w:rFonts w:asciiTheme="majorHAnsi" w:eastAsiaTheme="majorEastAsia" w:hAnsiTheme="majorHAnsi" w:cstheme="majorBidi"/>
      <w:color w:val="000000" w:themeColor="text1"/>
      <w:kern w:val="0"/>
      <w14:ligatures w14:val="none"/>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031959"/>
    <w:pPr>
      <w:spacing w:after="0" w:line="240" w:lineRule="auto"/>
    </w:pPr>
    <w:rPr>
      <w:rFonts w:eastAsiaTheme="minorEastAsia"/>
      <w:kern w:val="0"/>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031959"/>
    <w:pPr>
      <w:spacing w:after="0" w:line="240" w:lineRule="auto"/>
    </w:pPr>
    <w:rPr>
      <w:rFonts w:eastAsiaTheme="minorEastAsia"/>
      <w:color w:val="FFFFFF" w:themeColor="background1"/>
      <w:kern w:val="0"/>
      <w14:ligatures w14:val="none"/>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031959"/>
    <w:pPr>
      <w:spacing w:after="0" w:line="240" w:lineRule="auto"/>
    </w:pPr>
    <w:rPr>
      <w:rFonts w:eastAsiaTheme="minorEastAsia"/>
      <w:color w:val="000000" w:themeColor="text1"/>
      <w:kern w:val="0"/>
      <w14:ligatures w14:val="none"/>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031959"/>
    <w:pPr>
      <w:spacing w:after="0" w:line="240" w:lineRule="auto"/>
    </w:pPr>
    <w:rPr>
      <w:rFonts w:eastAsiaTheme="minorEastAsia"/>
      <w:color w:val="000000" w:themeColor="text1"/>
      <w:kern w:val="0"/>
      <w14:ligatures w14:val="none"/>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031959"/>
    <w:pPr>
      <w:spacing w:after="0" w:line="240" w:lineRule="auto"/>
    </w:pPr>
    <w:rPr>
      <w:rFonts w:eastAsiaTheme="minorEastAsia"/>
      <w:color w:val="000000" w:themeColor="text1"/>
      <w:kern w:val="0"/>
      <w14:ligatures w14:val="none"/>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character" w:customStyle="1" w:styleId="katex-mathml">
    <w:name w:val="katex-mathml"/>
    <w:basedOn w:val="DefaultParagraphFont"/>
    <w:rsid w:val="00031959"/>
  </w:style>
  <w:style w:type="character" w:customStyle="1" w:styleId="mord">
    <w:name w:val="mord"/>
    <w:basedOn w:val="DefaultParagraphFont"/>
    <w:rsid w:val="00031959"/>
  </w:style>
  <w:style w:type="character" w:customStyle="1" w:styleId="vlist-s">
    <w:name w:val="vlist-s"/>
    <w:basedOn w:val="DefaultParagraphFont"/>
    <w:rsid w:val="00031959"/>
  </w:style>
  <w:style w:type="character" w:customStyle="1" w:styleId="mrel">
    <w:name w:val="mrel"/>
    <w:basedOn w:val="DefaultParagraphFont"/>
    <w:rsid w:val="00031959"/>
  </w:style>
  <w:style w:type="character" w:customStyle="1" w:styleId="mbin">
    <w:name w:val="mbin"/>
    <w:basedOn w:val="DefaultParagraphFont"/>
    <w:rsid w:val="00031959"/>
  </w:style>
  <w:style w:type="character" w:styleId="PlaceholderText">
    <w:name w:val="Placeholder Text"/>
    <w:basedOn w:val="DefaultParagraphFont"/>
    <w:uiPriority w:val="99"/>
    <w:semiHidden/>
    <w:rsid w:val="0003195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wmf"/><Relationship Id="rId18" Type="http://schemas.openxmlformats.org/officeDocument/2006/relationships/image" Target="media/image11.png"/><Relationship Id="rId26" Type="http://schemas.openxmlformats.org/officeDocument/2006/relationships/oleObject" Target="embeddings/oleObject6.bin"/><Relationship Id="rId39" Type="http://schemas.openxmlformats.org/officeDocument/2006/relationships/image" Target="media/image25.png"/><Relationship Id="rId21" Type="http://schemas.openxmlformats.org/officeDocument/2006/relationships/image" Target="media/image13.png"/><Relationship Id="rId34" Type="http://schemas.openxmlformats.org/officeDocument/2006/relationships/image" Target="media/image22.gif"/><Relationship Id="rId42" Type="http://schemas.openxmlformats.org/officeDocument/2006/relationships/image" Target="media/image27.wmf"/><Relationship Id="rId47" Type="http://schemas.openxmlformats.org/officeDocument/2006/relationships/image" Target="media/image30.wmf"/><Relationship Id="rId50" Type="http://schemas.openxmlformats.org/officeDocument/2006/relationships/oleObject" Target="embeddings/oleObject14.bin"/><Relationship Id="rId55" Type="http://schemas.openxmlformats.org/officeDocument/2006/relationships/theme" Target="theme/theme1.xml"/><Relationship Id="rId7" Type="http://schemas.openxmlformats.org/officeDocument/2006/relationships/image" Target="media/image2.wmf"/><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5.png"/><Relationship Id="rId24" Type="http://schemas.openxmlformats.org/officeDocument/2006/relationships/oleObject" Target="embeddings/oleObject5.bin"/><Relationship Id="rId32" Type="http://schemas.openxmlformats.org/officeDocument/2006/relationships/image" Target="media/image21.gif"/><Relationship Id="rId37" Type="http://schemas.openxmlformats.org/officeDocument/2006/relationships/image" Target="media/image24.wmf"/><Relationship Id="rId40" Type="http://schemas.microsoft.com/office/2007/relationships/hdphoto" Target="media/hdphoto1.wdp"/><Relationship Id="rId45" Type="http://schemas.openxmlformats.org/officeDocument/2006/relationships/oleObject" Target="embeddings/oleObject12.bin"/><Relationship Id="rId53" Type="http://schemas.openxmlformats.org/officeDocument/2006/relationships/image" Target="media/image34.png"/><Relationship Id="rId5" Type="http://schemas.openxmlformats.org/officeDocument/2006/relationships/image" Target="media/image1.wmf"/><Relationship Id="rId10" Type="http://schemas.openxmlformats.org/officeDocument/2006/relationships/image" Target="media/image4.jpeg"/><Relationship Id="rId19" Type="http://schemas.openxmlformats.org/officeDocument/2006/relationships/image" Target="media/image12.wmf"/><Relationship Id="rId31" Type="http://schemas.openxmlformats.org/officeDocument/2006/relationships/oleObject" Target="embeddings/oleObject7.bin"/><Relationship Id="rId44" Type="http://schemas.openxmlformats.org/officeDocument/2006/relationships/image" Target="media/image28.wmf"/><Relationship Id="rId52"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3.bin"/><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image" Target="media/image20.wmf"/><Relationship Id="rId35" Type="http://schemas.openxmlformats.org/officeDocument/2006/relationships/image" Target="media/image23.wmf"/><Relationship Id="rId43" Type="http://schemas.openxmlformats.org/officeDocument/2006/relationships/oleObject" Target="embeddings/oleObject11.bin"/><Relationship Id="rId48" Type="http://schemas.openxmlformats.org/officeDocument/2006/relationships/oleObject" Target="embeddings/oleObject13.bin"/><Relationship Id="rId8" Type="http://schemas.openxmlformats.org/officeDocument/2006/relationships/oleObject" Target="embeddings/oleObject2.bin"/><Relationship Id="rId51" Type="http://schemas.openxmlformats.org/officeDocument/2006/relationships/image" Target="media/image32.pn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media/image16.wmf"/><Relationship Id="rId33" Type="http://schemas.openxmlformats.org/officeDocument/2006/relationships/oleObject" Target="embeddings/oleObject8.bin"/><Relationship Id="rId38" Type="http://schemas.openxmlformats.org/officeDocument/2006/relationships/oleObject" Target="embeddings/oleObject10.bin"/><Relationship Id="rId46" Type="http://schemas.openxmlformats.org/officeDocument/2006/relationships/image" Target="media/image29.jpeg"/><Relationship Id="rId20" Type="http://schemas.openxmlformats.org/officeDocument/2006/relationships/oleObject" Target="embeddings/oleObject4.bin"/><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oleObject" Target="embeddings/oleObject1.bin"/><Relationship Id="rId15" Type="http://schemas.openxmlformats.org/officeDocument/2006/relationships/image" Target="media/image8.jpeg"/><Relationship Id="rId23" Type="http://schemas.openxmlformats.org/officeDocument/2006/relationships/image" Target="media/image15.wmf"/><Relationship Id="rId28" Type="http://schemas.openxmlformats.org/officeDocument/2006/relationships/image" Target="media/image18.png"/><Relationship Id="rId36" Type="http://schemas.openxmlformats.org/officeDocument/2006/relationships/oleObject" Target="embeddings/oleObject9.bin"/><Relationship Id="rId49" Type="http://schemas.openxmlformats.org/officeDocument/2006/relationships/image" Target="media/image3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616</TotalTime>
  <Pages>1</Pages>
  <Words>8311</Words>
  <Characters>47377</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2024-07-21T10:50:00Z</dcterms:created>
  <dcterms:modified xsi:type="dcterms:W3CDTF">2024-10-08T14:22:00Z</dcterms:modified>
</cp:coreProperties>
</file>