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sz w:val="26"/>
        </w:rPr>
        <w:t>GLOBAL SUCCESS 6 • UNIT TEST • HCMC-INSPIRED FORMAT</w:t>
      </w:r>
    </w:p>
    <w:p>
      <w:pPr>
        <w:spacing w:after="60"/>
        <w:jc w:val="center"/>
      </w:pPr>
      <w:r>
        <w:rPr>
          <w:rFonts w:ascii="Arial" w:hAnsi="Arial"/>
          <w:b/>
          <w:sz w:val="26"/>
        </w:rPr>
        <w:t>UNIT 9: CITIES OF THE WORLD  |  TEST 01</w:t>
      </w:r>
    </w:p>
    <w:p>
      <w:pPr>
        <w:spacing w:after="60"/>
        <w:jc w:val="center"/>
      </w:pPr>
      <w:r>
        <w:rPr>
          <w:rFonts w:ascii="Arial" w:hAnsi="Arial"/>
          <w:b w:val="0"/>
          <w:sz w:val="18"/>
        </w:rPr>
        <w:t>40 questions • 7 parts • Suggested time: 60 minutes • English 6 level</w:t>
      </w:r>
    </w:p>
    <w:p>
      <w:pPr>
        <w:spacing w:after="60"/>
      </w:pPr>
      <w:r>
        <w:rPr>
          <w:b w:val="0"/>
          <w:sz w:val="18"/>
        </w:rPr>
        <w:t>Name: __________________________________  Class: ___________  Score: 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1. LANGUAGE USE: Pronunciation, Stress, Vocabulary, Grammar and Communication (Questions 1–14)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bike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sit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five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time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rope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nose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home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box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interesting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expensive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beautiful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wonderful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teacher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student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today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classroom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5. </w:t>
      </w:r>
      <w:r>
        <w:rPr>
          <w:rFonts w:ascii="Arial" w:hAnsi="Arial"/>
          <w:b w:val="0"/>
          <w:sz w:val="19"/>
        </w:rPr>
        <w:t>Paris is famous ___ the Eiffel Tower.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for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with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6. </w:t>
      </w:r>
      <w:r>
        <w:rPr>
          <w:rFonts w:ascii="Arial" w:hAnsi="Arial"/>
          <w:b w:val="0"/>
          <w:sz w:val="19"/>
        </w:rPr>
        <w:t>This is the ___ tower in the city.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tall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tallest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taller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more tall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7. </w:t>
      </w:r>
      <w:r>
        <w:rPr>
          <w:rFonts w:ascii="Arial" w:hAnsi="Arial"/>
          <w:b w:val="0"/>
          <w:sz w:val="19"/>
        </w:rPr>
        <w:t>The weather here is ___ than yesterday.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colder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cold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coldest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more cold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8. </w:t>
      </w:r>
      <w:r>
        <w:rPr>
          <w:rFonts w:ascii="Arial" w:hAnsi="Arial"/>
          <w:b w:val="0"/>
          <w:sz w:val="19"/>
        </w:rPr>
        <w:t>The city has many famous 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uniforms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rackets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deserts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landmarks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9. </w:t>
      </w:r>
      <w:r>
        <w:rPr>
          <w:rFonts w:ascii="Arial" w:hAnsi="Arial"/>
          <w:b w:val="0"/>
          <w:sz w:val="19"/>
        </w:rPr>
        <w:t>I have ___ that museum twice.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visits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visited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visit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visiting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10. </w:t>
      </w:r>
      <w:r>
        <w:rPr>
          <w:rFonts w:ascii="Arial" w:hAnsi="Arial"/>
          <w:b w:val="0"/>
          <w:sz w:val="19"/>
        </w:rPr>
        <w:t>Have you ___ to London?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was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being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been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11. </w:t>
      </w:r>
      <w:r>
        <w:rPr>
          <w:rFonts w:ascii="Arial" w:hAnsi="Arial"/>
          <w:b w:val="0"/>
          <w:sz w:val="19"/>
        </w:rPr>
        <w:t>This street is ___ than that street.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more busyest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busy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busiest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busier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12. </w:t>
      </w:r>
      <w:r>
        <w:rPr>
          <w:rFonts w:ascii="Arial" w:hAnsi="Arial"/>
          <w:b w:val="0"/>
          <w:sz w:val="19"/>
        </w:rPr>
        <w:t>Ha Noi is the ___ of Viet Nam.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cave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capital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forest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island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13. </w:t>
      </w:r>
      <w:r>
        <w:rPr>
          <w:rFonts w:ascii="Arial" w:hAnsi="Arial"/>
          <w:b w:val="0"/>
          <w:sz w:val="19"/>
        </w:rPr>
        <w:t>We ___ visited Singapore.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has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have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did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14. </w:t>
      </w:r>
      <w:r>
        <w:rPr>
          <w:rFonts w:ascii="Arial" w:hAnsi="Arial"/>
          <w:b w:val="0"/>
          <w:sz w:val="19"/>
        </w:rPr>
        <w:t>The ___ is a large building where kings and queens may live.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park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palace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stadium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market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2. SIGNS AND NOTICES (Questions 15–16)</w:t>
      </w:r>
    </w:p>
    <w:p>
      <w:pPr>
        <w:keepLines/>
        <w:spacing w:after="60" w:before="60"/>
      </w:pPr>
      <w:r>
        <w:rPr>
          <w:b/>
        </w:rPr>
        <w:t>Question 15.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84a207b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The meeting is on Monday.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The club meeting is at four on Friday.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The club meets at eight.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The club never meets.</w:t>
            </w:r>
          </w:p>
        </w:tc>
      </w:tr>
    </w:tbl>
    <w:p>
      <w:pPr>
        <w:keepLines/>
        <w:spacing w:after="60" w:before="60"/>
      </w:pPr>
      <w:r>
        <w:rPr>
          <w:b/>
        </w:rPr>
        <w:t>Question 16.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e4f3d1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You must shout.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You can play loud music.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You must keep quiet in the library.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You must bring food.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3. CLOZE READING (Questions 17–22)</w:t>
      </w:r>
    </w:p>
    <w:p>
      <w:pPr>
        <w:spacing w:after="60"/>
      </w:pPr>
      <w:r>
        <w:rPr>
          <w:b w:val="0"/>
          <w:sz w:val="19"/>
        </w:rPr>
        <w:t>Hi Alex,</w:t>
        <w:br/>
        <w:t>Our class is learning about cities of the world this week. We are making a (17) ____ about the topic. My friends and I work (18) ____ after school. Our teacher says it is important to (19) ____ carefully. We are (20) ____ because the lesson is interesting. On Friday, we will (21) ____ our ideas to the class. I hope you can (22) ____ our work.</w:t>
        <w:br/>
        <w:t>Best,</w:t>
        <w:br/>
        <w:t>Mai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17. </w:t>
      </w:r>
      <w:r>
        <w:rPr>
          <w:rFonts w:ascii="Arial" w:hAnsi="Arial"/>
          <w:b w:val="0"/>
          <w:sz w:val="19"/>
        </w:rPr>
        <w:t>Complete blank (17)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poster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racket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sandwich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river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18. </w:t>
      </w:r>
      <w:r>
        <w:rPr>
          <w:rFonts w:ascii="Arial" w:hAnsi="Arial"/>
          <w:b w:val="0"/>
          <w:sz w:val="19"/>
        </w:rPr>
        <w:t>Complete blank (18)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together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angry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yesterday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never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19. </w:t>
      </w:r>
      <w:r>
        <w:rPr>
          <w:rFonts w:ascii="Arial" w:hAnsi="Arial"/>
          <w:b w:val="0"/>
          <w:sz w:val="19"/>
        </w:rPr>
        <w:t>Complete blank (19)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listening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listen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listened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listens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20. </w:t>
      </w:r>
      <w:r>
        <w:rPr>
          <w:rFonts w:ascii="Arial" w:hAnsi="Arial"/>
          <w:b w:val="0"/>
          <w:sz w:val="19"/>
        </w:rPr>
        <w:t>Complete blank (20)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happy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sadly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sadness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happiness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21. </w:t>
      </w:r>
      <w:r>
        <w:rPr>
          <w:rFonts w:ascii="Arial" w:hAnsi="Arial"/>
          <w:b w:val="0"/>
          <w:sz w:val="19"/>
        </w:rPr>
        <w:t>Complete blank (21)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presented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presenting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present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presents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22. </w:t>
      </w:r>
      <w:r>
        <w:rPr>
          <w:rFonts w:ascii="Arial" w:hAnsi="Arial"/>
          <w:b w:val="0"/>
          <w:sz w:val="19"/>
        </w:rPr>
        <w:t>Complete blank (22)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see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sees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seeing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4. READING COMPREHENSION (Questions 23–28)</w:t>
      </w:r>
    </w:p>
    <w:p>
      <w:pPr>
        <w:spacing w:after="60"/>
      </w:pPr>
      <w:r>
        <w:rPr>
          <w:b w:val="0"/>
          <w:sz w:val="19"/>
        </w:rPr>
        <w:t>GREENFIELD SCHOOL CLUB – CITIES OF THE WORLD</w:t>
        <w:br/>
        <w:t>Our club is for tourists. Members learn about cities. They can see museums, towers and busy squares. Meetings take place all year round. New members should bring a museum. Everyone is welcome, and joining the club is free. The members also prepare a short presentation for their classmates.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23. </w:t>
      </w:r>
      <w:r>
        <w:rPr>
          <w:rFonts w:ascii="Arial" w:hAnsi="Arial"/>
          <w:b w:val="0"/>
          <w:sz w:val="19"/>
        </w:rPr>
        <w:t>The club is about cities.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24. </w:t>
      </w:r>
      <w:r>
        <w:rPr>
          <w:rFonts w:ascii="Arial" w:hAnsi="Arial"/>
          <w:b w:val="0"/>
          <w:sz w:val="19"/>
        </w:rPr>
        <w:t>Only teachers can join the club.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25. </w:t>
      </w:r>
      <w:r>
        <w:rPr>
          <w:rFonts w:ascii="Arial" w:hAnsi="Arial"/>
          <w:b w:val="0"/>
          <w:sz w:val="19"/>
        </w:rPr>
        <w:t>Joining the club costs no money.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26. </w:t>
      </w:r>
      <w:r>
        <w:rPr>
          <w:rFonts w:ascii="Arial" w:hAnsi="Arial"/>
          <w:b w:val="0"/>
          <w:sz w:val="19"/>
        </w:rPr>
        <w:t>All meetings are held at midnight.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27. </w:t>
      </w:r>
      <w:r>
        <w:rPr>
          <w:rFonts w:ascii="Arial" w:hAnsi="Arial"/>
          <w:b w:val="0"/>
          <w:sz w:val="19"/>
        </w:rPr>
        <w:t>Who can join the club?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Only parents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Only teachers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Only doctors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tourists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28. </w:t>
      </w:r>
      <w:r>
        <w:rPr>
          <w:rFonts w:ascii="Arial" w:hAnsi="Arial"/>
          <w:b w:val="0"/>
          <w:sz w:val="19"/>
        </w:rPr>
        <w:t>What should new members bring?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 museum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 swimming pool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 television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 bicycle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5. WORD FORM (Questions 29–34)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29. </w:t>
      </w:r>
      <w:r>
        <w:rPr>
          <w:rFonts w:ascii="Arial" w:hAnsi="Arial"/>
          <w:b w:val="0"/>
          <w:sz w:val="19"/>
        </w:rPr>
        <w:t>The old tower is very ___. (fame)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30. </w:t>
      </w:r>
      <w:r>
        <w:rPr>
          <w:rFonts w:ascii="Arial" w:hAnsi="Arial"/>
          <w:b w:val="0"/>
          <w:sz w:val="19"/>
        </w:rPr>
        <w:t>Many ___ visit this city. (tour)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31. </w:t>
      </w:r>
      <w:r>
        <w:rPr>
          <w:rFonts w:ascii="Arial" w:hAnsi="Arial"/>
          <w:b w:val="0"/>
          <w:sz w:val="19"/>
        </w:rPr>
        <w:t>The museum is ___. (interest)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32. </w:t>
      </w:r>
      <w:r>
        <w:rPr>
          <w:rFonts w:ascii="Arial" w:hAnsi="Arial"/>
          <w:b w:val="0"/>
          <w:sz w:val="19"/>
        </w:rPr>
        <w:t>The streets are ___. (crowd)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33. </w:t>
      </w:r>
      <w:r>
        <w:rPr>
          <w:rFonts w:ascii="Arial" w:hAnsi="Arial"/>
          <w:b w:val="0"/>
          <w:sz w:val="19"/>
        </w:rPr>
        <w:t>This is a ___ city. (beauty)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34. </w:t>
      </w:r>
      <w:r>
        <w:rPr>
          <w:rFonts w:ascii="Arial" w:hAnsi="Arial"/>
          <w:b w:val="0"/>
          <w:sz w:val="19"/>
        </w:rPr>
        <w:t>There are many tall ___. (build)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6. DICTIONARY SKILLS (Questions 35–36)</w:t>
      </w:r>
    </w:p>
    <w:p>
      <w:pPr>
        <w:spacing w:after="60"/>
      </w:pPr>
      <w:r>
        <w:rPr>
          <w:b/>
          <w:sz w:val="18"/>
        </w:rPr>
        <w:t>DICTIONARY ENTRY — capital (noun/verb): the city where a country’s government is based.</w:t>
      </w:r>
    </w:p>
    <w:p>
      <w:pPr>
        <w:spacing w:after="60"/>
      </w:pPr>
      <w:r>
        <w:rPr>
          <w:b w:val="0"/>
          <w:sz w:val="18"/>
        </w:rPr>
        <w:t>Use the headword in the correct form to complete Questions 35–36.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35. </w:t>
      </w:r>
      <w:r>
        <w:rPr>
          <w:rFonts w:ascii="Arial" w:hAnsi="Arial"/>
          <w:b w:val="0"/>
          <w:sz w:val="19"/>
        </w:rPr>
        <w:t>Ha Noi is Viet Nam’s 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36. </w:t>
      </w:r>
      <w:r>
        <w:rPr>
          <w:rFonts w:ascii="Arial" w:hAnsi="Arial"/>
          <w:b w:val="0"/>
          <w:sz w:val="19"/>
        </w:rPr>
        <w:t>Tokyo is Japan’s 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7. SENTENCE REWRITING (Questions 37–40)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37. </w:t>
      </w:r>
      <w:r>
        <w:rPr>
          <w:rFonts w:ascii="Arial" w:hAnsi="Arial"/>
          <w:b w:val="0"/>
          <w:sz w:val="19"/>
        </w:rPr>
        <w:t>This tower is taller than that one. → That tower is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38. </w:t>
      </w:r>
      <w:r>
        <w:rPr>
          <w:rFonts w:ascii="Arial" w:hAnsi="Arial"/>
          <w:b w:val="0"/>
          <w:sz w:val="19"/>
        </w:rPr>
        <w:t>I have visited this museum before. → This museum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39. </w:t>
      </w:r>
      <w:r>
        <w:rPr>
          <w:rFonts w:ascii="Arial" w:hAnsi="Arial"/>
          <w:b w:val="0"/>
          <w:sz w:val="19"/>
        </w:rPr>
        <w:t>Tokyo is the capital of Japan. → Japan’s capital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40. </w:t>
      </w:r>
      <w:r>
        <w:rPr>
          <w:rFonts w:ascii="Arial" w:hAnsi="Arial"/>
          <w:b w:val="0"/>
          <w:sz w:val="19"/>
        </w:rPr>
        <w:t>This city is very beautiful. → What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65" w:right="1037" w:bottom="90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sz w:val="16"/>
      </w:rPr>
      <w:t>Original educational practice material | Global Success 6 | HCMC-inspired layout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