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COMMUNICATION IN THE FUTURE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65 -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Communication In The Future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communication technology, devices, exhibitions, and future communication.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polite communication, creativity, and responsible use of future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video call, hologram, telepathy, social network,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communication in the future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10: COMMUNICATION IN THE FUTURE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104-105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video call, hologram, telepathy, social network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video call, hologram, telepathy, social network;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video call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hologram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telepathy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social network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webcam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emoji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video call, hologram, telepathy, social network, webcam, emoji, exhibition, interact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'COMMUNICATION IN 2050'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COMMUNICATION IN 2050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model explaining a future means of communication, its uses, advantages, and disadvantages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COMMUNICATION IN THE FUTURE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66 -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communication technology, devices, exhibitions, and future communication.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word stress in words ending in -ese and -ee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polite communication, creativity, and responsible use of future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video call, hologram, telepathy,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word stress in words ending in -ese and -ee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video call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hologram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telepathy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social network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webcam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future communication device, hologram, virtual meeting, communication technology trends;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video call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hologram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telepathy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social network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webcam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emoji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exhibition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interact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word stress in words ending in -ese and -ee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Word stress in words ending in -ese and -ee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Vietnamese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Japanese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Chinese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employee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interviewee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addressee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COMMUNICATION IN THE FUTURE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67 -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Prepositions of place and time; possessive pronouns.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polite communication, creativity, and responsible use of future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prepositions of place and time; possessive pronouns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Prepositions of place and time; possessive pronouns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exhibition starts at 9 a.m. on Saturday.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webcam is on the desk.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in/on/at and other prepositions for place and time. Possessive pronouns (mine, yours, his, hers, ours, theirs) replace possessive adjective + noun.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exhibition starts at 9 a.m. on Saturday.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webcam is on the desk.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tablet is mine, and that one is yours.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107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exhibition starts at 9 a.m. on Saturday.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webcam is on the desk.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This tablet is mine, and that one is yours.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'COMMUNICATION IN 2050'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in/on/at and other prepositions for place and time. Possessive pronouns (mine, yours, his, hers, ours, theirs) replace possessive adjective + noun.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COMMUNICATION IN THE FUTURE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68 -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interrupting politely.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polite communication, creativity, and responsible use of future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Interrupting politely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Sorry for interrupting, but I think we should test the devices first. B: Good idea.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interrupting politely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Sorry for interrupting, but I think we should test the devices first. B: Good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future communication device, hologram, virtual meeting, communication technology trends;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discussing advantages and disadvantages of a way of communicating.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video call, hologram, telepathy, social network, webcam, emoji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COMMUNICATION IN 2050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model explaining a future means of communication, its uses, advantages, and disadvantages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COMMUNICATION IN THE FUTURE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69 -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a possible way of communicating in the future.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discussing advantages and disadvantages of a way of communicating.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polite communication, creativity, and responsible use of future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communication, device, feature,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a possible way of communicating in the future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possible way of communicating in the future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communication, device, feature, prediction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future communication device, hologram, virtual meeting, communication technology trends,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communication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device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feature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Future communication may combine sound, image, virtual presence, and instant translation.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useful prediction explains both benefits and possible limitations.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Readers identify key features and evaluate the writer's evidence.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discussing advantages and disadvantages of a way of communicating.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COMMUNICATION IN THE FUTURE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70 -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an announcement about a communication exhibition.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describing a way of modern communication.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polite communication, creativity, and responsible use of future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an announcement about a communication exhibition.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111-112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an announcement about a communication exhibition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describing a way of modern communication.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model explaining a future means of communication, its uses, advantages, and disadvantages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10: COMMUNICATION IN THE FUTURE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71 -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polite communication, creativity, and responsible use of future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communication technology, devices, exhibitions, and future communication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Prepositions of place and time; possessive pronouns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video call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hologram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telepathy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social network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webcam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emoji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exhibition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interact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Prepositions of place and time; possessive pronouns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in/on/at and other prepositions for place and time. Possessive pronouns (mine, yours, his, hers, ours, theirs) replace possessive adjective + noun.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exhibition starts at 9 a.m. on Saturday.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webcam is on the desk.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'COMMUNICATION IN 2050'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COMMUNICATION IN 2050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model explaining a future means of communication, its uses, advantages, and disadvantages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10: COMMUNICATION IN THE FUTURE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COMMUNICATION IN 2050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poster or model explaining a future means of communication, its uses, advantages, and disadvantages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10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8 GLOBAL SUCCESS - UNIT 10: COMMUNICATION IN THE FUTURE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