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sz w:val="26"/>
        </w:rPr>
        <w:t>GLOBAL SUCCESS 6 • UNIT TEST • HCMC-INSPIRED FORMAT</w:t>
      </w:r>
    </w:p>
    <w:p>
      <w:pPr>
        <w:spacing w:after="60"/>
        <w:jc w:val="center"/>
      </w:pPr>
      <w:r>
        <w:rPr>
          <w:rFonts w:ascii="Arial" w:hAnsi="Arial"/>
          <w:b/>
          <w:sz w:val="26"/>
        </w:rPr>
        <w:t>UNIT 5: NATURAL WONDERS OF VIET NAM  |  TEST 01</w:t>
      </w:r>
    </w:p>
    <w:p>
      <w:pPr>
        <w:spacing w:after="60"/>
        <w:jc w:val="center"/>
      </w:pPr>
      <w:r>
        <w:rPr>
          <w:rFonts w:ascii="Arial" w:hAnsi="Arial"/>
          <w:b w:val="0"/>
          <w:sz w:val="18"/>
        </w:rPr>
        <w:t>40 questions • 7 parts • Suggested time: 60 minutes • English 6 level</w:t>
      </w:r>
    </w:p>
    <w:p>
      <w:pPr>
        <w:spacing w:after="60"/>
      </w:pPr>
      <w:r>
        <w:rPr>
          <w:b w:val="0"/>
          <w:sz w:val="18"/>
        </w:rPr>
        <w:t>Name: __________________________________  Class: ___________  Score: __________</w:t>
      </w:r>
    </w:p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1. LANGUAGE USE: Pronunciation, Stress, Vocabulary, Grammar and Communication (Questions 1–14)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1. </w:t>
      </w:r>
      <w:r>
        <w:rPr>
          <w:rFonts w:ascii="Arial" w:hAnsi="Arial"/>
          <w:b w:val="0"/>
          <w:sz w:val="19"/>
        </w:rPr>
        <w:t>Choose the word whose underlined part is pronounced differently.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cheese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chair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chemistry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child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2. </w:t>
      </w:r>
      <w:r>
        <w:rPr>
          <w:rFonts w:ascii="Arial" w:hAnsi="Arial"/>
          <w:b w:val="0"/>
          <w:sz w:val="19"/>
        </w:rPr>
        <w:t>Choose the word whose underlined part is pronounced differently.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name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bag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map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cat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3. </w:t>
      </w:r>
      <w:r>
        <w:rPr>
          <w:rFonts w:ascii="Arial" w:hAnsi="Arial"/>
          <w:b w:val="0"/>
          <w:sz w:val="19"/>
        </w:rPr>
        <w:t>Choose the word with a different primary stress pattern.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wonderful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interesting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beautiful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expensive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4. </w:t>
      </w:r>
      <w:r>
        <w:rPr>
          <w:rFonts w:ascii="Arial" w:hAnsi="Arial"/>
          <w:b w:val="0"/>
          <w:sz w:val="19"/>
        </w:rPr>
        <w:t>Choose the word with a different primary stress pattern.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teacher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student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classroom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today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5. </w:t>
      </w:r>
      <w:r>
        <w:rPr>
          <w:rFonts w:ascii="Arial" w:hAnsi="Arial"/>
          <w:b w:val="0"/>
          <w:sz w:val="19"/>
        </w:rPr>
        <w:t>Ha Long Bay has many beautiful ___.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streets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islands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deserts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schools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6. </w:t>
      </w:r>
      <w:r>
        <w:rPr>
          <w:rFonts w:ascii="Arial" w:hAnsi="Arial"/>
          <w:b w:val="0"/>
          <w:sz w:val="19"/>
        </w:rPr>
        <w:t>Bring ___ water for the trip.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some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many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a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an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7. </w:t>
      </w:r>
      <w:r>
        <w:rPr>
          <w:rFonts w:ascii="Arial" w:hAnsi="Arial"/>
          <w:b w:val="0"/>
          <w:sz w:val="19"/>
        </w:rPr>
        <w:t>A ___ is a very dry area with little rain.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island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river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desert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forest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8. </w:t>
      </w:r>
      <w:r>
        <w:rPr>
          <w:rFonts w:ascii="Arial" w:hAnsi="Arial"/>
          <w:b w:val="0"/>
          <w:sz w:val="19"/>
        </w:rPr>
        <w:t>You ___ throw rubbish into rivers.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mustn't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can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may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should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9. </w:t>
      </w:r>
      <w:r>
        <w:rPr>
          <w:rFonts w:ascii="Arial" w:hAnsi="Arial"/>
          <w:b w:val="0"/>
          <w:sz w:val="19"/>
        </w:rPr>
        <w:t>Which is ___, a hill or a mountain?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higher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high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highest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more high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10. </w:t>
      </w:r>
      <w:r>
        <w:rPr>
          <w:rFonts w:ascii="Arial" w:hAnsi="Arial"/>
          <w:b w:val="0"/>
          <w:sz w:val="19"/>
        </w:rPr>
        <w:t>The river is ___ than the stream.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more long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long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longer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longest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11. </w:t>
      </w:r>
      <w:r>
        <w:rPr>
          <w:rFonts w:ascii="Arial" w:hAnsi="Arial"/>
          <w:b w:val="0"/>
          <w:sz w:val="19"/>
        </w:rPr>
        <w:t>You ___ bring water on a long walk.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should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mustn't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shouldn't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are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12. </w:t>
      </w:r>
      <w:r>
        <w:rPr>
          <w:rFonts w:ascii="Arial" w:hAnsi="Arial"/>
          <w:b w:val="0"/>
          <w:sz w:val="19"/>
        </w:rPr>
        <w:t>The cave is very dark. You ___ bring a torch.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should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mustn't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shouldn't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don't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13. </w:t>
      </w:r>
      <w:r>
        <w:rPr>
          <w:rFonts w:ascii="Arial" w:hAnsi="Arial"/>
          <w:b w:val="0"/>
          <w:sz w:val="19"/>
        </w:rPr>
        <w:t>Fansipan is ___ than many other mountains in Viet Nam.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high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highest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more high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higher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14. </w:t>
      </w:r>
      <w:r>
        <w:rPr>
          <w:rFonts w:ascii="Arial" w:hAnsi="Arial"/>
          <w:b w:val="0"/>
          <w:sz w:val="19"/>
        </w:rPr>
        <w:t>A ___ is water falling from a high place.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waterfall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forest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cave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valley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2. SIGNS AND NOTICES (Questions 15–16)</w:t>
      </w:r>
    </w:p>
    <w:p>
      <w:pPr>
        <w:keepLines/>
        <w:spacing w:after="60" w:before="60"/>
      </w:pPr>
      <w:r>
        <w:rPr>
          <w:b/>
        </w:rPr>
        <w:t>Question 15. Look at the sign or notice. What does it mean?</w:t>
      </w:r>
    </w:p>
    <w:p>
      <w:pPr>
        <w:spacing w:before="40" w:after="60"/>
        <w:jc w:val="center"/>
      </w:pPr>
      <w:r>
        <w:drawing>
          <wp:inline xmlns:a="http://schemas.openxmlformats.org/drawingml/2006/main" xmlns:pic="http://schemas.openxmlformats.org/drawingml/2006/picture">
            <wp:extent cx="3794760" cy="10381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56918356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103818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Feed all wild animals.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Pick flowers in the park.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Leave rubbish on the ground.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Do not drop litter here.</w:t>
            </w:r>
          </w:p>
        </w:tc>
      </w:tr>
    </w:tbl>
    <w:p>
      <w:pPr>
        <w:keepLines/>
        <w:spacing w:after="60" w:before="60"/>
      </w:pPr>
      <w:r>
        <w:rPr>
          <w:b/>
        </w:rPr>
        <w:t>Question 16. Look at the sign or notice. What does it mean?</w:t>
      </w:r>
    </w:p>
    <w:p>
      <w:pPr>
        <w:spacing w:before="40" w:after="60"/>
        <w:jc w:val="center"/>
      </w:pPr>
      <w:r>
        <w:drawing>
          <wp:inline xmlns:a="http://schemas.openxmlformats.org/drawingml/2006/main" xmlns:pic="http://schemas.openxmlformats.org/drawingml/2006/picture">
            <wp:extent cx="3794760" cy="103818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4c27e1e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103818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This is a café.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Do not eat or drink here.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Food is free today.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You can eat here.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3. CLOZE READING (Questions 17–22)</w:t>
      </w:r>
    </w:p>
    <w:p>
      <w:pPr>
        <w:spacing w:after="60"/>
      </w:pPr>
      <w:r>
        <w:rPr>
          <w:b w:val="0"/>
          <w:sz w:val="19"/>
        </w:rPr>
        <w:t>Hi Alex,</w:t>
        <w:br/>
        <w:t>Our class is learning about natural wonders of viet nam this week. We are making a (17) ____ about the topic. My friends and I work (18) ____ after school. Our teacher says it is important to (19) ____ carefully. We are (20) ____ because the lesson is interesting. On Friday, we will (21) ____ our ideas to the class. I hope you can (22) ____ our work.</w:t>
        <w:br/>
        <w:t>Best,</w:t>
        <w:br/>
        <w:t>Mai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17. </w:t>
      </w:r>
      <w:r>
        <w:rPr>
          <w:rFonts w:ascii="Arial" w:hAnsi="Arial"/>
          <w:b w:val="0"/>
          <w:sz w:val="19"/>
        </w:rPr>
        <w:t>Complete blank (17)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racket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sandwich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river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poster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18. </w:t>
      </w:r>
      <w:r>
        <w:rPr>
          <w:rFonts w:ascii="Arial" w:hAnsi="Arial"/>
          <w:b w:val="0"/>
          <w:sz w:val="19"/>
        </w:rPr>
        <w:t>Complete blank (18)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yesterday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angry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together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never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19. </w:t>
      </w:r>
      <w:r>
        <w:rPr>
          <w:rFonts w:ascii="Arial" w:hAnsi="Arial"/>
          <w:b w:val="0"/>
          <w:sz w:val="19"/>
        </w:rPr>
        <w:t>Complete blank (19)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listening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listens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listened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listen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20. </w:t>
      </w:r>
      <w:r>
        <w:rPr>
          <w:rFonts w:ascii="Arial" w:hAnsi="Arial"/>
          <w:b w:val="0"/>
          <w:sz w:val="19"/>
        </w:rPr>
        <w:t>Complete blank (20)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happy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sadness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sadly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happiness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21. </w:t>
      </w:r>
      <w:r>
        <w:rPr>
          <w:rFonts w:ascii="Arial" w:hAnsi="Arial"/>
          <w:b w:val="0"/>
          <w:sz w:val="19"/>
        </w:rPr>
        <w:t>Complete blank (21)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present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presenting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presents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presented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22. </w:t>
      </w:r>
      <w:r>
        <w:rPr>
          <w:rFonts w:ascii="Arial" w:hAnsi="Arial"/>
          <w:b w:val="0"/>
          <w:sz w:val="19"/>
        </w:rPr>
        <w:t>Complete blank (22)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seeing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sees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see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saw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4. READING COMPREHENSION (Questions 23–28)</w:t>
      </w:r>
    </w:p>
    <w:p>
      <w:pPr>
        <w:spacing w:after="60"/>
      </w:pPr>
      <w:r>
        <w:rPr>
          <w:b w:val="0"/>
          <w:sz w:val="19"/>
        </w:rPr>
        <w:t>GREENFIELD SCHOOL CLUB – NATURAL WONDERS OF VIET NAM</w:t>
        <w:br/>
        <w:t>Our club is for visitors. Members learn about nature. They can see high mountains, rivers and green forests. Meetings take place during the summer. New members should bring a mountain. Everyone is welcome, and joining the club is free. The members also prepare a short presentation for their classmates.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23. </w:t>
      </w:r>
      <w:r>
        <w:rPr>
          <w:rFonts w:ascii="Arial" w:hAnsi="Arial"/>
          <w:b w:val="0"/>
          <w:sz w:val="19"/>
        </w:rPr>
        <w:t>The club is about nature.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24. </w:t>
      </w:r>
      <w:r>
        <w:rPr>
          <w:rFonts w:ascii="Arial" w:hAnsi="Arial"/>
          <w:b w:val="0"/>
          <w:sz w:val="19"/>
        </w:rPr>
        <w:t>Only teachers can join the club.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25. </w:t>
      </w:r>
      <w:r>
        <w:rPr>
          <w:rFonts w:ascii="Arial" w:hAnsi="Arial"/>
          <w:b w:val="0"/>
          <w:sz w:val="19"/>
        </w:rPr>
        <w:t>Joining the club costs no money.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26. </w:t>
      </w:r>
      <w:r>
        <w:rPr>
          <w:rFonts w:ascii="Arial" w:hAnsi="Arial"/>
          <w:b w:val="0"/>
          <w:sz w:val="19"/>
        </w:rPr>
        <w:t>All meetings are held at midnight.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27. </w:t>
      </w:r>
      <w:r>
        <w:rPr>
          <w:rFonts w:ascii="Arial" w:hAnsi="Arial"/>
          <w:b w:val="0"/>
          <w:sz w:val="19"/>
        </w:rPr>
        <w:t>Who can join the club?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visitors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Only doctors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Only teachers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Only parents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28. </w:t>
      </w:r>
      <w:r>
        <w:rPr>
          <w:rFonts w:ascii="Arial" w:hAnsi="Arial"/>
          <w:b w:val="0"/>
          <w:sz w:val="19"/>
        </w:rPr>
        <w:t>What should new members bring?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a mountain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a swimming pool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a bicycle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a television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5. WORD FORM (Questions 29–34)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29. </w:t>
      </w:r>
      <w:r>
        <w:rPr>
          <w:rFonts w:ascii="Arial" w:hAnsi="Arial"/>
          <w:b w:val="0"/>
          <w:sz w:val="19"/>
        </w:rPr>
        <w:t>Viet Nam has many natural ___. (wonder)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30. </w:t>
      </w:r>
      <w:r>
        <w:rPr>
          <w:rFonts w:ascii="Arial" w:hAnsi="Arial"/>
          <w:b w:val="0"/>
          <w:sz w:val="19"/>
        </w:rPr>
        <w:t>The view is ___. (beauty)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31. </w:t>
      </w:r>
      <w:r>
        <w:rPr>
          <w:rFonts w:ascii="Arial" w:hAnsi="Arial"/>
          <w:b w:val="0"/>
          <w:sz w:val="19"/>
        </w:rPr>
        <w:t>This is a ___ path. (danger)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32. </w:t>
      </w:r>
      <w:r>
        <w:rPr>
          <w:rFonts w:ascii="Arial" w:hAnsi="Arial"/>
          <w:b w:val="0"/>
          <w:sz w:val="19"/>
        </w:rPr>
        <w:t>The lake is very ___. (peace)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33. </w:t>
      </w:r>
      <w:r>
        <w:rPr>
          <w:rFonts w:ascii="Arial" w:hAnsi="Arial"/>
          <w:b w:val="0"/>
          <w:sz w:val="19"/>
        </w:rPr>
        <w:t>Our ___ took two hours. (journey)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34. </w:t>
      </w:r>
      <w:r>
        <w:rPr>
          <w:rFonts w:ascii="Arial" w:hAnsi="Arial"/>
          <w:b w:val="0"/>
          <w:sz w:val="19"/>
        </w:rPr>
        <w:t>The mountains are ___. (height)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6. DICTIONARY SKILLS (Questions 35–36)</w:t>
      </w:r>
    </w:p>
    <w:p>
      <w:pPr>
        <w:spacing w:after="60"/>
      </w:pPr>
      <w:r>
        <w:rPr>
          <w:b/>
          <w:sz w:val="18"/>
        </w:rPr>
        <w:t>DICTIONARY ENTRY — wonder (noun/verb): something very beautiful or surprising.</w:t>
      </w:r>
    </w:p>
    <w:p>
      <w:pPr>
        <w:spacing w:after="60"/>
      </w:pPr>
      <w:r>
        <w:rPr>
          <w:b w:val="0"/>
          <w:sz w:val="18"/>
        </w:rPr>
        <w:t>Use the headword in the correct form to complete Questions 35–36.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35. </w:t>
      </w:r>
      <w:r>
        <w:rPr>
          <w:rFonts w:ascii="Arial" w:hAnsi="Arial"/>
          <w:b w:val="0"/>
          <w:sz w:val="19"/>
        </w:rPr>
        <w:t>The waterfall is a natural 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36. </w:t>
      </w:r>
      <w:r>
        <w:rPr>
          <w:rFonts w:ascii="Arial" w:hAnsi="Arial"/>
          <w:b w:val="0"/>
          <w:sz w:val="19"/>
        </w:rPr>
        <w:t>Many people visit this famous 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7. SENTENCE REWRITING (Questions 37–40)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37. </w:t>
      </w:r>
      <w:r>
        <w:rPr>
          <w:rFonts w:ascii="Arial" w:hAnsi="Arial"/>
          <w:b w:val="0"/>
          <w:sz w:val="19"/>
        </w:rPr>
        <w:t>Mount Everest is higher than Fansipan. → Fansipan is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38. </w:t>
      </w:r>
      <w:r>
        <w:rPr>
          <w:rFonts w:ascii="Arial" w:hAnsi="Arial"/>
          <w:b w:val="0"/>
          <w:sz w:val="19"/>
        </w:rPr>
        <w:t>You must not litter here. → Do not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39. </w:t>
      </w:r>
      <w:r>
        <w:rPr>
          <w:rFonts w:ascii="Arial" w:hAnsi="Arial"/>
          <w:b w:val="0"/>
          <w:sz w:val="19"/>
        </w:rPr>
        <w:t>It is necessary to bring water. → You must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40. </w:t>
      </w:r>
      <w:r>
        <w:rPr>
          <w:rFonts w:ascii="Arial" w:hAnsi="Arial"/>
          <w:b w:val="0"/>
          <w:sz w:val="19"/>
        </w:rPr>
        <w:t>The mountain is very high. → What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65" w:right="1037" w:bottom="90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sz w:val="16"/>
      </w:rPr>
      <w:t>Original educational practice material | Global Success 6 | HCMC-inspired layout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