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700"/>
        <w:gridCol w:w="8674"/>
      </w:tblGrid>
      <w:tr>
        <w:tc>
          <w:tcPr>
            <w:tcW w:type="dxa" w:w="1700"/>
            <w:tcMar>
              <w:top w:w="50" w:type="dxa"/>
              <w:start w:w="70" w:type="dxa"/>
              <w:bottom w:w="50" w:type="dxa"/>
              <w:end w:w="70" w:type="dxa"/>
            </w:tcMar>
            <w:shd w:fill="C00000"/>
            <w:tcBorders>
              <w:top w:val="single" w:sz="18" w:color="C00000"/>
              <w:left w:val="single" w:sz="18" w:color="C00000"/>
              <w:bottom w:val="single" w:sz="18" w:color="C00000"/>
              <w:right w:val="single" w:sz="18" w:color="C00000"/>
            </w:tcBorders>
            <w:vAlign w:val="center"/>
          </w:tcPr>
          <w:p>
            <w:pPr>
              <w:spacing w:before="100" w:after="100"/>
              <w:jc w:val="center"/>
            </w:pPr>
            <w:r>
              <w:rPr>
                <w:rFonts w:ascii="Arial" w:hAnsi="Arial" w:eastAsia="Arial"/>
                <w:b/>
                <w:color w:val="FFFFFF"/>
                <w:sz w:val="34"/>
              </w:rPr>
              <w:t>UNIT 11</w:t>
            </w:r>
          </w:p>
        </w:tc>
        <w:tc>
          <w:tcPr>
            <w:tcW w:type="dxa" w:w="8674"/>
            <w:tcMar>
              <w:top w:w="50" w:type="dxa"/>
              <w:start w:w="70" w:type="dxa"/>
              <w:bottom w:w="50" w:type="dxa"/>
              <w:end w:w="70" w:type="dxa"/>
            </w:tcMar>
            <w:shd w:fill="FCE8E6"/>
            <w:tcBorders>
              <w:top w:val="single" w:sz="18" w:color="C00000"/>
              <w:left w:val="single" w:sz="18" w:color="C00000"/>
              <w:bottom w:val="single" w:sz="18" w:color="C00000"/>
              <w:right w:val="single" w:sz="18" w:color="C00000"/>
            </w:tcBorders>
            <w:vAlign w:val="center"/>
          </w:tcPr>
          <w:p>
            <w:pPr>
              <w:spacing w:before="100" w:after="100"/>
              <w:jc w:val="center"/>
            </w:pPr>
            <w:r>
              <w:rPr>
                <w:rFonts w:ascii="Arial" w:hAnsi="Arial" w:eastAsia="Arial"/>
                <w:b/>
                <w:color w:val="C00000"/>
                <w:sz w:val="36"/>
              </w:rPr>
              <w:t>OUR GREENER WORLD</w:t>
            </w:r>
          </w:p>
        </w:tc>
      </w:tr>
    </w:tbl>
    <w:p>
      <w:pPr>
        <w:keepNext/>
        <w:keepLines/>
        <w:spacing w:before="80" w:after="40"/>
      </w:pPr>
      <w:r>
        <w:rPr>
          <w:rFonts w:ascii="Times New Roman" w:hAnsi="Times New Roman" w:eastAsia="Times New Roman"/>
          <w:b/>
          <w:color w:val="1254B7"/>
          <w:sz w:val="26"/>
        </w:rPr>
        <w:t>❖  A. VOCABULARY</w:t>
      </w:r>
    </w:p>
    <w:tbl>
      <w:tblPr>
        <w:tblW w:type="auto" w:w="0"/>
        <w:jc w:val="center"/>
        <w:tblLayout w:type="fixed"/>
        <w:tblLook w:firstColumn="1" w:firstRow="1" w:lastColumn="0" w:lastRow="0" w:noHBand="0" w:noVBand="1" w:val="04A0"/>
      </w:tblPr>
      <w:tblGrid>
        <w:gridCol w:w="623"/>
        <w:gridCol w:w="2551"/>
        <w:gridCol w:w="1020"/>
        <w:gridCol w:w="2324"/>
        <w:gridCol w:w="3855"/>
      </w:tblGrid>
      <w:tr>
        <w:trPr>
          <w:tblHeader w:val="true"/>
        </w:trPr>
        <w:tc>
          <w:tcPr>
            <w:tcW w:type="dxa" w:w="623"/>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No.</w:t>
            </w:r>
          </w:p>
        </w:tc>
        <w:tc>
          <w:tcPr>
            <w:tcW w:type="dxa" w:w="2551"/>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Word / Phrase</w:t>
            </w:r>
          </w:p>
        </w:tc>
        <w:tc>
          <w:tcPr>
            <w:tcW w:type="dxa" w:w="1020"/>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Type</w:t>
            </w:r>
          </w:p>
        </w:tc>
        <w:tc>
          <w:tcPr>
            <w:tcW w:type="dxa" w:w="2324"/>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IPA</w:t>
            </w:r>
          </w:p>
        </w:tc>
        <w:tc>
          <w:tcPr>
            <w:tcW w:type="dxa" w:w="3855"/>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Meaning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bin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/bɪn/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thùng rác</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charity</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/ˈtʃærəti/</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tổ chức từ thiện</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clean up</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(phr 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/ˌkliːn ˈʌp/</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dọn sạch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environment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/ɪnˈvaɪrənmənt/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môi trường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glass</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/ɡlɑːs/</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thủy tinh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6</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green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/ɡriːn/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thân thiện môi trường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7</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litter</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/ˈlɪtə(r)/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rác; xả rác</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8</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natural</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/ˈnætʃrəl/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tự nhiên</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9</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plastic</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/ˈplæstɪk/</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nhựa</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10</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pollute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/pəˈluːt/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gây ô nhiễm</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recycle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/ˌriːˈsaɪkl/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tái chế</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reduce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/rɪˈdjuːs/</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giảm</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refillable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/ˌriːˈfɪləbl/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có thể làm đầy lại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reusable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/ˌriːˈjuːzəbl/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có thể tái sử dụng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reuse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/ˌriːˈjuːz/</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tái sử dụng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16</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rubbish</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/ˈrʌbɪʃ/</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rác thải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17</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save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/seɪv/</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tiết kiệm, bảo vệ</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18</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shopping bag</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 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/ˈʃɒpɪŋ bæɡ/</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túi mua sắm</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19</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swap</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/swɒp/</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trao đổi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20</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tap</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/tæp/</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vòi nước</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throw away</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(phr 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/ˌθrəʊ əˈweɪ/</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vứt bỏ</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water pollution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 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/ˈwɔːtə pəˌluːʃn/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ô nhiễm nước</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wrap</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/ræp/</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gói, bọc</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protect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/prəˈtekt/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bảo vệ</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electricity</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/ɪˌlekˈtrɪsəti/</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điện</w:t>
            </w:r>
          </w:p>
        </w:tc>
      </w:tr>
    </w:tbl>
    <w:p>
      <w:pPr>
        <w:keepNext/>
        <w:keepLines/>
        <w:spacing w:before="80" w:after="40"/>
      </w:pPr>
      <w:r>
        <w:rPr>
          <w:rFonts w:ascii="Times New Roman" w:hAnsi="Times New Roman" w:eastAsia="Times New Roman"/>
          <w:b/>
          <w:color w:val="1254B7"/>
          <w:sz w:val="26"/>
        </w:rPr>
        <w:t>❖  B. WORD FORM</w:t>
      </w:r>
    </w:p>
    <w:tbl>
      <w:tblPr>
        <w:tblW w:type="auto" w:w="0"/>
        <w:jc w:val="center"/>
        <w:tblLayout w:type="fixed"/>
        <w:tblLook w:firstColumn="1" w:firstRow="1" w:lastColumn="0" w:lastRow="0" w:noHBand="0" w:noVBand="1" w:val="04A0"/>
      </w:tblPr>
      <w:tblGrid>
        <w:gridCol w:w="5187"/>
        <w:gridCol w:w="5187"/>
      </w:tblGrid>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1. </w:t>
            </w:r>
            <w:r>
              <w:rPr>
                <w:rFonts w:ascii="Times New Roman" w:hAnsi="Times New Roman" w:eastAsia="Times New Roman"/>
                <w:color w:val="000000"/>
                <w:sz w:val="20"/>
              </w:rPr>
              <w:t>recycle (v): tái chế; recycling (n); recyclable (adj); recycled (adj)</w:t>
            </w:r>
          </w:p>
        </w:tc>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2. </w:t>
            </w:r>
            <w:r>
              <w:rPr>
                <w:rFonts w:ascii="Times New Roman" w:hAnsi="Times New Roman" w:eastAsia="Times New Roman"/>
                <w:color w:val="000000"/>
                <w:sz w:val="20"/>
              </w:rPr>
              <w:t>pollute (v): gây ô nhiễm; pollution (n); polluted (adj); pollutant (n)</w:t>
            </w:r>
          </w:p>
        </w:tc>
      </w:tr>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3. </w:t>
            </w:r>
            <w:r>
              <w:rPr>
                <w:rFonts w:ascii="Times New Roman" w:hAnsi="Times New Roman" w:eastAsia="Times New Roman"/>
                <w:color w:val="000000"/>
                <w:sz w:val="20"/>
              </w:rPr>
              <w:t>environment (n): môi trường; environmental (adj); environmentally (adv)</w:t>
            </w:r>
          </w:p>
        </w:tc>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4. </w:t>
            </w:r>
            <w:r>
              <w:rPr>
                <w:rFonts w:ascii="Times New Roman" w:hAnsi="Times New Roman" w:eastAsia="Times New Roman"/>
                <w:color w:val="000000"/>
                <w:sz w:val="20"/>
              </w:rPr>
              <w:t>reuse (v/n): tái sử dụng; reusable (adj); used (adj); useless (adj)</w:t>
            </w:r>
          </w:p>
        </w:tc>
      </w:tr>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5. </w:t>
            </w:r>
            <w:r>
              <w:rPr>
                <w:rFonts w:ascii="Times New Roman" w:hAnsi="Times New Roman" w:eastAsia="Times New Roman"/>
                <w:color w:val="000000"/>
                <w:sz w:val="20"/>
              </w:rPr>
              <w:t>protect (v): bảo vệ; protection (n); protective (adj); protector (n)</w:t>
            </w:r>
          </w:p>
        </w:tc>
        <w:tc>
          <w:tcPr>
            <w:tcW w:type="dxa" w:w="5187"/>
            <w:tcMar>
              <w:top w:w="50" w:type="dxa"/>
              <w:start w:w="70" w:type="dxa"/>
              <w:bottom w:w="50" w:type="dxa"/>
              <w:end w:w="70" w:type="dxa"/>
            </w:tcMar>
          </w:tcPr>
          <w:p/>
        </w:tc>
      </w:tr>
    </w:tbl>
    <w:p>
      <w:pPr>
        <w:keepNext/>
        <w:keepLines/>
        <w:spacing w:before="80" w:after="40"/>
      </w:pPr>
      <w:r>
        <w:rPr>
          <w:rFonts w:ascii="Times New Roman" w:hAnsi="Times New Roman" w:eastAsia="Times New Roman"/>
          <w:b/>
          <w:color w:val="1254B7"/>
          <w:sz w:val="26"/>
        </w:rPr>
        <w:t>❖  C. GRAMMAR</w:t>
      </w:r>
    </w:p>
    <w:p>
      <w:pPr>
        <w:keepNext/>
        <w:keepLines/>
        <w:spacing w:before="60" w:after="20"/>
      </w:pPr>
      <w:r>
        <w:rPr>
          <w:rFonts w:ascii="Times New Roman" w:hAnsi="Times New Roman" w:eastAsia="Times New Roman"/>
          <w:b/>
          <w:color w:val="1254B7"/>
          <w:sz w:val="23"/>
        </w:rPr>
        <w:t>1. Articles: a, an, the</w:t>
      </w:r>
    </w:p>
    <w:p>
      <w:pPr>
        <w:spacing w:after="0"/>
        <w:ind w:left="227" w:hanging="170"/>
      </w:pPr>
      <w:r>
        <w:rPr>
          <w:rFonts w:ascii="Times New Roman" w:hAnsi="Times New Roman" w:eastAsia="Times New Roman"/>
          <w:color w:val="000000"/>
          <w:sz w:val="20"/>
        </w:rPr>
        <w:t>• Dùng a/an trước danh từ đếm được số ít khi nhắc lần đầu; a trước âm phụ âm, an trước âm nguyên âm.</w:t>
      </w:r>
    </w:p>
    <w:p>
      <w:pPr>
        <w:spacing w:after="0"/>
        <w:ind w:left="227" w:hanging="170"/>
      </w:pPr>
      <w:r>
        <w:rPr>
          <w:rFonts w:ascii="Times New Roman" w:hAnsi="Times New Roman" w:eastAsia="Times New Roman"/>
          <w:color w:val="000000"/>
          <w:sz w:val="20"/>
        </w:rPr>
        <w:t>• Dùng the khi người nghe biết rõ sự vật hoặc sự vật đã được nhắc đến.</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shd w:fill="F2F2F2"/>
            <w:tcBorders>
              <w:top w:val="single" w:sz="8" w:color="1254B7"/>
              <w:left w:val="single" w:sz="8" w:color="1254B7"/>
              <w:bottom w:val="single" w:sz="8" w:color="1254B7"/>
              <w:right w:val="single" w:sz="8" w:color="1254B7"/>
            </w:tcBorders>
          </w:tcPr>
          <w:p>
            <w:pPr>
              <w:jc w:val="center"/>
            </w:pPr>
            <w:r>
              <w:rPr>
                <w:rFonts w:ascii="Times New Roman" w:hAnsi="Times New Roman" w:eastAsia="Times New Roman"/>
                <w:b/>
                <w:color w:val="1254B7"/>
                <w:sz w:val="21"/>
              </w:rPr>
              <w:t>a reusable bag; an old bottle; the bag on the table.</w:t>
            </w:r>
          </w:p>
        </w:tc>
      </w:tr>
    </w:tbl>
    <w:p>
      <w:pPr>
        <w:keepNext/>
        <w:keepLines/>
        <w:spacing w:before="60" w:after="20"/>
      </w:pPr>
      <w:r>
        <w:rPr>
          <w:rFonts w:ascii="Times New Roman" w:hAnsi="Times New Roman" w:eastAsia="Times New Roman"/>
          <w:b/>
          <w:color w:val="1254B7"/>
          <w:sz w:val="23"/>
        </w:rPr>
        <w:t>2. First conditional</w:t>
      </w:r>
    </w:p>
    <w:p>
      <w:pPr>
        <w:spacing w:after="0"/>
        <w:ind w:left="227" w:hanging="170"/>
      </w:pPr>
      <w:r>
        <w:rPr>
          <w:rFonts w:ascii="Times New Roman" w:hAnsi="Times New Roman" w:eastAsia="Times New Roman"/>
          <w:color w:val="000000"/>
          <w:sz w:val="20"/>
        </w:rPr>
        <w:t>• Dùng để diễn tả điều kiện có thể xảy ra ở hiện tại hoặc tương lai.</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shd w:fill="F2F2F2"/>
            <w:tcBorders>
              <w:top w:val="single" w:sz="8" w:color="1254B7"/>
              <w:left w:val="single" w:sz="8" w:color="1254B7"/>
              <w:bottom w:val="single" w:sz="8" w:color="1254B7"/>
              <w:right w:val="single" w:sz="8" w:color="1254B7"/>
            </w:tcBorders>
          </w:tcPr>
          <w:p>
            <w:pPr>
              <w:jc w:val="center"/>
            </w:pPr>
            <w:r>
              <w:rPr>
                <w:rFonts w:ascii="Times New Roman" w:hAnsi="Times New Roman" w:eastAsia="Times New Roman"/>
                <w:b/>
                <w:color w:val="1254B7"/>
                <w:sz w:val="21"/>
              </w:rPr>
              <w:t>If + S + present simple, S + will / won't + V-inf.</w:t>
            </w:r>
          </w:p>
        </w:tc>
      </w:tr>
    </w:tbl>
    <w:p>
      <w:r>
        <w:br w:type="page"/>
      </w:r>
    </w:p>
    <w:p>
      <w:pPr>
        <w:keepNext/>
        <w:keepLines/>
        <w:spacing w:before="80" w:after="40"/>
      </w:pPr>
      <w:r>
        <w:rPr>
          <w:rFonts w:ascii="Times New Roman" w:hAnsi="Times New Roman" w:eastAsia="Times New Roman"/>
          <w:b/>
          <w:color w:val="1254B7"/>
          <w:sz w:val="26"/>
        </w:rPr>
        <w:t>❖  EXERCISES</w:t>
      </w:r>
    </w:p>
    <w:p>
      <w:pPr>
        <w:keepNext/>
        <w:keepLines/>
        <w:spacing w:before="80" w:after="40"/>
      </w:pPr>
      <w:r>
        <w:rPr>
          <w:rFonts w:ascii="Times New Roman" w:hAnsi="Times New Roman" w:eastAsia="Times New Roman"/>
          <w:b/>
          <w:color w:val="1254B7"/>
          <w:sz w:val="26"/>
        </w:rPr>
        <w:t>❖  PHONETICS</w:t>
      </w:r>
    </w:p>
    <w:p>
      <w:pPr>
        <w:keepNext/>
        <w:keepLines/>
        <w:spacing w:before="40" w:after="20"/>
      </w:pPr>
      <w:r>
        <w:rPr>
          <w:rFonts w:ascii="Times New Roman" w:hAnsi="Times New Roman" w:eastAsia="Times New Roman"/>
          <w:b/>
          <w:color w:val="1254B7"/>
          <w:sz w:val="22"/>
        </w:rPr>
        <w:t>Exercise 1: Choose the word whose underlined vowel is pronounced differently (/ɑː/ or /æ/).</w:t>
      </w:r>
    </w:p>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glass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class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plant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bag</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car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park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garden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plastic</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basket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natural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package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large</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tap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wrap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last</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farm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start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park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can</w:t>
            </w:r>
          </w:p>
        </w:tc>
      </w:tr>
    </w:tbl>
    <w:p>
      <w:pPr>
        <w:spacing w:after="0"/>
        <w:ind w:left="0" w:firstLine="0"/>
      </w:pPr>
      <w:r>
        <w:rPr>
          <w:rFonts w:ascii="Times New Roman" w:hAnsi="Times New Roman" w:eastAsia="Times New Roman"/>
          <w:b w:val="0"/>
          <w:i w:val="0"/>
          <w:color w:val="000000"/>
          <w:sz w:val="21"/>
        </w:rPr>
        <w:t xml:space="preserve">6.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bag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plastic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glass</w:t>
            </w:r>
          </w:p>
        </w:tc>
      </w:tr>
    </w:tbl>
    <w:p>
      <w:pPr>
        <w:spacing w:after="0"/>
        <w:ind w:left="0" w:firstLine="0"/>
      </w:pPr>
      <w:r>
        <w:rPr>
          <w:rFonts w:ascii="Times New Roman" w:hAnsi="Times New Roman" w:eastAsia="Times New Roman"/>
          <w:b w:val="0"/>
          <w:i w:val="0"/>
          <w:color w:val="000000"/>
          <w:sz w:val="21"/>
        </w:rPr>
        <w:t xml:space="preserve">7.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plant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class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after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natural</w:t>
            </w:r>
          </w:p>
        </w:tc>
      </w:tr>
    </w:tbl>
    <w:p>
      <w:pPr>
        <w:spacing w:after="0"/>
        <w:ind w:left="0" w:firstLine="0"/>
      </w:pPr>
      <w:r>
        <w:rPr>
          <w:rFonts w:ascii="Times New Roman" w:hAnsi="Times New Roman" w:eastAsia="Times New Roman"/>
          <w:b w:val="0"/>
          <w:i w:val="0"/>
          <w:color w:val="000000"/>
          <w:sz w:val="21"/>
        </w:rPr>
        <w:t xml:space="preserve">8.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car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far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large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map</w:t>
            </w:r>
          </w:p>
        </w:tc>
      </w:tr>
    </w:tbl>
    <w:p>
      <w:pPr>
        <w:spacing w:after="0"/>
        <w:ind w:left="0" w:firstLine="0"/>
      </w:pPr>
      <w:r>
        <w:rPr>
          <w:rFonts w:ascii="Times New Roman" w:hAnsi="Times New Roman" w:eastAsia="Times New Roman"/>
          <w:b w:val="0"/>
          <w:i w:val="0"/>
          <w:color w:val="000000"/>
          <w:sz w:val="21"/>
        </w:rPr>
        <w:t xml:space="preserve">9.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reusable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paper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save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glass</w:t>
            </w:r>
          </w:p>
        </w:tc>
      </w:tr>
    </w:tbl>
    <w:p>
      <w:pPr>
        <w:spacing w:after="0"/>
        <w:ind w:left="0" w:firstLine="0"/>
      </w:pPr>
      <w:r>
        <w:rPr>
          <w:rFonts w:ascii="Times New Roman" w:hAnsi="Times New Roman" w:eastAsia="Times New Roman"/>
          <w:b w:val="0"/>
          <w:i w:val="0"/>
          <w:color w:val="000000"/>
          <w:sz w:val="21"/>
        </w:rPr>
        <w:t xml:space="preserve">10.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bath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path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half</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back</w:t>
            </w:r>
          </w:p>
        </w:tc>
      </w:tr>
    </w:tbl>
    <w:p>
      <w:pPr>
        <w:keepNext/>
        <w:keepLines/>
        <w:spacing w:before="40" w:after="20"/>
      </w:pPr>
      <w:r>
        <w:rPr>
          <w:rFonts w:ascii="Times New Roman" w:hAnsi="Times New Roman" w:eastAsia="Times New Roman"/>
          <w:b/>
          <w:color w:val="1254B7"/>
          <w:sz w:val="22"/>
        </w:rPr>
        <w:t>Exercise 2: Mark the letter A, B, C, or D to indicate the word that differs in stress pattern.</w:t>
      </w:r>
    </w:p>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rubbish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plastic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litter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reduce</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recycle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refill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charity</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natural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environment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pollution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electricity</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shopping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water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paper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protect</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reusable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refillable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recyclable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garden</w:t>
            </w:r>
          </w:p>
        </w:tc>
      </w:tr>
    </w:tbl>
    <w:p>
      <w:pPr>
        <w:keepNext/>
        <w:keepLines/>
        <w:spacing w:before="80" w:after="40"/>
      </w:pPr>
      <w:r>
        <w:rPr>
          <w:rFonts w:ascii="Times New Roman" w:hAnsi="Times New Roman" w:eastAsia="Times New Roman"/>
          <w:b/>
          <w:color w:val="1254B7"/>
          <w:sz w:val="26"/>
        </w:rPr>
        <w:t>❖  VOCABULARY AND GRAMMAR</w:t>
      </w:r>
    </w:p>
    <w:p>
      <w:pPr>
        <w:keepNext/>
        <w:keepLines/>
        <w:spacing w:before="40" w:after="20"/>
      </w:pPr>
      <w:r>
        <w:rPr>
          <w:rFonts w:ascii="Times New Roman" w:hAnsi="Times New Roman" w:eastAsia="Times New Roman"/>
          <w:b/>
          <w:color w:val="1254B7"/>
          <w:sz w:val="22"/>
        </w:rPr>
        <w:t>Exercise 3: Mark the letter A, B, C, or D to indicate the correct answer to each question.</w:t>
      </w:r>
    </w:p>
    <w:p>
      <w:pPr>
        <w:spacing w:after="0"/>
        <w:ind w:left="0" w:firstLine="0"/>
      </w:pPr>
      <w:r>
        <w:rPr>
          <w:rFonts w:ascii="Times New Roman" w:hAnsi="Times New Roman" w:eastAsia="Times New Roman"/>
          <w:b w:val="0"/>
          <w:i w:val="0"/>
          <w:color w:val="000000"/>
          <w:sz w:val="21"/>
        </w:rPr>
        <w:t>1. Which word or phrase means 'thùng rác'?</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charity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clean up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environment</w:t>
            </w:r>
          </w:p>
        </w:tc>
      </w:tr>
    </w:tbl>
    <w:p>
      <w:pPr>
        <w:spacing w:after="0"/>
        <w:ind w:left="0" w:firstLine="0"/>
      </w:pPr>
      <w:r>
        <w:rPr>
          <w:rFonts w:ascii="Times New Roman" w:hAnsi="Times New Roman" w:eastAsia="Times New Roman"/>
          <w:b w:val="0"/>
          <w:i w:val="0"/>
          <w:color w:val="000000"/>
          <w:sz w:val="21"/>
        </w:rPr>
        <w:t>2. Which word or phrase means 'tổ chức từ thiện'?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glass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charity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green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litter</w:t>
            </w:r>
          </w:p>
        </w:tc>
      </w:tr>
    </w:tbl>
    <w:p>
      <w:pPr>
        <w:spacing w:after="0"/>
        <w:ind w:left="0" w:firstLine="0"/>
      </w:pPr>
      <w:r>
        <w:rPr>
          <w:rFonts w:ascii="Times New Roman" w:hAnsi="Times New Roman" w:eastAsia="Times New Roman"/>
          <w:b w:val="0"/>
          <w:i w:val="0"/>
          <w:color w:val="000000"/>
          <w:sz w:val="21"/>
        </w:rPr>
        <w:t>3. Which word or phrase means 'dọn sạch'?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natural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plastic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clean up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pollute</w:t>
            </w:r>
          </w:p>
        </w:tc>
      </w:tr>
    </w:tbl>
    <w:p>
      <w:pPr>
        <w:spacing w:after="0"/>
        <w:ind w:left="0" w:firstLine="0"/>
      </w:pPr>
      <w:r>
        <w:rPr>
          <w:rFonts w:ascii="Times New Roman" w:hAnsi="Times New Roman" w:eastAsia="Times New Roman"/>
          <w:b w:val="0"/>
          <w:i w:val="0"/>
          <w:color w:val="000000"/>
          <w:sz w:val="21"/>
        </w:rPr>
        <w:t>4. Which word or phrase means 'môi trường'?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recycle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reduce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refillable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environment</w:t>
            </w:r>
          </w:p>
        </w:tc>
      </w:tr>
    </w:tbl>
    <w:p>
      <w:pPr>
        <w:spacing w:after="0"/>
        <w:ind w:left="0" w:firstLine="0"/>
      </w:pPr>
      <w:r>
        <w:rPr>
          <w:rFonts w:ascii="Times New Roman" w:hAnsi="Times New Roman" w:eastAsia="Times New Roman"/>
          <w:b w:val="0"/>
          <w:i w:val="0"/>
          <w:color w:val="000000"/>
          <w:sz w:val="21"/>
        </w:rPr>
        <w:t>5. Which word or phrase means 'thủy tinh'?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glass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reusable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reuse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rubbish</w:t>
            </w:r>
          </w:p>
        </w:tc>
      </w:tr>
    </w:tbl>
    <w:p>
      <w:pPr>
        <w:spacing w:after="0"/>
        <w:ind w:left="0" w:firstLine="0"/>
      </w:pPr>
      <w:r>
        <w:rPr>
          <w:rFonts w:ascii="Times New Roman" w:hAnsi="Times New Roman" w:eastAsia="Times New Roman"/>
          <w:b w:val="0"/>
          <w:i w:val="0"/>
          <w:color w:val="000000"/>
          <w:sz w:val="21"/>
        </w:rPr>
        <w:t>6. Which word or phrase means 'thân thiện môi trường'?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save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green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shopping bag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swap</w:t>
            </w:r>
          </w:p>
        </w:tc>
      </w:tr>
    </w:tbl>
    <w:p>
      <w:pPr>
        <w:spacing w:after="0"/>
        <w:ind w:left="0" w:firstLine="0"/>
      </w:pPr>
      <w:r>
        <w:rPr>
          <w:rFonts w:ascii="Times New Roman" w:hAnsi="Times New Roman" w:eastAsia="Times New Roman"/>
          <w:b w:val="0"/>
          <w:i w:val="0"/>
          <w:color w:val="000000"/>
          <w:sz w:val="21"/>
        </w:rPr>
        <w:t>7. Which word or phrase means 'rác; xả rác'?</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tap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throw away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litter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water pollution</w:t>
            </w:r>
          </w:p>
        </w:tc>
      </w:tr>
    </w:tbl>
    <w:p>
      <w:pPr>
        <w:spacing w:after="0"/>
        <w:ind w:left="0" w:firstLine="0"/>
      </w:pPr>
      <w:r>
        <w:rPr>
          <w:rFonts w:ascii="Times New Roman" w:hAnsi="Times New Roman" w:eastAsia="Times New Roman"/>
          <w:b w:val="0"/>
          <w:i w:val="0"/>
          <w:color w:val="000000"/>
          <w:sz w:val="21"/>
        </w:rPr>
        <w:t>8. Put paper, cans and bottles in the correct recycling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wrap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protect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electricity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bin</w:t>
            </w:r>
          </w:p>
        </w:tc>
      </w:tr>
    </w:tbl>
    <w:p>
      <w:pPr>
        <w:spacing w:after="0"/>
        <w:ind w:left="0" w:firstLine="0"/>
      </w:pPr>
      <w:r>
        <w:rPr>
          <w:rFonts w:ascii="Times New Roman" w:hAnsi="Times New Roman" w:eastAsia="Times New Roman"/>
          <w:b w:val="0"/>
          <w:i w:val="0"/>
          <w:color w:val="000000"/>
          <w:sz w:val="21"/>
        </w:rPr>
        <w:t>9. We should _____ plastic bags instead of using new ones.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reuse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charity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clean up</w:t>
            </w:r>
          </w:p>
        </w:tc>
      </w:tr>
    </w:tbl>
    <w:p>
      <w:pPr>
        <w:spacing w:after="0"/>
        <w:ind w:left="0" w:firstLine="0"/>
      </w:pPr>
      <w:r>
        <w:rPr>
          <w:rFonts w:ascii="Times New Roman" w:hAnsi="Times New Roman" w:eastAsia="Times New Roman"/>
          <w:b w:val="0"/>
          <w:i w:val="0"/>
          <w:color w:val="000000"/>
          <w:sz w:val="21"/>
        </w:rPr>
        <w:t>10. Turn off the _____ while you brush your teeth.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environment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tap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glass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green</w:t>
            </w:r>
          </w:p>
        </w:tc>
      </w:tr>
    </w:tbl>
    <w:p>
      <w:pPr>
        <w:spacing w:after="0"/>
        <w:ind w:left="0" w:firstLine="0"/>
      </w:pPr>
      <w:r>
        <w:rPr>
          <w:rFonts w:ascii="Times New Roman" w:hAnsi="Times New Roman" w:eastAsia="Times New Roman"/>
          <w:b w:val="0"/>
          <w:i w:val="0"/>
          <w:color w:val="000000"/>
          <w:sz w:val="21"/>
        </w:rPr>
        <w:t>11. Do not _____ old clothes; give them to charity.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litter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natural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throw away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plastic</w:t>
            </w:r>
          </w:p>
        </w:tc>
      </w:tr>
    </w:tbl>
    <w:p>
      <w:pPr>
        <w:spacing w:after="0"/>
        <w:ind w:left="0" w:firstLine="0"/>
      </w:pPr>
      <w:r>
        <w:rPr>
          <w:rFonts w:ascii="Times New Roman" w:hAnsi="Times New Roman" w:eastAsia="Times New Roman"/>
          <w:b w:val="0"/>
          <w:i w:val="0"/>
          <w:color w:val="000000"/>
          <w:sz w:val="21"/>
        </w:rPr>
        <w:t>12. A _____ bottle can be used many times.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pollute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recycle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reduce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refillable</w:t>
            </w:r>
          </w:p>
        </w:tc>
      </w:tr>
    </w:tbl>
    <w:p>
      <w:pPr>
        <w:spacing w:after="0"/>
        <w:ind w:left="0" w:firstLine="0"/>
      </w:pPr>
      <w:r>
        <w:rPr>
          <w:rFonts w:ascii="Times New Roman" w:hAnsi="Times New Roman" w:eastAsia="Times New Roman"/>
          <w:b w:val="0"/>
          <w:i w:val="0"/>
          <w:color w:val="000000"/>
          <w:sz w:val="21"/>
        </w:rPr>
        <w:t>13. The class will _____ the beach on Saturday.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clean up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reusable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reuse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rubbish</w:t>
            </w:r>
          </w:p>
        </w:tc>
      </w:tr>
    </w:tbl>
    <w:p>
      <w:pPr>
        <w:spacing w:after="0"/>
        <w:ind w:left="0" w:firstLine="0"/>
      </w:pPr>
      <w:r>
        <w:rPr>
          <w:rFonts w:ascii="Times New Roman" w:hAnsi="Times New Roman" w:eastAsia="Times New Roman"/>
          <w:b w:val="0"/>
          <w:i w:val="0"/>
          <w:color w:val="000000"/>
          <w:sz w:val="21"/>
        </w:rPr>
        <w:t>14. Factories can _____ rivers if they release dirty water.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save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pollute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shopping bag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swap</w:t>
            </w:r>
          </w:p>
        </w:tc>
      </w:tr>
    </w:tbl>
    <w:p>
      <w:pPr>
        <w:spacing w:after="0"/>
        <w:ind w:left="0" w:firstLine="0"/>
      </w:pPr>
      <w:r>
        <w:rPr>
          <w:rFonts w:ascii="Times New Roman" w:hAnsi="Times New Roman" w:eastAsia="Times New Roman"/>
          <w:b w:val="0"/>
          <w:i w:val="0"/>
          <w:color w:val="000000"/>
          <w:sz w:val="21"/>
        </w:rPr>
        <w:t>15. We can _____ clothes with friends instead of buying more.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tap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throw away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swap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water pollution</w:t>
            </w:r>
          </w:p>
        </w:tc>
      </w:tr>
    </w:tbl>
    <w:p>
      <w:pPr>
        <w:spacing w:after="0"/>
        <w:ind w:left="0" w:firstLine="0"/>
      </w:pPr>
      <w:r>
        <w:rPr>
          <w:rFonts w:ascii="Times New Roman" w:hAnsi="Times New Roman" w:eastAsia="Times New Roman"/>
          <w:b w:val="0"/>
          <w:i w:val="0"/>
          <w:color w:val="000000"/>
          <w:sz w:val="21"/>
        </w:rPr>
        <w:t>16. I bought _____ reusable bag yesterday.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 article</w:t>
            </w:r>
          </w:p>
        </w:tc>
      </w:tr>
    </w:tbl>
    <w:p>
      <w:pPr>
        <w:spacing w:after="0"/>
        <w:ind w:left="0" w:firstLine="0"/>
      </w:pPr>
      <w:r>
        <w:rPr>
          <w:rFonts w:ascii="Times New Roman" w:hAnsi="Times New Roman" w:eastAsia="Times New Roman"/>
          <w:b w:val="0"/>
          <w:i w:val="0"/>
          <w:color w:val="000000"/>
          <w:sz w:val="21"/>
        </w:rPr>
        <w:t>17. Please put the bottle in _____ blue bin over there.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 article</w:t>
            </w:r>
          </w:p>
        </w:tc>
      </w:tr>
    </w:tbl>
    <w:p>
      <w:pPr>
        <w:spacing w:after="0"/>
        <w:ind w:left="0" w:firstLine="0"/>
      </w:pPr>
      <w:r>
        <w:rPr>
          <w:rFonts w:ascii="Times New Roman" w:hAnsi="Times New Roman" w:eastAsia="Times New Roman"/>
          <w:b w:val="0"/>
          <w:i w:val="0"/>
          <w:color w:val="000000"/>
          <w:sz w:val="21"/>
        </w:rPr>
        <w:t>18. We saw _____ old television beside the road.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some</w:t>
            </w:r>
          </w:p>
        </w:tc>
      </w:tr>
    </w:tbl>
    <w:p>
      <w:pPr>
        <w:spacing w:after="0"/>
        <w:ind w:left="0" w:firstLine="0"/>
      </w:pPr>
      <w:r>
        <w:rPr>
          <w:rFonts w:ascii="Times New Roman" w:hAnsi="Times New Roman" w:eastAsia="Times New Roman"/>
          <w:b w:val="0"/>
          <w:i w:val="0"/>
          <w:color w:val="000000"/>
          <w:sz w:val="21"/>
        </w:rPr>
        <w:t>19. If we recycle paper, we _____ save trees.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would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are</w:t>
            </w:r>
          </w:p>
        </w:tc>
      </w:tr>
    </w:tbl>
    <w:p>
      <w:pPr>
        <w:spacing w:after="0"/>
        <w:ind w:left="0" w:firstLine="0"/>
      </w:pPr>
      <w:r>
        <w:rPr>
          <w:rFonts w:ascii="Times New Roman" w:hAnsi="Times New Roman" w:eastAsia="Times New Roman"/>
          <w:b w:val="0"/>
          <w:i w:val="0"/>
          <w:color w:val="000000"/>
          <w:sz w:val="21"/>
        </w:rPr>
        <w:t>20. If people _____ less plastic, the streets will be cleaner.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uses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will 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used</w:t>
            </w:r>
          </w:p>
        </w:tc>
      </w:tr>
    </w:tbl>
    <w:p>
      <w:pPr>
        <w:spacing w:after="0"/>
        <w:ind w:left="0" w:firstLine="0"/>
      </w:pPr>
      <w:r>
        <w:rPr>
          <w:rFonts w:ascii="Times New Roman" w:hAnsi="Times New Roman" w:eastAsia="Times New Roman"/>
          <w:b w:val="0"/>
          <w:i w:val="0"/>
          <w:color w:val="000000"/>
          <w:sz w:val="21"/>
        </w:rPr>
        <w:t>21. The air will be fresher if more people _____ bicycles.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ride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will ride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rode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riding</w:t>
            </w:r>
          </w:p>
        </w:tc>
      </w:tr>
    </w:tbl>
    <w:p>
      <w:pPr>
        <w:spacing w:after="0"/>
        <w:ind w:left="0" w:firstLine="0"/>
      </w:pPr>
      <w:r>
        <w:rPr>
          <w:rFonts w:ascii="Times New Roman" w:hAnsi="Times New Roman" w:eastAsia="Times New Roman"/>
          <w:b w:val="0"/>
          <w:i w:val="0"/>
          <w:color w:val="000000"/>
          <w:sz w:val="21"/>
        </w:rPr>
        <w:t>22. If you leave the tap on, you _____ water.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waste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will waste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wasted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are waste</w:t>
            </w:r>
          </w:p>
        </w:tc>
      </w:tr>
    </w:tbl>
    <w:p>
      <w:pPr>
        <w:spacing w:after="0"/>
        <w:ind w:left="0" w:firstLine="0"/>
      </w:pPr>
      <w:r>
        <w:rPr>
          <w:rFonts w:ascii="Times New Roman" w:hAnsi="Times New Roman" w:eastAsia="Times New Roman"/>
          <w:b w:val="0"/>
          <w:i w:val="0"/>
          <w:color w:val="000000"/>
          <w:sz w:val="21"/>
        </w:rPr>
        <w:t>23. _____ Earth is our home.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 article</w:t>
            </w:r>
          </w:p>
        </w:tc>
      </w:tr>
    </w:tbl>
    <w:p>
      <w:pPr>
        <w:spacing w:after="0"/>
        <w:ind w:left="0" w:firstLine="0"/>
      </w:pPr>
      <w:r>
        <w:rPr>
          <w:rFonts w:ascii="Times New Roman" w:hAnsi="Times New Roman" w:eastAsia="Times New Roman"/>
          <w:b w:val="0"/>
          <w:i w:val="0"/>
          <w:color w:val="000000"/>
          <w:sz w:val="21"/>
        </w:rPr>
        <w:t>24. Mai gave me _____ useful idea for reducing waste.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some</w:t>
            </w:r>
          </w:p>
        </w:tc>
      </w:tr>
    </w:tbl>
    <w:p>
      <w:pPr>
        <w:spacing w:after="0"/>
        <w:ind w:left="0" w:firstLine="0"/>
      </w:pPr>
      <w:r>
        <w:rPr>
          <w:rFonts w:ascii="Times New Roman" w:hAnsi="Times New Roman" w:eastAsia="Times New Roman"/>
          <w:b w:val="0"/>
          <w:i w:val="0"/>
          <w:color w:val="000000"/>
          <w:sz w:val="21"/>
        </w:rPr>
        <w:t>25. If it _____ tomorrow, we will clean the park on Sunday.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rain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rains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will rain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rained</w:t>
            </w:r>
          </w:p>
        </w:tc>
      </w:tr>
    </w:tbl>
    <w:p>
      <w:pPr>
        <w:spacing w:after="0"/>
        <w:ind w:left="0" w:firstLine="0"/>
      </w:pPr>
      <w:r>
        <w:rPr>
          <w:rFonts w:ascii="Times New Roman" w:hAnsi="Times New Roman" w:eastAsia="Times New Roman"/>
          <w:b w:val="0"/>
          <w:i w:val="0"/>
          <w:color w:val="000000"/>
          <w:sz w:val="21"/>
        </w:rPr>
        <w:t>26. What will happen if we _____ the lights?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don't turn off</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won't turn off</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didn't turn off</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not turn off</w:t>
            </w:r>
          </w:p>
        </w:tc>
      </w:tr>
    </w:tbl>
    <w:p>
      <w:pPr>
        <w:spacing w:after="0"/>
        <w:ind w:left="0" w:firstLine="0"/>
      </w:pPr>
      <w:r>
        <w:rPr>
          <w:rFonts w:ascii="Times New Roman" w:hAnsi="Times New Roman" w:eastAsia="Times New Roman"/>
          <w:b w:val="0"/>
          <w:i w:val="0"/>
          <w:color w:val="000000"/>
          <w:sz w:val="21"/>
        </w:rPr>
        <w:t>27. There is _____ recycling centre near my school.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 article</w:t>
            </w:r>
          </w:p>
        </w:tc>
      </w:tr>
    </w:tbl>
    <w:p>
      <w:pPr>
        <w:spacing w:after="0"/>
        <w:ind w:left="0" w:firstLine="0"/>
      </w:pPr>
      <w:r>
        <w:rPr>
          <w:rFonts w:ascii="Times New Roman" w:hAnsi="Times New Roman" w:eastAsia="Times New Roman"/>
          <w:b w:val="0"/>
          <w:i w:val="0"/>
          <w:color w:val="000000"/>
          <w:sz w:val="21"/>
        </w:rPr>
        <w:t>28. I found a glass bottle. _____ bottle was still clean.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Some</w:t>
            </w:r>
          </w:p>
        </w:tc>
      </w:tr>
    </w:tbl>
    <w:p>
      <w:pPr>
        <w:spacing w:after="0"/>
        <w:ind w:left="0" w:firstLine="0"/>
      </w:pPr>
      <w:r>
        <w:rPr>
          <w:rFonts w:ascii="Times New Roman" w:hAnsi="Times New Roman" w:eastAsia="Times New Roman"/>
          <w:b w:val="0"/>
          <w:i w:val="0"/>
          <w:color w:val="000000"/>
          <w:sz w:val="21"/>
        </w:rPr>
        <w:t>29. If everyone helps, our neighbourhood _____ greener.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becomes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will become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became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become</w:t>
            </w:r>
          </w:p>
        </w:tc>
      </w:tr>
    </w:tbl>
    <w:p>
      <w:pPr>
        <w:spacing w:after="0"/>
        <w:ind w:left="0" w:firstLine="0"/>
      </w:pPr>
      <w:r>
        <w:rPr>
          <w:rFonts w:ascii="Times New Roman" w:hAnsi="Times New Roman" w:eastAsia="Times New Roman"/>
          <w:b w:val="0"/>
          <w:i w:val="0"/>
          <w:color w:val="000000"/>
          <w:sz w:val="21"/>
        </w:rPr>
        <w:t>30. We should use _____ Internet to share green ideas.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 article</w:t>
            </w:r>
          </w:p>
        </w:tc>
      </w:tr>
    </w:tbl>
    <w:p>
      <w:pPr>
        <w:keepNext/>
        <w:keepLines/>
        <w:spacing w:before="40" w:after="20"/>
      </w:pPr>
      <w:r>
        <w:rPr>
          <w:rFonts w:ascii="Times New Roman" w:hAnsi="Times New Roman" w:eastAsia="Times New Roman"/>
          <w:b/>
          <w:color w:val="1254B7"/>
          <w:sz w:val="22"/>
        </w:rPr>
        <w:t>Exercise 4: Choose the word(s) CLOSEST in meaning to the underlined word(s).</w:t>
      </w:r>
    </w:p>
    <w:p>
      <w:pPr>
        <w:spacing w:after="0"/>
        <w:ind w:left="0" w:firstLine="0"/>
      </w:pPr>
      <w:r>
        <w:rPr>
          <w:rFonts w:ascii="Times New Roman" w:hAnsi="Times New Roman" w:eastAsia="Times New Roman"/>
          <w:b w:val="0"/>
          <w:i w:val="0"/>
          <w:color w:val="000000"/>
          <w:sz w:val="21"/>
        </w:rPr>
        <w:t>1. We should reduce plastic waste.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make less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make more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collect slowly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buy quickly</w:t>
            </w:r>
          </w:p>
        </w:tc>
      </w:tr>
    </w:tbl>
    <w:p>
      <w:pPr>
        <w:spacing w:after="0"/>
        <w:ind w:left="0" w:firstLine="0"/>
      </w:pPr>
      <w:r>
        <w:rPr>
          <w:rFonts w:ascii="Times New Roman" w:hAnsi="Times New Roman" w:eastAsia="Times New Roman"/>
          <w:b w:val="0"/>
          <w:i w:val="0"/>
          <w:color w:val="000000"/>
          <w:sz w:val="21"/>
        </w:rPr>
        <w:t>2. This bottle is reusable.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can be used again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must be broken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is made of paper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is very expensive</w:t>
            </w:r>
          </w:p>
        </w:tc>
      </w:tr>
    </w:tbl>
    <w:p>
      <w:pPr>
        <w:spacing w:after="0"/>
        <w:ind w:left="0" w:firstLine="0"/>
      </w:pPr>
      <w:r>
        <w:rPr>
          <w:rFonts w:ascii="Times New Roman" w:hAnsi="Times New Roman" w:eastAsia="Times New Roman"/>
          <w:b w:val="0"/>
          <w:i w:val="0"/>
          <w:color w:val="000000"/>
          <w:sz w:val="21"/>
        </w:rPr>
        <w:t>3. Please throw the rubbish in the bin.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waste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water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food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glass</w:t>
            </w:r>
          </w:p>
        </w:tc>
      </w:tr>
    </w:tbl>
    <w:p>
      <w:pPr>
        <w:spacing w:after="0"/>
        <w:ind w:left="0" w:firstLine="0"/>
      </w:pPr>
      <w:r>
        <w:rPr>
          <w:rFonts w:ascii="Times New Roman" w:hAnsi="Times New Roman" w:eastAsia="Times New Roman"/>
          <w:b w:val="0"/>
          <w:i w:val="0"/>
          <w:color w:val="000000"/>
          <w:sz w:val="21"/>
        </w:rPr>
        <w:t>4. The students cleaned up the park.</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made it tidy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built a wall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planted rice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closed it</w:t>
            </w:r>
          </w:p>
        </w:tc>
      </w:tr>
    </w:tbl>
    <w:p>
      <w:pPr>
        <w:spacing w:after="0"/>
        <w:ind w:left="0" w:firstLine="0"/>
      </w:pPr>
      <w:r>
        <w:rPr>
          <w:rFonts w:ascii="Times New Roman" w:hAnsi="Times New Roman" w:eastAsia="Times New Roman"/>
          <w:b w:val="0"/>
          <w:i w:val="0"/>
          <w:color w:val="000000"/>
          <w:sz w:val="21"/>
        </w:rPr>
        <w:t>5. We must protect wild animals.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keep safe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throw away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pollute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swap</w:t>
            </w:r>
          </w:p>
        </w:tc>
      </w:tr>
    </w:tbl>
    <w:p>
      <w:pPr>
        <w:keepNext/>
        <w:keepLines/>
        <w:spacing w:before="40" w:after="20"/>
      </w:pPr>
      <w:r>
        <w:rPr>
          <w:rFonts w:ascii="Times New Roman" w:hAnsi="Times New Roman" w:eastAsia="Times New Roman"/>
          <w:b/>
          <w:color w:val="1254B7"/>
          <w:sz w:val="22"/>
        </w:rPr>
        <w:t>Exercise 5: Choose the word(s) OPPOSITE in meaning to the underlined word(s).</w:t>
      </w:r>
    </w:p>
    <w:p>
      <w:pPr>
        <w:spacing w:after="0"/>
        <w:ind w:left="0" w:firstLine="0"/>
      </w:pPr>
      <w:r>
        <w:rPr>
          <w:rFonts w:ascii="Times New Roman" w:hAnsi="Times New Roman" w:eastAsia="Times New Roman"/>
          <w:b w:val="0"/>
          <w:i w:val="0"/>
          <w:color w:val="000000"/>
          <w:sz w:val="21"/>
        </w:rPr>
        <w:t>1. The river is polluted.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dirty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clean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deep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long</w:t>
            </w:r>
          </w:p>
        </w:tc>
      </w:tr>
    </w:tbl>
    <w:p>
      <w:pPr>
        <w:spacing w:after="0"/>
        <w:ind w:left="0" w:firstLine="0"/>
      </w:pPr>
      <w:r>
        <w:rPr>
          <w:rFonts w:ascii="Times New Roman" w:hAnsi="Times New Roman" w:eastAsia="Times New Roman"/>
          <w:b w:val="0"/>
          <w:i w:val="0"/>
          <w:color w:val="000000"/>
          <w:sz w:val="21"/>
        </w:rPr>
        <w:t>2. We need to reduce waste.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increase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recycle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reuse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collect</w:t>
            </w:r>
          </w:p>
        </w:tc>
      </w:tr>
    </w:tbl>
    <w:p>
      <w:pPr>
        <w:spacing w:after="0"/>
        <w:ind w:left="0" w:firstLine="0"/>
      </w:pPr>
      <w:r>
        <w:rPr>
          <w:rFonts w:ascii="Times New Roman" w:hAnsi="Times New Roman" w:eastAsia="Times New Roman"/>
          <w:b w:val="0"/>
          <w:i w:val="0"/>
          <w:color w:val="000000"/>
          <w:sz w:val="21"/>
        </w:rPr>
        <w:t>3. This bag is reusable.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green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single-use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large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refillable</w:t>
            </w:r>
          </w:p>
        </w:tc>
      </w:tr>
    </w:tbl>
    <w:p>
      <w:pPr>
        <w:spacing w:after="0"/>
        <w:ind w:left="0" w:firstLine="0"/>
      </w:pPr>
      <w:r>
        <w:rPr>
          <w:rFonts w:ascii="Times New Roman" w:hAnsi="Times New Roman" w:eastAsia="Times New Roman"/>
          <w:b w:val="0"/>
          <w:i w:val="0"/>
          <w:color w:val="000000"/>
          <w:sz w:val="21"/>
        </w:rPr>
        <w:t>4. The park is clean.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beautiful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dirty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quiet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natural</w:t>
            </w:r>
          </w:p>
        </w:tc>
      </w:tr>
    </w:tbl>
    <w:p>
      <w:pPr>
        <w:spacing w:after="0"/>
        <w:ind w:left="0" w:firstLine="0"/>
      </w:pPr>
      <w:r>
        <w:rPr>
          <w:rFonts w:ascii="Times New Roman" w:hAnsi="Times New Roman" w:eastAsia="Times New Roman"/>
          <w:b w:val="0"/>
          <w:i w:val="0"/>
          <w:color w:val="000000"/>
          <w:sz w:val="21"/>
        </w:rPr>
        <w:t>5. Electricity is expensive.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cheap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useful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limited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green</w:t>
            </w:r>
          </w:p>
        </w:tc>
      </w:tr>
    </w:tbl>
    <w:p>
      <w:pPr>
        <w:keepNext/>
        <w:keepLines/>
        <w:spacing w:before="40" w:after="20"/>
      </w:pPr>
      <w:r>
        <w:rPr>
          <w:rFonts w:ascii="Times New Roman" w:hAnsi="Times New Roman" w:eastAsia="Times New Roman"/>
          <w:b/>
          <w:color w:val="1254B7"/>
          <w:sz w:val="22"/>
        </w:rPr>
        <w:t>Exercise 6: Complete the sentences with a/an/the or the correct form in the first conditional.</w:t>
      </w:r>
    </w:p>
    <w:p>
      <w:pPr>
        <w:spacing w:after="0"/>
      </w:pPr>
      <w:r>
        <w:rPr>
          <w:rFonts w:ascii="Times New Roman" w:hAnsi="Times New Roman" w:eastAsia="Times New Roman"/>
          <w:color w:val="000000"/>
          <w:sz w:val="20"/>
        </w:rPr>
        <w:t xml:space="preserve">1. I need _____ bag for these bottles. </w:t>
      </w:r>
    </w:p>
    <w:p>
      <w:pPr>
        <w:spacing w:after="0"/>
      </w:pPr>
      <w:r>
        <w:rPr>
          <w:rFonts w:ascii="Times New Roman" w:hAnsi="Times New Roman" w:eastAsia="Times New Roman"/>
          <w:color w:val="000000"/>
          <w:sz w:val="20"/>
        </w:rPr>
        <w:t xml:space="preserve">2. We visited _____ environmental centre yesterday. </w:t>
      </w:r>
    </w:p>
    <w:p>
      <w:pPr>
        <w:spacing w:after="0"/>
      </w:pPr>
      <w:r>
        <w:rPr>
          <w:rFonts w:ascii="Times New Roman" w:hAnsi="Times New Roman" w:eastAsia="Times New Roman"/>
          <w:color w:val="000000"/>
          <w:sz w:val="20"/>
        </w:rPr>
        <w:t xml:space="preserve">3. Please close _____ window near the door. </w:t>
      </w:r>
    </w:p>
    <w:p>
      <w:pPr>
        <w:spacing w:after="0"/>
      </w:pPr>
      <w:r>
        <w:rPr>
          <w:rFonts w:ascii="Times New Roman" w:hAnsi="Times New Roman" w:eastAsia="Times New Roman"/>
          <w:color w:val="000000"/>
          <w:sz w:val="20"/>
        </w:rPr>
        <w:t xml:space="preserve">4. There is _____ old bin behind the school. </w:t>
      </w:r>
    </w:p>
    <w:p>
      <w:pPr>
        <w:spacing w:after="0"/>
      </w:pPr>
      <w:r>
        <w:rPr>
          <w:rFonts w:ascii="Times New Roman" w:hAnsi="Times New Roman" w:eastAsia="Times New Roman"/>
          <w:color w:val="000000"/>
          <w:sz w:val="20"/>
        </w:rPr>
        <w:t xml:space="preserve">5. I bought a bottle. _____ bottle is refillable. </w:t>
      </w:r>
    </w:p>
    <w:p>
      <w:pPr>
        <w:spacing w:after="0"/>
      </w:pPr>
      <w:r>
        <w:rPr>
          <w:rFonts w:ascii="Times New Roman" w:hAnsi="Times New Roman" w:eastAsia="Times New Roman"/>
          <w:color w:val="000000"/>
          <w:sz w:val="20"/>
        </w:rPr>
        <w:t xml:space="preserve">6. If we _____ paper, we will save trees. (RECYCLE) </w:t>
      </w:r>
    </w:p>
    <w:p>
      <w:pPr>
        <w:spacing w:after="0"/>
      </w:pPr>
      <w:r>
        <w:rPr>
          <w:rFonts w:ascii="Times New Roman" w:hAnsi="Times New Roman" w:eastAsia="Times New Roman"/>
          <w:color w:val="000000"/>
          <w:sz w:val="20"/>
        </w:rPr>
        <w:t xml:space="preserve">7. The river will be cleaner if factories _____ it. (NOT POLLUTE) </w:t>
      </w:r>
    </w:p>
    <w:p>
      <w:pPr>
        <w:spacing w:after="0"/>
      </w:pPr>
      <w:r>
        <w:rPr>
          <w:rFonts w:ascii="Times New Roman" w:hAnsi="Times New Roman" w:eastAsia="Times New Roman"/>
          <w:color w:val="000000"/>
          <w:sz w:val="20"/>
        </w:rPr>
        <w:t xml:space="preserve">8. If Lan uses a reusable bag, she _____ plastic waste. (REDUCE) </w:t>
      </w:r>
    </w:p>
    <w:p>
      <w:pPr>
        <w:spacing w:after="0"/>
      </w:pPr>
      <w:r>
        <w:rPr>
          <w:rFonts w:ascii="Times New Roman" w:hAnsi="Times New Roman" w:eastAsia="Times New Roman"/>
          <w:color w:val="000000"/>
          <w:sz w:val="20"/>
        </w:rPr>
        <w:t xml:space="preserve">9. We _____ electricity if we turn off unused lights. (SAVE) </w:t>
      </w:r>
    </w:p>
    <w:p>
      <w:pPr>
        <w:spacing w:after="0"/>
      </w:pPr>
      <w:r>
        <w:rPr>
          <w:rFonts w:ascii="Times New Roman" w:hAnsi="Times New Roman" w:eastAsia="Times New Roman"/>
          <w:color w:val="000000"/>
          <w:sz w:val="20"/>
        </w:rPr>
        <w:t xml:space="preserve">10. If people _____ rubbish in the street, the town will be dirty. (DROP) </w:t>
      </w:r>
    </w:p>
    <w:p>
      <w:pPr>
        <w:spacing w:after="0"/>
      </w:pPr>
      <w:r>
        <w:rPr>
          <w:rFonts w:ascii="Times New Roman" w:hAnsi="Times New Roman" w:eastAsia="Times New Roman"/>
          <w:color w:val="000000"/>
          <w:sz w:val="20"/>
        </w:rPr>
        <w:t xml:space="preserve">11. If it _____ sunny, we will plant trees. (BE) </w:t>
      </w:r>
    </w:p>
    <w:p>
      <w:pPr>
        <w:spacing w:after="0"/>
      </w:pPr>
      <w:r>
        <w:rPr>
          <w:rFonts w:ascii="Times New Roman" w:hAnsi="Times New Roman" w:eastAsia="Times New Roman"/>
          <w:color w:val="000000"/>
          <w:sz w:val="20"/>
        </w:rPr>
        <w:t xml:space="preserve">12. Animals _____ safer if we protect forests. (BE) </w:t>
      </w:r>
    </w:p>
    <w:p>
      <w:pPr>
        <w:spacing w:after="0"/>
      </w:pPr>
      <w:r>
        <w:rPr>
          <w:rFonts w:ascii="Times New Roman" w:hAnsi="Times New Roman" w:eastAsia="Times New Roman"/>
          <w:color w:val="000000"/>
          <w:sz w:val="20"/>
        </w:rPr>
        <w:t xml:space="preserve">13. If you _____ the tap, you will waste water. (NOT TURN OFF) </w:t>
      </w:r>
    </w:p>
    <w:p>
      <w:pPr>
        <w:spacing w:after="0"/>
      </w:pPr>
      <w:r>
        <w:rPr>
          <w:rFonts w:ascii="Times New Roman" w:hAnsi="Times New Roman" w:eastAsia="Times New Roman"/>
          <w:color w:val="000000"/>
          <w:sz w:val="20"/>
        </w:rPr>
        <w:t xml:space="preserve">14. Our school _____ greener if every class grows plants. (LOOK) </w:t>
      </w:r>
    </w:p>
    <w:p>
      <w:pPr>
        <w:spacing w:after="0"/>
      </w:pPr>
      <w:r>
        <w:rPr>
          <w:rFonts w:ascii="Times New Roman" w:hAnsi="Times New Roman" w:eastAsia="Times New Roman"/>
          <w:color w:val="000000"/>
          <w:sz w:val="20"/>
        </w:rPr>
        <w:t xml:space="preserve">15. If we _____ old clothes, fewer things will become waste. (SWAP) </w:t>
      </w:r>
    </w:p>
    <w:p>
      <w:pPr>
        <w:keepNext/>
        <w:keepLines/>
        <w:spacing w:before="40" w:after="20"/>
      </w:pPr>
      <w:r>
        <w:rPr>
          <w:rFonts w:ascii="Times New Roman" w:hAnsi="Times New Roman" w:eastAsia="Times New Roman"/>
          <w:b/>
          <w:color w:val="1254B7"/>
          <w:sz w:val="22"/>
        </w:rPr>
        <w:t>Exercise 7: Combine or rewrite the sentences using the first conditional or articles.</w:t>
      </w:r>
    </w:p>
    <w:p>
      <w:pPr>
        <w:spacing w:after="0"/>
      </w:pPr>
      <w:r>
        <w:rPr>
          <w:rFonts w:ascii="Times New Roman" w:hAnsi="Times New Roman" w:eastAsia="Times New Roman"/>
          <w:color w:val="000000"/>
          <w:sz w:val="20"/>
        </w:rPr>
        <w:t>1. Recycle paper. You will save trees. (If)</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People use fewer cars. The air will be cleaner. (If)</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We do not protect rivers. Fish will die. (If)</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Turn off the light. You will save electricity. (If)</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I saw a recycling bin. Recycling bin was blue. (Use an article)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She bought reusable bag. (Add an article)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It is old appliance. (Add an article)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Everyone reuses bottles. We will create less waste. (If)</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8: Complete each sentence with the correct form of the word in brackets.</w:t>
      </w:r>
    </w:p>
    <w:p>
      <w:pPr>
        <w:spacing w:after="0"/>
      </w:pPr>
      <w:r>
        <w:rPr>
          <w:rFonts w:ascii="Times New Roman" w:hAnsi="Times New Roman" w:eastAsia="Times New Roman"/>
          <w:color w:val="000000"/>
          <w:sz w:val="20"/>
        </w:rPr>
        <w:t xml:space="preserve">1. Glass and paper are _____. (RECYCLE) </w:t>
      </w:r>
    </w:p>
    <w:p>
      <w:pPr>
        <w:spacing w:after="0"/>
      </w:pPr>
      <w:r>
        <w:rPr>
          <w:rFonts w:ascii="Times New Roman" w:hAnsi="Times New Roman" w:eastAsia="Times New Roman"/>
          <w:color w:val="000000"/>
          <w:sz w:val="20"/>
        </w:rPr>
        <w:t xml:space="preserve">2. Air _____ is a serious problem. (POLLUTE) </w:t>
      </w:r>
    </w:p>
    <w:p>
      <w:pPr>
        <w:spacing w:after="0"/>
      </w:pPr>
      <w:r>
        <w:rPr>
          <w:rFonts w:ascii="Times New Roman" w:hAnsi="Times New Roman" w:eastAsia="Times New Roman"/>
          <w:color w:val="000000"/>
          <w:sz w:val="20"/>
        </w:rPr>
        <w:t xml:space="preserve">3. We joined an _____ club. (ENVIRONMENT) </w:t>
      </w:r>
    </w:p>
    <w:p>
      <w:pPr>
        <w:spacing w:after="0"/>
      </w:pPr>
      <w:r>
        <w:rPr>
          <w:rFonts w:ascii="Times New Roman" w:hAnsi="Times New Roman" w:eastAsia="Times New Roman"/>
          <w:color w:val="000000"/>
          <w:sz w:val="20"/>
        </w:rPr>
        <w:t xml:space="preserve">4. This shopping bag is _____. (REUSE) </w:t>
      </w:r>
    </w:p>
    <w:p>
      <w:pPr>
        <w:spacing w:after="0"/>
      </w:pPr>
      <w:r>
        <w:rPr>
          <w:rFonts w:ascii="Times New Roman" w:hAnsi="Times New Roman" w:eastAsia="Times New Roman"/>
          <w:color w:val="000000"/>
          <w:sz w:val="20"/>
        </w:rPr>
        <w:t xml:space="preserve">5. Wild animals need our _____. (PROTECT) </w:t>
      </w:r>
    </w:p>
    <w:p>
      <w:pPr>
        <w:spacing w:after="0"/>
      </w:pPr>
      <w:r>
        <w:rPr>
          <w:rFonts w:ascii="Times New Roman" w:hAnsi="Times New Roman" w:eastAsia="Times New Roman"/>
          <w:color w:val="000000"/>
          <w:sz w:val="20"/>
        </w:rPr>
        <w:t xml:space="preserve">6. The children collected _____ bottles. (PLASTIC) </w:t>
      </w:r>
    </w:p>
    <w:p>
      <w:pPr>
        <w:spacing w:after="0"/>
      </w:pPr>
      <w:r>
        <w:rPr>
          <w:rFonts w:ascii="Times New Roman" w:hAnsi="Times New Roman" w:eastAsia="Times New Roman"/>
          <w:color w:val="000000"/>
          <w:sz w:val="20"/>
        </w:rPr>
        <w:t xml:space="preserve">7. The park became _____ after the clean-up. (CLEAN) </w:t>
      </w:r>
    </w:p>
    <w:p>
      <w:pPr>
        <w:spacing w:after="0"/>
      </w:pPr>
      <w:r>
        <w:rPr>
          <w:rFonts w:ascii="Times New Roman" w:hAnsi="Times New Roman" w:eastAsia="Times New Roman"/>
          <w:color w:val="000000"/>
          <w:sz w:val="20"/>
        </w:rPr>
        <w:t xml:space="preserve">8. Using less water is an _____ habit. (ENVIRONMENT) </w:t>
      </w:r>
    </w:p>
    <w:p>
      <w:pPr>
        <w:spacing w:after="0"/>
      </w:pPr>
      <w:r>
        <w:rPr>
          <w:rFonts w:ascii="Times New Roman" w:hAnsi="Times New Roman" w:eastAsia="Times New Roman"/>
          <w:color w:val="000000"/>
          <w:sz w:val="20"/>
        </w:rPr>
        <w:t xml:space="preserve">9. The factory water is badly _____. (POLLUTE) </w:t>
      </w:r>
    </w:p>
    <w:p>
      <w:pPr>
        <w:spacing w:after="0"/>
      </w:pPr>
      <w:r>
        <w:rPr>
          <w:rFonts w:ascii="Times New Roman" w:hAnsi="Times New Roman" w:eastAsia="Times New Roman"/>
          <w:color w:val="000000"/>
          <w:sz w:val="20"/>
        </w:rPr>
        <w:t xml:space="preserve">10. The campaign successfully _____ plastic use. (REDUCTION) </w:t>
      </w:r>
    </w:p>
    <w:p>
      <w:pPr>
        <w:keepNext/>
        <w:keepLines/>
        <w:spacing w:before="80" w:after="40"/>
      </w:pPr>
      <w:r>
        <w:rPr>
          <w:rFonts w:ascii="Times New Roman" w:hAnsi="Times New Roman" w:eastAsia="Times New Roman"/>
          <w:b/>
          <w:color w:val="1254B7"/>
          <w:sz w:val="26"/>
        </w:rPr>
        <w:t>❖  COMMUNICATION</w:t>
      </w:r>
    </w:p>
    <w:p>
      <w:pPr>
        <w:keepNext/>
        <w:keepLines/>
        <w:spacing w:before="40" w:after="20"/>
      </w:pPr>
      <w:r>
        <w:rPr>
          <w:rFonts w:ascii="Times New Roman" w:hAnsi="Times New Roman" w:eastAsia="Times New Roman"/>
          <w:b/>
          <w:color w:val="1254B7"/>
          <w:sz w:val="22"/>
        </w:rPr>
        <w:t>Exercise 9: Choose the option that best completes each exchange.</w:t>
      </w:r>
    </w:p>
    <w:p>
      <w:pPr>
        <w:spacing w:after="0"/>
        <w:ind w:left="0" w:firstLine="0"/>
      </w:pPr>
      <w:r>
        <w:rPr>
          <w:rFonts w:ascii="Times New Roman" w:hAnsi="Times New Roman" w:eastAsia="Times New Roman"/>
          <w:b w:val="0"/>
          <w:i w:val="0"/>
          <w:color w:val="000000"/>
          <w:sz w:val="21"/>
        </w:rPr>
        <w:t>1. 'How can we reduce plastic waste?'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Use reusable bags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At the supermarket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Yesterday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 blue bin</w:t>
            </w:r>
          </w:p>
        </w:tc>
      </w:tr>
    </w:tbl>
    <w:p>
      <w:pPr>
        <w:spacing w:after="0"/>
        <w:ind w:left="0" w:firstLine="0"/>
      </w:pPr>
      <w:r>
        <w:rPr>
          <w:rFonts w:ascii="Times New Roman" w:hAnsi="Times New Roman" w:eastAsia="Times New Roman"/>
          <w:b w:val="0"/>
          <w:i w:val="0"/>
          <w:color w:val="000000"/>
          <w:sz w:val="21"/>
        </w:rPr>
        <w:t>2. 'What will happen if we plant trees?'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 air will be cleaner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We planted ten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In the park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They are tall</w:t>
            </w:r>
          </w:p>
        </w:tc>
      </w:tr>
    </w:tbl>
    <w:p>
      <w:pPr>
        <w:spacing w:after="0"/>
        <w:ind w:left="0" w:firstLine="0"/>
      </w:pPr>
      <w:r>
        <w:rPr>
          <w:rFonts w:ascii="Times New Roman" w:hAnsi="Times New Roman" w:eastAsia="Times New Roman"/>
          <w:b w:val="0"/>
          <w:i w:val="0"/>
          <w:color w:val="000000"/>
          <w:sz w:val="21"/>
        </w:rPr>
        <w:t>3. 'Is this bottle recyclable?'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Yes, it 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Yes, it does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No, I won't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It is mine</w:t>
            </w:r>
          </w:p>
        </w:tc>
      </w:tr>
    </w:tbl>
    <w:p>
      <w:pPr>
        <w:spacing w:after="0"/>
        <w:ind w:left="0" w:firstLine="0"/>
      </w:pPr>
      <w:r>
        <w:rPr>
          <w:rFonts w:ascii="Times New Roman" w:hAnsi="Times New Roman" w:eastAsia="Times New Roman"/>
          <w:b w:val="0"/>
          <w:i w:val="0"/>
          <w:color w:val="000000"/>
          <w:sz w:val="21"/>
        </w:rPr>
        <w:t>4. 'Please don't drop litter.'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Sorry, I won't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Yes, it was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No, there isn't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At the bin</w:t>
            </w:r>
          </w:p>
        </w:tc>
      </w:tr>
    </w:tbl>
    <w:p>
      <w:pPr>
        <w:spacing w:after="0"/>
        <w:ind w:left="0" w:firstLine="0"/>
      </w:pPr>
      <w:r>
        <w:rPr>
          <w:rFonts w:ascii="Times New Roman" w:hAnsi="Times New Roman" w:eastAsia="Times New Roman"/>
          <w:b w:val="0"/>
          <w:i w:val="0"/>
          <w:color w:val="000000"/>
          <w:sz w:val="21"/>
        </w:rPr>
        <w:t>5. 'Let's clean up the school yard.'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Good idea!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It's a yard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No, it isn't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Last Saturday</w:t>
            </w:r>
          </w:p>
        </w:tc>
      </w:tr>
    </w:tbl>
    <w:p>
      <w:pPr>
        <w:keepNext/>
        <w:keepLines/>
        <w:spacing w:before="40" w:after="20"/>
      </w:pPr>
      <w:r>
        <w:rPr>
          <w:rFonts w:ascii="Times New Roman" w:hAnsi="Times New Roman" w:eastAsia="Times New Roman"/>
          <w:b/>
          <w:color w:val="1254B7"/>
          <w:sz w:val="22"/>
        </w:rPr>
        <w:t>Exercise 10: Arrange the sentences to make a meaningful conversation.</w:t>
      </w:r>
    </w:p>
    <w:p>
      <w:r>
        <w:rPr>
          <w:rFonts w:ascii="Times New Roman" w:hAnsi="Times New Roman" w:eastAsia="Times New Roman"/>
          <w:b/>
          <w:color w:val="000000"/>
          <w:sz w:val="20"/>
        </w:rPr>
        <w:t>1.</w:t>
      </w:r>
    </w:p>
    <w:p>
      <w:pPr>
        <w:ind w:left="255"/>
      </w:pPr>
      <w:r>
        <w:rPr>
          <w:rFonts w:ascii="Times New Roman" w:hAnsi="Times New Roman" w:eastAsia="Times New Roman"/>
          <w:color w:val="000000"/>
          <w:sz w:val="20"/>
        </w:rPr>
        <w:t>a. What can we do with these bottles?</w:t>
      </w:r>
    </w:p>
    <w:p>
      <w:pPr>
        <w:ind w:left="255"/>
      </w:pPr>
      <w:r>
        <w:rPr>
          <w:rFonts w:ascii="Times New Roman" w:hAnsi="Times New Roman" w:eastAsia="Times New Roman"/>
          <w:color w:val="000000"/>
          <w:sz w:val="20"/>
        </w:rPr>
        <w:t>b. We can recycle or reuse them.</w:t>
      </w:r>
    </w:p>
    <w:p>
      <w:pPr>
        <w:ind w:left="255"/>
      </w:pPr>
      <w:r>
        <w:rPr>
          <w:rFonts w:ascii="Times New Roman" w:hAnsi="Times New Roman" w:eastAsia="Times New Roman"/>
          <w:color w:val="000000"/>
          <w:sz w:val="20"/>
        </w:rPr>
        <w:t>c. Let's make plant pots.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b-a-c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c-a-b</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a-c-b</w:t>
            </w:r>
          </w:p>
        </w:tc>
      </w:tr>
    </w:tbl>
    <w:p>
      <w:r>
        <w:rPr>
          <w:rFonts w:ascii="Times New Roman" w:hAnsi="Times New Roman" w:eastAsia="Times New Roman"/>
          <w:b/>
          <w:color w:val="000000"/>
          <w:sz w:val="20"/>
        </w:rPr>
        <w:t>2.</w:t>
      </w:r>
    </w:p>
    <w:p>
      <w:pPr>
        <w:ind w:left="255"/>
      </w:pPr>
      <w:r>
        <w:rPr>
          <w:rFonts w:ascii="Times New Roman" w:hAnsi="Times New Roman" w:eastAsia="Times New Roman"/>
          <w:color w:val="000000"/>
          <w:sz w:val="20"/>
        </w:rPr>
        <w:t>a. Why do you carry that bag?</w:t>
      </w:r>
    </w:p>
    <w:p>
      <w:pPr>
        <w:ind w:left="255"/>
      </w:pPr>
      <w:r>
        <w:rPr>
          <w:rFonts w:ascii="Times New Roman" w:hAnsi="Times New Roman" w:eastAsia="Times New Roman"/>
          <w:color w:val="000000"/>
          <w:sz w:val="20"/>
        </w:rPr>
        <w:t>b. It is reusable.</w:t>
      </w:r>
    </w:p>
    <w:p>
      <w:pPr>
        <w:ind w:left="255"/>
      </w:pPr>
      <w:r>
        <w:rPr>
          <w:rFonts w:ascii="Times New Roman" w:hAnsi="Times New Roman" w:eastAsia="Times New Roman"/>
          <w:color w:val="000000"/>
          <w:sz w:val="20"/>
        </w:rPr>
        <w:t>c. Does it help the environment?</w:t>
      </w:r>
    </w:p>
    <w:p>
      <w:pPr>
        <w:ind w:left="255"/>
      </w:pPr>
      <w:r>
        <w:rPr>
          <w:rFonts w:ascii="Times New Roman" w:hAnsi="Times New Roman" w:eastAsia="Times New Roman"/>
          <w:color w:val="000000"/>
          <w:sz w:val="20"/>
        </w:rPr>
        <w:t>d. Yes. I don't need plastic bags.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a-c-b-d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b-a-d-c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c-a-b-d</w:t>
            </w:r>
          </w:p>
        </w:tc>
      </w:tr>
    </w:tbl>
    <w:p>
      <w:r>
        <w:rPr>
          <w:rFonts w:ascii="Times New Roman" w:hAnsi="Times New Roman" w:eastAsia="Times New Roman"/>
          <w:b/>
          <w:color w:val="000000"/>
          <w:sz w:val="20"/>
        </w:rPr>
        <w:t>3.</w:t>
      </w:r>
    </w:p>
    <w:p>
      <w:pPr>
        <w:ind w:left="255"/>
      </w:pPr>
      <w:r>
        <w:rPr>
          <w:rFonts w:ascii="Times New Roman" w:hAnsi="Times New Roman" w:eastAsia="Times New Roman"/>
          <w:color w:val="000000"/>
          <w:sz w:val="20"/>
        </w:rPr>
        <w:t>a. The tap is still running.</w:t>
      </w:r>
    </w:p>
    <w:p>
      <w:pPr>
        <w:ind w:left="255"/>
      </w:pPr>
      <w:r>
        <w:rPr>
          <w:rFonts w:ascii="Times New Roman" w:hAnsi="Times New Roman" w:eastAsia="Times New Roman"/>
          <w:color w:val="000000"/>
          <w:sz w:val="20"/>
        </w:rPr>
        <w:t>b. I'll turn it off now.</w:t>
      </w:r>
    </w:p>
    <w:p>
      <w:pPr>
        <w:ind w:left="255"/>
      </w:pPr>
      <w:r>
        <w:rPr>
          <w:rFonts w:ascii="Times New Roman" w:hAnsi="Times New Roman" w:eastAsia="Times New Roman"/>
          <w:color w:val="000000"/>
          <w:sz w:val="20"/>
        </w:rPr>
        <w:t>c. Good. We must save water.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b-a-c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a-b-c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c-b-a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a-c-b</w:t>
            </w:r>
          </w:p>
        </w:tc>
      </w:tr>
    </w:tbl>
    <w:p>
      <w:r>
        <w:br w:type="page"/>
      </w:r>
    </w:p>
    <w:p>
      <w:pPr>
        <w:keepNext/>
        <w:keepLines/>
        <w:spacing w:before="80" w:after="40"/>
      </w:pPr>
      <w:r>
        <w:rPr>
          <w:rFonts w:ascii="Times New Roman" w:hAnsi="Times New Roman" w:eastAsia="Times New Roman"/>
          <w:b/>
          <w:color w:val="1254B7"/>
          <w:sz w:val="26"/>
        </w:rPr>
        <w:t>❖  READING</w:t>
      </w:r>
    </w:p>
    <w:p>
      <w:pPr>
        <w:keepNext/>
        <w:keepLines/>
        <w:spacing w:before="40" w:after="20"/>
      </w:pPr>
      <w:r>
        <w:rPr>
          <w:rFonts w:ascii="Times New Roman" w:hAnsi="Times New Roman" w:eastAsia="Times New Roman"/>
          <w:b/>
          <w:color w:val="1254B7"/>
          <w:sz w:val="22"/>
        </w:rPr>
        <w:t>Exercise 11: Look at each sign or notice. Choose the best answer.</w:t>
      </w:r>
    </w:p>
    <w:tbl>
      <w:tblPr>
        <w:tblW w:type="auto" w:w="0"/>
        <w:jc w:val="center"/>
        <w:tblLayout w:type="fixed"/>
        <w:tblLook w:firstColumn="1" w:firstRow="1" w:lastColumn="0" w:lastRow="0" w:noHBand="0" w:noVBand="1" w:val="04A0"/>
      </w:tblPr>
      <w:tblGrid>
        <w:gridCol w:w="3401"/>
        <w:gridCol w:w="6973"/>
      </w:tblGrid>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1" name="Picture 1"/>
                  <wp:cNvGraphicFramePr>
                    <a:graphicFrameLocks noChangeAspect="1"/>
                  </wp:cNvGraphicFramePr>
                  <a:graphic>
                    <a:graphicData uri="http://schemas.openxmlformats.org/drawingml/2006/picture">
                      <pic:pic>
                        <pic:nvPicPr>
                          <pic:cNvPr id="0" name="unit11_sign1.png"/>
                          <pic:cNvPicPr/>
                        </pic:nvPicPr>
                        <pic:blipFill>
                          <a:blip r:embed="rId11"/>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1. What should people do here?</w:t>
            </w:r>
          </w:p>
          <w:p>
            <w:r>
              <w:rPr>
                <w:rFonts w:ascii="Times New Roman" w:hAnsi="Times New Roman" w:eastAsia="Times New Roman"/>
                <w:b w:val="0"/>
                <w:i w:val="0"/>
                <w:color w:val="000000"/>
                <w:sz w:val="19"/>
              </w:rPr>
              <w:t>A. Put recyclable items in this bin</w:t>
            </w:r>
          </w:p>
          <w:p>
            <w:r>
              <w:rPr>
                <w:rFonts w:ascii="Times New Roman" w:hAnsi="Times New Roman" w:eastAsia="Times New Roman"/>
                <w:b w:val="0"/>
                <w:i w:val="0"/>
                <w:color w:val="000000"/>
                <w:sz w:val="19"/>
              </w:rPr>
              <w:t>B. Throw food on the ground</w:t>
            </w:r>
          </w:p>
          <w:p>
            <w:r>
              <w:rPr>
                <w:rFonts w:ascii="Times New Roman" w:hAnsi="Times New Roman" w:eastAsia="Times New Roman"/>
                <w:b w:val="0"/>
                <w:i w:val="0"/>
                <w:color w:val="000000"/>
                <w:sz w:val="19"/>
              </w:rPr>
              <w:t>C. Buy new bottles</w:t>
            </w:r>
          </w:p>
          <w:p>
            <w:r>
              <w:rPr>
                <w:rFonts w:ascii="Times New Roman" w:hAnsi="Times New Roman" w:eastAsia="Times New Roman"/>
                <w:b w:val="0"/>
                <w:i w:val="0"/>
                <w:color w:val="000000"/>
                <w:sz w:val="19"/>
              </w:rPr>
              <w:t>D. Waste paper</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2" name="Picture 2"/>
                  <wp:cNvGraphicFramePr>
                    <a:graphicFrameLocks noChangeAspect="1"/>
                  </wp:cNvGraphicFramePr>
                  <a:graphic>
                    <a:graphicData uri="http://schemas.openxmlformats.org/drawingml/2006/picture">
                      <pic:pic>
                        <pic:nvPicPr>
                          <pic:cNvPr id="0" name="unit11_sign2.png"/>
                          <pic:cNvPicPr/>
                        </pic:nvPicPr>
                        <pic:blipFill>
                          <a:blip r:embed="rId12"/>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2. What does the notice ask people to do?</w:t>
            </w:r>
          </w:p>
          <w:p>
            <w:r>
              <w:rPr>
                <w:rFonts w:ascii="Times New Roman" w:hAnsi="Times New Roman" w:eastAsia="Times New Roman"/>
                <w:b w:val="0"/>
                <w:i w:val="0"/>
                <w:color w:val="000000"/>
                <w:sz w:val="19"/>
              </w:rPr>
              <w:t>A. Use more water</w:t>
            </w:r>
          </w:p>
          <w:p>
            <w:r>
              <w:rPr>
                <w:rFonts w:ascii="Times New Roman" w:hAnsi="Times New Roman" w:eastAsia="Times New Roman"/>
                <w:b w:val="0"/>
                <w:i w:val="0"/>
                <w:color w:val="000000"/>
                <w:sz w:val="19"/>
              </w:rPr>
              <w:t>B. Use water carefully</w:t>
            </w:r>
          </w:p>
          <w:p>
            <w:r>
              <w:rPr>
                <w:rFonts w:ascii="Times New Roman" w:hAnsi="Times New Roman" w:eastAsia="Times New Roman"/>
                <w:b w:val="0"/>
                <w:i w:val="0"/>
                <w:color w:val="000000"/>
                <w:sz w:val="19"/>
              </w:rPr>
              <w:t>C. Swim here</w:t>
            </w:r>
          </w:p>
          <w:p>
            <w:r>
              <w:rPr>
                <w:rFonts w:ascii="Times New Roman" w:hAnsi="Times New Roman" w:eastAsia="Times New Roman"/>
                <w:b w:val="0"/>
                <w:i w:val="0"/>
                <w:color w:val="000000"/>
                <w:sz w:val="19"/>
              </w:rPr>
              <w:t>D. Open every tap</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3" name="Picture 3"/>
                  <wp:cNvGraphicFramePr>
                    <a:graphicFrameLocks noChangeAspect="1"/>
                  </wp:cNvGraphicFramePr>
                  <a:graphic>
                    <a:graphicData uri="http://schemas.openxmlformats.org/drawingml/2006/picture">
                      <pic:pic>
                        <pic:nvPicPr>
                          <pic:cNvPr id="0" name="unit11_sign3.png"/>
                          <pic:cNvPicPr/>
                        </pic:nvPicPr>
                        <pic:blipFill>
                          <a:blip r:embed="rId13"/>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3. What is not allowed?</w:t>
            </w:r>
          </w:p>
          <w:p>
            <w:r>
              <w:rPr>
                <w:rFonts w:ascii="Times New Roman" w:hAnsi="Times New Roman" w:eastAsia="Times New Roman"/>
                <w:b w:val="0"/>
                <w:i w:val="0"/>
                <w:color w:val="000000"/>
                <w:sz w:val="19"/>
              </w:rPr>
              <w:t>A. Paper</w:t>
            </w:r>
          </w:p>
          <w:p>
            <w:r>
              <w:rPr>
                <w:rFonts w:ascii="Times New Roman" w:hAnsi="Times New Roman" w:eastAsia="Times New Roman"/>
                <w:b w:val="0"/>
                <w:i w:val="0"/>
                <w:color w:val="000000"/>
                <w:sz w:val="19"/>
              </w:rPr>
              <w:t>B. Reusable bags</w:t>
            </w:r>
          </w:p>
          <w:p>
            <w:r>
              <w:rPr>
                <w:rFonts w:ascii="Times New Roman" w:hAnsi="Times New Roman" w:eastAsia="Times New Roman"/>
                <w:b w:val="0"/>
                <w:i w:val="0"/>
                <w:color w:val="000000"/>
                <w:sz w:val="19"/>
              </w:rPr>
              <w:t>C. Plastic bags</w:t>
            </w:r>
          </w:p>
          <w:p>
            <w:r>
              <w:rPr>
                <w:rFonts w:ascii="Times New Roman" w:hAnsi="Times New Roman" w:eastAsia="Times New Roman"/>
                <w:b w:val="0"/>
                <w:i w:val="0"/>
                <w:color w:val="000000"/>
                <w:sz w:val="19"/>
              </w:rPr>
              <w:t>D. Bottles</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4" name="Picture 4"/>
                  <wp:cNvGraphicFramePr>
                    <a:graphicFrameLocks noChangeAspect="1"/>
                  </wp:cNvGraphicFramePr>
                  <a:graphic>
                    <a:graphicData uri="http://schemas.openxmlformats.org/drawingml/2006/picture">
                      <pic:pic>
                        <pic:nvPicPr>
                          <pic:cNvPr id="0" name="unit11_sign4.png"/>
                          <pic:cNvPicPr/>
                        </pic:nvPicPr>
                        <pic:blipFill>
                          <a:blip r:embed="rId14"/>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4. What activity is encouraged?</w:t>
            </w:r>
          </w:p>
          <w:p>
            <w:r>
              <w:rPr>
                <w:rFonts w:ascii="Times New Roman" w:hAnsi="Times New Roman" w:eastAsia="Times New Roman"/>
                <w:b w:val="0"/>
                <w:i w:val="0"/>
                <w:color w:val="000000"/>
                <w:sz w:val="19"/>
              </w:rPr>
              <w:t>A. Cutting trees</w:t>
            </w:r>
          </w:p>
          <w:p>
            <w:r>
              <w:rPr>
                <w:rFonts w:ascii="Times New Roman" w:hAnsi="Times New Roman" w:eastAsia="Times New Roman"/>
                <w:b w:val="0"/>
                <w:i w:val="0"/>
                <w:color w:val="000000"/>
                <w:sz w:val="19"/>
              </w:rPr>
              <w:t>B. Growing trees</w:t>
            </w:r>
          </w:p>
          <w:p>
            <w:r>
              <w:rPr>
                <w:rFonts w:ascii="Times New Roman" w:hAnsi="Times New Roman" w:eastAsia="Times New Roman"/>
                <w:b w:val="0"/>
                <w:i w:val="0"/>
                <w:color w:val="000000"/>
                <w:sz w:val="19"/>
              </w:rPr>
              <w:t>C. Dropping litter</w:t>
            </w:r>
          </w:p>
          <w:p>
            <w:r>
              <w:rPr>
                <w:rFonts w:ascii="Times New Roman" w:hAnsi="Times New Roman" w:eastAsia="Times New Roman"/>
                <w:b w:val="0"/>
                <w:i w:val="0"/>
                <w:color w:val="000000"/>
                <w:sz w:val="19"/>
              </w:rPr>
              <w:t>D. Burning rubbish</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5" name="Picture 5"/>
                  <wp:cNvGraphicFramePr>
                    <a:graphicFrameLocks noChangeAspect="1"/>
                  </wp:cNvGraphicFramePr>
                  <a:graphic>
                    <a:graphicData uri="http://schemas.openxmlformats.org/drawingml/2006/picture">
                      <pic:pic>
                        <pic:nvPicPr>
                          <pic:cNvPr id="0" name="unit11_sign5.png"/>
                          <pic:cNvPicPr/>
                        </pic:nvPicPr>
                        <pic:blipFill>
                          <a:blip r:embed="rId15"/>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5. What should you do when leaving?</w:t>
            </w:r>
          </w:p>
          <w:p>
            <w:r>
              <w:rPr>
                <w:rFonts w:ascii="Times New Roman" w:hAnsi="Times New Roman" w:eastAsia="Times New Roman"/>
                <w:b w:val="0"/>
                <w:i w:val="0"/>
                <w:color w:val="000000"/>
                <w:sz w:val="19"/>
              </w:rPr>
              <w:t>A. Turn off the lights</w:t>
            </w:r>
          </w:p>
          <w:p>
            <w:r>
              <w:rPr>
                <w:rFonts w:ascii="Times New Roman" w:hAnsi="Times New Roman" w:eastAsia="Times New Roman"/>
                <w:b w:val="0"/>
                <w:i w:val="0"/>
                <w:color w:val="000000"/>
                <w:sz w:val="19"/>
              </w:rPr>
              <w:t>B. Open the tap</w:t>
            </w:r>
          </w:p>
          <w:p>
            <w:r>
              <w:rPr>
                <w:rFonts w:ascii="Times New Roman" w:hAnsi="Times New Roman" w:eastAsia="Times New Roman"/>
                <w:b w:val="0"/>
                <w:i w:val="0"/>
                <w:color w:val="000000"/>
                <w:sz w:val="19"/>
              </w:rPr>
              <w:t>C. Use more electricity</w:t>
            </w:r>
          </w:p>
          <w:p>
            <w:r>
              <w:rPr>
                <w:rFonts w:ascii="Times New Roman" w:hAnsi="Times New Roman" w:eastAsia="Times New Roman"/>
                <w:b w:val="0"/>
                <w:i w:val="0"/>
                <w:color w:val="000000"/>
                <w:sz w:val="19"/>
              </w:rPr>
              <w:t>D. Leave the door open</w:t>
            </w:r>
          </w:p>
        </w:tc>
      </w:tr>
    </w:tbl>
    <w:p>
      <w:pPr>
        <w:keepNext/>
        <w:keepLines/>
        <w:spacing w:before="40" w:after="20"/>
      </w:pPr>
      <w:r>
        <w:rPr>
          <w:rFonts w:ascii="Times New Roman" w:hAnsi="Times New Roman" w:eastAsia="Times New Roman"/>
          <w:b/>
          <w:color w:val="1254B7"/>
          <w:sz w:val="22"/>
        </w:rPr>
        <w:t>Exercise 12: Read the advertisements / announcements and choose the best option for each blank.</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GREEN SATURDAY</w:t>
            </w:r>
          </w:p>
          <w:p>
            <w:pPr>
              <w:jc w:val="both"/>
            </w:pPr>
            <w:r>
              <w:rPr>
                <w:rFonts w:ascii="Times New Roman" w:hAnsi="Times New Roman" w:eastAsia="Times New Roman"/>
                <w:color w:val="000000"/>
                <w:sz w:val="20"/>
              </w:rPr>
              <w:t>Join our neighbourhood clean-up this Saturday. Meet at the park entrance at 7.30 a.m. We will collect litter and separate paper, glass (1) _____ plastic. Please bring (2) _____ pair of gloves and a refillable bottle. If everyone helps, the park (3) _____ cleaner by lunchtime. Register (4) _____ Friday.</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because</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 article</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will be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was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be</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before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after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during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between</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SWAP, DON'T SHOP</w:t>
            </w:r>
          </w:p>
          <w:p>
            <w:pPr>
              <w:jc w:val="both"/>
            </w:pPr>
            <w:r>
              <w:rPr>
                <w:rFonts w:ascii="Times New Roman" w:hAnsi="Times New Roman" w:eastAsia="Times New Roman"/>
                <w:color w:val="000000"/>
                <w:sz w:val="20"/>
              </w:rPr>
              <w:t>Bring clean clothes and books to our school swap. You can exchange (1) _____ item you no longer use for something useful. If we reuse more things, we (2) _____ create less waste. The event will be in (3) _____ school hall from 2 to 4 p.m. Money is not needed, (4) _____ all items must be in good condition.</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some</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have</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 article</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and</w:t>
            </w:r>
          </w:p>
        </w:tc>
      </w:tr>
    </w:tbl>
    <w:p>
      <w:pPr>
        <w:keepNext/>
        <w:keepLines/>
        <w:spacing w:before="40" w:after="20"/>
      </w:pPr>
      <w:r>
        <w:rPr>
          <w:rFonts w:ascii="Times New Roman" w:hAnsi="Times New Roman" w:eastAsia="Times New Roman"/>
          <w:b/>
          <w:color w:val="1254B7"/>
          <w:sz w:val="22"/>
        </w:rPr>
        <w:t>Exercise 13: Read each passage and choose the correct word for each blank.</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A LOW-WASTE LUNCH</w:t>
            </w:r>
          </w:p>
          <w:p>
            <w:pPr>
              <w:jc w:val="both"/>
            </w:pPr>
            <w:r>
              <w:rPr>
                <w:rFonts w:ascii="Times New Roman" w:hAnsi="Times New Roman" w:eastAsia="Times New Roman"/>
                <w:color w:val="000000"/>
                <w:sz w:val="20"/>
              </w:rPr>
              <w:t>Mai brings lunch in a reusable box. She carries water in (1) _____ refillable bottle and uses a metal spoon. If she buys fruit, she chooses pieces without plastic (2) _____. After lunch, she puts food waste in the correct bin. She never (3) _____ litter on the ground. If every student follows these habits, the school (4) _____ produce much less rubbish. The changes are small, (5) _____ they make a real difference.</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some</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wrap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wrapping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wrapped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wraps</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drop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drops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dropped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dropping</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has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is</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or</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CLEANER TRANSPORT</w:t>
            </w:r>
          </w:p>
          <w:p>
            <w:pPr>
              <w:jc w:val="both"/>
            </w:pPr>
            <w:r>
              <w:rPr>
                <w:rFonts w:ascii="Times New Roman" w:hAnsi="Times New Roman" w:eastAsia="Times New Roman"/>
                <w:color w:val="000000"/>
                <w:sz w:val="20"/>
              </w:rPr>
              <w:t>Our town has started a bicycle-sharing programme. People can borrow (1) _____ bicycle from stations near schools and markets. If more residents cycle, there (2) _____ be fewer cars on the roads. The air will become cleaner, and people will get more exercise. The town will add more stations if the programme (3) _____ popular. Users must return bicycles on time (4) _____ keep them clean. It is a simple idea for (5) _____ greener town.</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 article</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would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is</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becomes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will become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became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become</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some</w:t>
            </w:r>
          </w:p>
        </w:tc>
      </w:tr>
    </w:tbl>
    <w:p>
      <w:pPr>
        <w:keepNext/>
        <w:keepLines/>
        <w:spacing w:before="40" w:after="20"/>
      </w:pPr>
      <w:r>
        <w:rPr>
          <w:rFonts w:ascii="Times New Roman" w:hAnsi="Times New Roman" w:eastAsia="Times New Roman"/>
          <w:b/>
          <w:color w:val="1254B7"/>
          <w:sz w:val="22"/>
        </w:rPr>
        <w:t>Exercise 14: Read each passage and choose the correct answer to each question.</w:t>
      </w:r>
    </w:p>
    <w:p>
      <w:r>
        <w:rPr>
          <w:rFonts w:ascii="Times New Roman" w:hAnsi="Times New Roman" w:eastAsia="Times New Roman"/>
          <w:b/>
          <w:color w:val="000000"/>
          <w:sz w:val="21"/>
        </w:rPr>
        <w:t>1. THE SCHOOL REPAIR CAFÉ</w:t>
      </w:r>
    </w:p>
    <w:p>
      <w:pPr>
        <w:spacing w:after="20"/>
        <w:jc w:val="both"/>
      </w:pPr>
      <w:r>
        <w:rPr>
          <w:rFonts w:ascii="Times New Roman" w:hAnsi="Times New Roman" w:eastAsia="Times New Roman"/>
          <w:color w:val="000000"/>
          <w:sz w:val="20"/>
        </w:rPr>
        <w:t>Once a month, students at River School bring broken objects to a repair café. Parents and local volunteers help them fix lamps, toys, bicycles and small appliances. Before each repair, the students learn how the object works and why it stopped working. Items that cannot be fixed are separated into metal, plastic and electronic waste for safe recycling. Last month, the café repaired thirty-two objects. The activity reduces rubbish, saves families money and teaches practical skills. It also shows students that an old object can still be useful.</w:t>
      </w:r>
    </w:p>
    <w:p>
      <w:pPr>
        <w:spacing w:after="0"/>
        <w:ind w:left="0" w:firstLine="0"/>
      </w:pPr>
      <w:r>
        <w:rPr>
          <w:rFonts w:ascii="Times New Roman" w:hAnsi="Times New Roman" w:eastAsia="Times New Roman"/>
          <w:b w:val="0"/>
          <w:i w:val="0"/>
          <w:color w:val="000000"/>
          <w:sz w:val="21"/>
        </w:rPr>
        <w:t>1. How often does the repair café happen?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Every week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Once a month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Twice a year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Every day</w:t>
            </w:r>
          </w:p>
        </w:tc>
      </w:tr>
    </w:tbl>
    <w:p>
      <w:pPr>
        <w:spacing w:after="0"/>
        <w:ind w:left="0" w:firstLine="0"/>
      </w:pPr>
      <w:r>
        <w:rPr>
          <w:rFonts w:ascii="Times New Roman" w:hAnsi="Times New Roman" w:eastAsia="Times New Roman"/>
          <w:b w:val="0"/>
          <w:i w:val="0"/>
          <w:color w:val="000000"/>
          <w:sz w:val="21"/>
        </w:rPr>
        <w:t>2. Who helps the students?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Only teachers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Parents and volunteers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Tourists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Athletes</w:t>
            </w:r>
          </w:p>
        </w:tc>
      </w:tr>
    </w:tbl>
    <w:p>
      <w:pPr>
        <w:spacing w:after="0"/>
        <w:ind w:left="0" w:firstLine="0"/>
      </w:pPr>
      <w:r>
        <w:rPr>
          <w:rFonts w:ascii="Times New Roman" w:hAnsi="Times New Roman" w:eastAsia="Times New Roman"/>
          <w:b w:val="0"/>
          <w:i w:val="0"/>
          <w:color w:val="000000"/>
          <w:sz w:val="21"/>
        </w:rPr>
        <w:t>3. What happens to items that cannot be fixed?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They are thrown in a river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They are sorted for recycling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They are sold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They stay in class</w:t>
            </w:r>
          </w:p>
        </w:tc>
      </w:tr>
    </w:tbl>
    <w:p>
      <w:pPr>
        <w:spacing w:after="0"/>
        <w:ind w:left="0" w:firstLine="0"/>
      </w:pPr>
      <w:r>
        <w:rPr>
          <w:rFonts w:ascii="Times New Roman" w:hAnsi="Times New Roman" w:eastAsia="Times New Roman"/>
          <w:b w:val="0"/>
          <w:i w:val="0"/>
          <w:color w:val="000000"/>
          <w:sz w:val="21"/>
        </w:rPr>
        <w:t>4. How many objects were repaired last month?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22</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30</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32</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42</w:t>
            </w:r>
          </w:p>
        </w:tc>
      </w:tr>
    </w:tbl>
    <w:p>
      <w:pPr>
        <w:spacing w:after="0"/>
        <w:ind w:left="0" w:firstLine="0"/>
      </w:pPr>
      <w:r>
        <w:rPr>
          <w:rFonts w:ascii="Times New Roman" w:hAnsi="Times New Roman" w:eastAsia="Times New Roman"/>
          <w:b w:val="0"/>
          <w:i w:val="0"/>
          <w:color w:val="000000"/>
          <w:sz w:val="21"/>
        </w:rPr>
        <w:t>5. What is the main idea?</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Repairing and reusing reduce waste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New products are always better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Only bicycles can be repaired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Recycling costs too much</w:t>
            </w:r>
          </w:p>
        </w:tc>
      </w:tr>
    </w:tbl>
    <w:p>
      <w:r>
        <w:rPr>
          <w:rFonts w:ascii="Times New Roman" w:hAnsi="Times New Roman" w:eastAsia="Times New Roman"/>
          <w:b/>
          <w:color w:val="000000"/>
          <w:sz w:val="21"/>
        </w:rPr>
        <w:t>2. A RIVER CLEAN-UP</w:t>
      </w:r>
    </w:p>
    <w:p>
      <w:pPr>
        <w:spacing w:after="20"/>
        <w:jc w:val="both"/>
      </w:pPr>
      <w:r>
        <w:rPr>
          <w:rFonts w:ascii="Times New Roman" w:hAnsi="Times New Roman" w:eastAsia="Times New Roman"/>
          <w:color w:val="000000"/>
          <w:sz w:val="20"/>
        </w:rPr>
        <w:t>On Sunday morning, fifty volunteers met beside the Hoa River. They worked in teams to collect plastic bottles, food wrappers and old fishing line. One team stayed on the riverbank while another used small boats. After two hours, the volunteers had filled twenty large bags. They also put signs near picnic areas asking visitors to take rubbish home. A local scientist explained that plastic can harm fish and birds for many years. The group plans to return next month and invite more schools to join.</w:t>
      </w:r>
    </w:p>
    <w:p>
      <w:pPr>
        <w:spacing w:after="0"/>
        <w:ind w:left="0" w:firstLine="0"/>
      </w:pPr>
      <w:r>
        <w:rPr>
          <w:rFonts w:ascii="Times New Roman" w:hAnsi="Times New Roman" w:eastAsia="Times New Roman"/>
          <w:b w:val="0"/>
          <w:i w:val="0"/>
          <w:color w:val="000000"/>
          <w:sz w:val="21"/>
        </w:rPr>
        <w:t>1. When did volunteers meet?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Sunday morning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Saturday night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Monday afternoon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Friday evening</w:t>
            </w:r>
          </w:p>
        </w:tc>
      </w:tr>
    </w:tbl>
    <w:p>
      <w:pPr>
        <w:spacing w:after="0"/>
        <w:ind w:left="0" w:firstLine="0"/>
      </w:pPr>
      <w:r>
        <w:rPr>
          <w:rFonts w:ascii="Times New Roman" w:hAnsi="Times New Roman" w:eastAsia="Times New Roman"/>
          <w:b w:val="0"/>
          <w:i w:val="0"/>
          <w:color w:val="000000"/>
          <w:sz w:val="21"/>
        </w:rPr>
        <w:t>2. What did one team use?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Buses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Small boats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Robots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Trains</w:t>
            </w:r>
          </w:p>
        </w:tc>
      </w:tr>
    </w:tbl>
    <w:p>
      <w:pPr>
        <w:spacing w:after="0"/>
        <w:ind w:left="0" w:firstLine="0"/>
      </w:pPr>
      <w:r>
        <w:rPr>
          <w:rFonts w:ascii="Times New Roman" w:hAnsi="Times New Roman" w:eastAsia="Times New Roman"/>
          <w:b w:val="0"/>
          <w:i w:val="0"/>
          <w:color w:val="000000"/>
          <w:sz w:val="21"/>
        </w:rPr>
        <w:t>3. How many bags did they fill?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Fifteen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Twenty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Fifty</w:t>
            </w:r>
          </w:p>
        </w:tc>
      </w:tr>
    </w:tbl>
    <w:p>
      <w:pPr>
        <w:spacing w:after="0"/>
        <w:ind w:left="0" w:firstLine="0"/>
      </w:pPr>
      <w:r>
        <w:rPr>
          <w:rFonts w:ascii="Times New Roman" w:hAnsi="Times New Roman" w:eastAsia="Times New Roman"/>
          <w:b w:val="0"/>
          <w:i w:val="0"/>
          <w:color w:val="000000"/>
          <w:sz w:val="21"/>
        </w:rPr>
        <w:t>4. Why did they put up signs?</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To sell tickets</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To ask visitors to take rubbish home</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To mark a race</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To close the river</w:t>
            </w:r>
          </w:p>
        </w:tc>
      </w:tr>
    </w:tbl>
    <w:p>
      <w:pPr>
        <w:spacing w:after="0"/>
        <w:ind w:left="0" w:firstLine="0"/>
      </w:pPr>
      <w:r>
        <w:rPr>
          <w:rFonts w:ascii="Times New Roman" w:hAnsi="Times New Roman" w:eastAsia="Times New Roman"/>
          <w:b w:val="0"/>
          <w:i w:val="0"/>
          <w:color w:val="000000"/>
          <w:sz w:val="21"/>
        </w:rPr>
        <w:t>5. What will the group do next month?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Build a factory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Return and invite schools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Stop all activities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Buy more plastic</w:t>
            </w:r>
          </w:p>
        </w:tc>
      </w:tr>
    </w:tbl>
    <w:p>
      <w:pPr>
        <w:keepNext/>
        <w:keepLines/>
        <w:spacing w:before="40" w:after="20"/>
      </w:pPr>
      <w:r>
        <w:rPr>
          <w:rFonts w:ascii="Times New Roman" w:hAnsi="Times New Roman" w:eastAsia="Times New Roman"/>
          <w:b/>
          <w:color w:val="1254B7"/>
          <w:sz w:val="22"/>
        </w:rPr>
        <w:t>Exercise 15: Choose the sentence that best completes each text.</w:t>
      </w:r>
    </w:p>
    <w:p>
      <w:pPr>
        <w:jc w:val="both"/>
      </w:pPr>
      <w:r>
        <w:rPr>
          <w:rFonts w:ascii="Times New Roman" w:hAnsi="Times New Roman" w:eastAsia="Times New Roman"/>
          <w:color w:val="000000"/>
          <w:sz w:val="20"/>
        </w:rPr>
        <w:t>1. Our class wanted to reduce waste. (1) _____. We counted plastic bottles and paper for one week. (2) _____. Next, we placed labelled bins in the classroom. (3) _____. After a month, the amount of mixed rubbish was much smaller. (4) _____.</w:t>
      </w:r>
    </w:p>
    <w:p>
      <w:pPr>
        <w:ind w:left="255"/>
      </w:pPr>
      <w:r>
        <w:rPr>
          <w:rFonts w:ascii="Times New Roman" w:hAnsi="Times New Roman" w:eastAsia="Times New Roman"/>
          <w:b w:val="0"/>
          <w:i w:val="0"/>
          <w:color w:val="000000"/>
          <w:sz w:val="20"/>
        </w:rPr>
        <w:t>A. First, we studied what we threw away.</w:t>
      </w:r>
    </w:p>
    <w:p>
      <w:pPr>
        <w:ind w:left="255"/>
      </w:pPr>
      <w:r>
        <w:rPr>
          <w:rFonts w:ascii="Times New Roman" w:hAnsi="Times New Roman" w:eastAsia="Times New Roman"/>
          <w:b w:val="0"/>
          <w:i w:val="0"/>
          <w:color w:val="000000"/>
          <w:sz w:val="20"/>
        </w:rPr>
        <w:t>B. The results showed that drink containers were the biggest problem.</w:t>
      </w:r>
    </w:p>
    <w:p>
      <w:pPr>
        <w:ind w:left="255"/>
      </w:pPr>
      <w:r>
        <w:rPr>
          <w:rFonts w:ascii="Times New Roman" w:hAnsi="Times New Roman" w:eastAsia="Times New Roman"/>
          <w:b w:val="0"/>
          <w:i w:val="0"/>
          <w:color w:val="000000"/>
          <w:sz w:val="20"/>
        </w:rPr>
        <w:t>C. Students also brought refillable bottles from home.</w:t>
      </w:r>
    </w:p>
    <w:p>
      <w:pPr>
        <w:ind w:left="255"/>
      </w:pPr>
      <w:r>
        <w:rPr>
          <w:rFonts w:ascii="Times New Roman" w:hAnsi="Times New Roman" w:eastAsia="Times New Roman"/>
          <w:b w:val="0"/>
          <w:i w:val="0"/>
          <w:color w:val="000000"/>
          <w:sz w:val="20"/>
        </w:rPr>
        <w:t>D. We decided to continue the project all year.</w:t>
      </w:r>
    </w:p>
    <w:p>
      <w:pPr>
        <w:jc w:val="both"/>
      </w:pPr>
      <w:r>
        <w:rPr>
          <w:rFonts w:ascii="Times New Roman" w:hAnsi="Times New Roman" w:eastAsia="Times New Roman"/>
          <w:color w:val="000000"/>
          <w:sz w:val="20"/>
        </w:rPr>
        <w:t>2. My family started a small balcony garden. (1) _____. We used old wooden boxes instead of buying new pots. (2) _____. Rainwater from a bucket helps water the plants. (3) _____. Now we have fresh herbs for our meals. (4) _____.</w:t>
      </w:r>
    </w:p>
    <w:p>
      <w:pPr>
        <w:ind w:left="255"/>
      </w:pPr>
      <w:r>
        <w:rPr>
          <w:rFonts w:ascii="Times New Roman" w:hAnsi="Times New Roman" w:eastAsia="Times New Roman"/>
          <w:b w:val="0"/>
          <w:i w:val="0"/>
          <w:color w:val="000000"/>
          <w:sz w:val="20"/>
        </w:rPr>
        <w:t>A. We wanted to grow food and reuse materials.</w:t>
      </w:r>
    </w:p>
    <w:p>
      <w:pPr>
        <w:ind w:left="255"/>
      </w:pPr>
      <w:r>
        <w:rPr>
          <w:rFonts w:ascii="Times New Roman" w:hAnsi="Times New Roman" w:eastAsia="Times New Roman"/>
          <w:b w:val="0"/>
          <w:i w:val="0"/>
          <w:color w:val="000000"/>
          <w:sz w:val="20"/>
        </w:rPr>
        <w:t>B. We filled them with soil and planted herbs.</w:t>
      </w:r>
    </w:p>
    <w:p>
      <w:pPr>
        <w:ind w:left="255"/>
      </w:pPr>
      <w:r>
        <w:rPr>
          <w:rFonts w:ascii="Times New Roman" w:hAnsi="Times New Roman" w:eastAsia="Times New Roman"/>
          <w:b w:val="0"/>
          <w:i w:val="0"/>
          <w:color w:val="000000"/>
          <w:sz w:val="20"/>
        </w:rPr>
        <w:t>C. If the weather is dry, we use only a little tap water.</w:t>
      </w:r>
    </w:p>
    <w:p>
      <w:pPr>
        <w:ind w:left="255"/>
      </w:pPr>
      <w:r>
        <w:rPr>
          <w:rFonts w:ascii="Times New Roman" w:hAnsi="Times New Roman" w:eastAsia="Times New Roman"/>
          <w:b w:val="0"/>
          <w:i w:val="0"/>
          <w:color w:val="000000"/>
          <w:sz w:val="20"/>
        </w:rPr>
        <w:t>D. The garden is green, useful and inexpensive.</w:t>
      </w:r>
    </w:p>
    <w:p>
      <w:r>
        <w:br w:type="page"/>
      </w:r>
    </w:p>
    <w:p>
      <w:pPr>
        <w:keepNext/>
        <w:keepLines/>
        <w:spacing w:before="80" w:after="40"/>
      </w:pPr>
      <w:r>
        <w:rPr>
          <w:rFonts w:ascii="Times New Roman" w:hAnsi="Times New Roman" w:eastAsia="Times New Roman"/>
          <w:b/>
          <w:color w:val="1254B7"/>
          <w:sz w:val="26"/>
        </w:rPr>
        <w:t>❖  WRITING</w:t>
      </w:r>
    </w:p>
    <w:p>
      <w:pPr>
        <w:keepNext/>
        <w:keepLines/>
        <w:spacing w:before="40" w:after="20"/>
      </w:pPr>
      <w:r>
        <w:rPr>
          <w:rFonts w:ascii="Times New Roman" w:hAnsi="Times New Roman" w:eastAsia="Times New Roman"/>
          <w:b/>
          <w:color w:val="1254B7"/>
          <w:sz w:val="22"/>
        </w:rPr>
        <w:t>Exercise 16: Complete the sentences using the guided words and phrases.</w:t>
      </w:r>
    </w:p>
    <w:p>
      <w:pPr>
        <w:spacing w:after="0"/>
      </w:pPr>
      <w:r>
        <w:rPr>
          <w:rFonts w:ascii="Times New Roman" w:hAnsi="Times New Roman" w:eastAsia="Times New Roman"/>
          <w:color w:val="000000"/>
          <w:sz w:val="20"/>
        </w:rPr>
        <w:t>1. if / recycle paper / save trees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buy / a reusable bag / yesterday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turn off / the tap / save water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if / people / cycle more / air / cleaner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not throw away / old clothes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17: Put the words and phrases in the correct order to make meaningful sentences.</w:t>
      </w:r>
    </w:p>
    <w:p>
      <w:pPr>
        <w:spacing w:after="0"/>
      </w:pPr>
      <w:r>
        <w:rPr>
          <w:rFonts w:ascii="Times New Roman" w:hAnsi="Times New Roman" w:eastAsia="Times New Roman"/>
          <w:color w:val="000000"/>
          <w:sz w:val="20"/>
        </w:rPr>
        <w:t>1. if / recycle / we / save / trees / will / paper / we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a / she / reusable / bought / bag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the / put / bottle / bin / in / blue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will / if / cleaner / cycle / air / people / be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old / don't / clothes / away / throw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tap / the / turn off / please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park / an / cleaned / we / old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recyclable / glass / is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9. will / town / everyone / helps / greener / be / if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10. environment / protect / must / the / we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18: Rewrite each sentence so that it is closest in meaning to the original one.</w:t>
      </w:r>
    </w:p>
    <w:p>
      <w:pPr>
        <w:spacing w:after="0"/>
      </w:pPr>
      <w:r>
        <w:rPr>
          <w:rFonts w:ascii="Times New Roman" w:hAnsi="Times New Roman" w:eastAsia="Times New Roman"/>
          <w:color w:val="000000"/>
          <w:sz w:val="20"/>
        </w:rPr>
        <w:t>1. Recycle bottles and you will create less waste.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Use fewer cars and the air will be cleaner.</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I saw old television. (Add an article)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There is reusable bag on the table. (Add an article)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The bin I mean is near the door. (Use 'the')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Do not waste water.</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This bottle can be used again.</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The river has a lot of pollution.</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9. We use less plastic, so we create less rubbish.</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10. Protect forests or animals will lose their homes.</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19: Choose the correct arrangement of the sentences to make a meaningful paragraph / letter.</w:t>
      </w:r>
    </w:p>
    <w:p>
      <w:r>
        <w:rPr>
          <w:rFonts w:ascii="Times New Roman" w:hAnsi="Times New Roman" w:eastAsia="Times New Roman"/>
          <w:b/>
          <w:color w:val="000000"/>
          <w:sz w:val="20"/>
        </w:rPr>
        <w:t>1.</w:t>
      </w:r>
    </w:p>
    <w:p>
      <w:pPr>
        <w:ind w:left="255"/>
      </w:pPr>
      <w:r>
        <w:rPr>
          <w:rFonts w:ascii="Times New Roman" w:hAnsi="Times New Roman" w:eastAsia="Times New Roman"/>
          <w:color w:val="000000"/>
          <w:sz w:val="20"/>
        </w:rPr>
        <w:t>a. Our family follows three simple green rules.</w:t>
      </w:r>
    </w:p>
    <w:p>
      <w:pPr>
        <w:ind w:left="255"/>
      </w:pPr>
      <w:r>
        <w:rPr>
          <w:rFonts w:ascii="Times New Roman" w:hAnsi="Times New Roman" w:eastAsia="Times New Roman"/>
          <w:color w:val="000000"/>
          <w:sz w:val="20"/>
        </w:rPr>
        <w:t>b. First, we use refillable bottles and reusable bags.</w:t>
      </w:r>
    </w:p>
    <w:p>
      <w:pPr>
        <w:ind w:left="255"/>
      </w:pPr>
      <w:r>
        <w:rPr>
          <w:rFonts w:ascii="Times New Roman" w:hAnsi="Times New Roman" w:eastAsia="Times New Roman"/>
          <w:color w:val="000000"/>
          <w:sz w:val="20"/>
        </w:rPr>
        <w:t>c. Second, we turn off lights and taps when they are not needed.</w:t>
      </w:r>
    </w:p>
    <w:p>
      <w:pPr>
        <w:ind w:left="255"/>
      </w:pPr>
      <w:r>
        <w:rPr>
          <w:rFonts w:ascii="Times New Roman" w:hAnsi="Times New Roman" w:eastAsia="Times New Roman"/>
          <w:color w:val="000000"/>
          <w:sz w:val="20"/>
        </w:rPr>
        <w:t>d. Finally, we sort paper, glass and plastic for recycling.</w:t>
      </w:r>
    </w:p>
    <w:p>
      <w:pPr>
        <w:ind w:left="255"/>
      </w:pPr>
      <w:r>
        <w:rPr>
          <w:rFonts w:ascii="Times New Roman" w:hAnsi="Times New Roman" w:eastAsia="Times New Roman"/>
          <w:color w:val="000000"/>
          <w:sz w:val="20"/>
        </w:rPr>
        <w:t>e. These habits save resources and reduce waste.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b-a-d-c-e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a-c-b-e-d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d-a-b-c-e</w:t>
            </w:r>
          </w:p>
        </w:tc>
      </w:tr>
    </w:tbl>
    <w:p>
      <w:r>
        <w:rPr>
          <w:rFonts w:ascii="Times New Roman" w:hAnsi="Times New Roman" w:eastAsia="Times New Roman"/>
          <w:b/>
          <w:color w:val="000000"/>
          <w:sz w:val="20"/>
        </w:rPr>
        <w:t>2.</w:t>
      </w:r>
    </w:p>
    <w:p>
      <w:pPr>
        <w:ind w:left="255"/>
      </w:pPr>
      <w:r>
        <w:rPr>
          <w:rFonts w:ascii="Times New Roman" w:hAnsi="Times New Roman" w:eastAsia="Times New Roman"/>
          <w:color w:val="000000"/>
          <w:sz w:val="20"/>
        </w:rPr>
        <w:t>a. Dear Class 6A,</w:t>
      </w:r>
    </w:p>
    <w:p>
      <w:pPr>
        <w:ind w:left="255"/>
      </w:pPr>
      <w:r>
        <w:rPr>
          <w:rFonts w:ascii="Times New Roman" w:hAnsi="Times New Roman" w:eastAsia="Times New Roman"/>
          <w:color w:val="000000"/>
          <w:sz w:val="20"/>
        </w:rPr>
        <w:t>b. Our Green Club will clean the park this Saturday morning.</w:t>
      </w:r>
    </w:p>
    <w:p>
      <w:pPr>
        <w:ind w:left="255"/>
      </w:pPr>
      <w:r>
        <w:rPr>
          <w:rFonts w:ascii="Times New Roman" w:hAnsi="Times New Roman" w:eastAsia="Times New Roman"/>
          <w:color w:val="000000"/>
          <w:sz w:val="20"/>
        </w:rPr>
        <w:t>c. Please bring gloves, water and a hat.</w:t>
      </w:r>
    </w:p>
    <w:p>
      <w:pPr>
        <w:ind w:left="255"/>
      </w:pPr>
      <w:r>
        <w:rPr>
          <w:rFonts w:ascii="Times New Roman" w:hAnsi="Times New Roman" w:eastAsia="Times New Roman"/>
          <w:color w:val="000000"/>
          <w:sz w:val="20"/>
        </w:rPr>
        <w:t>d. If you want to join, write your name on the list before Friday.</w:t>
      </w:r>
    </w:p>
    <w:p>
      <w:pPr>
        <w:ind w:left="255"/>
      </w:pPr>
      <w:r>
        <w:rPr>
          <w:rFonts w:ascii="Times New Roman" w:hAnsi="Times New Roman" w:eastAsia="Times New Roman"/>
          <w:color w:val="000000"/>
          <w:sz w:val="20"/>
        </w:rPr>
        <w:t>e. The Green Club</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a-c-b-d-e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a-b-c-d-e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b-a-d-c-e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a-b-d-c-e</w:t>
            </w:r>
          </w:p>
        </w:tc>
      </w:tr>
    </w:tbl>
    <w:p>
      <w:pPr>
        <w:keepNext/>
        <w:keepLines/>
        <w:spacing w:before="40" w:after="20"/>
      </w:pPr>
      <w:r>
        <w:rPr>
          <w:rFonts w:ascii="Times New Roman" w:hAnsi="Times New Roman" w:eastAsia="Times New Roman"/>
          <w:b/>
          <w:color w:val="1254B7"/>
          <w:sz w:val="22"/>
        </w:rPr>
        <w:t>Exercise 20: Choose the best sentence to complete each short text.</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WHY REUSE?</w:t>
            </w:r>
          </w:p>
          <w:p>
            <w:pPr>
              <w:jc w:val="both"/>
            </w:pPr>
            <w:r>
              <w:rPr>
                <w:rFonts w:ascii="Times New Roman" w:hAnsi="Times New Roman" w:eastAsia="Times New Roman"/>
                <w:color w:val="000000"/>
                <w:sz w:val="20"/>
              </w:rPr>
              <w:t>Making new products uses energy and natural materials. Reusing a bag, bottle or box keeps it out of the rubbish bin. (1) _____.</w:t>
            </w:r>
          </w:p>
        </w:tc>
      </w:tr>
    </w:tbl>
    <w:p>
      <w:pPr>
        <w:spacing w:after="0"/>
        <w:ind w:left="0" w:firstLine="0"/>
      </w:pPr>
      <w:r>
        <w:rPr>
          <w:rFonts w:ascii="Times New Roman" w:hAnsi="Times New Roman" w:eastAsia="Times New Roman"/>
          <w:b w:val="0"/>
          <w:i w:val="0"/>
          <w:color w:val="000000"/>
          <w:sz w:val="21"/>
        </w:rPr>
        <w:t>1. Which sentence best concludes the text?</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Therefore, reuse is a simple way to protect resources.</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 football match was exciting.</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My city has a palace.</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Robots can speak.</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A GREENER CLASSROOM</w:t>
            </w:r>
          </w:p>
          <w:p>
            <w:pPr>
              <w:jc w:val="both"/>
            </w:pPr>
            <w:r>
              <w:rPr>
                <w:rFonts w:ascii="Times New Roman" w:hAnsi="Times New Roman" w:eastAsia="Times New Roman"/>
                <w:color w:val="000000"/>
                <w:sz w:val="20"/>
              </w:rPr>
              <w:t>Our class uses both sides of every sheet of paper. We switch off the lights during break and bring refillable bottles. (1) _____.</w:t>
            </w:r>
          </w:p>
        </w:tc>
      </w:tr>
    </w:tbl>
    <w:p>
      <w:pPr>
        <w:spacing w:after="0"/>
        <w:ind w:left="0" w:firstLine="0"/>
      </w:pPr>
      <w:r>
        <w:rPr>
          <w:rFonts w:ascii="Times New Roman" w:hAnsi="Times New Roman" w:eastAsia="Times New Roman"/>
          <w:b w:val="0"/>
          <w:i w:val="0"/>
          <w:color w:val="000000"/>
          <w:sz w:val="21"/>
        </w:rPr>
        <w:t>1. Which sentence best completes the text?</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Together, these small habits reduce our classroom waste.</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 museum closes on Monday.</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television is on Channel 3.</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 racket is sports equipment.</w:t>
            </w:r>
          </w:p>
        </w:tc>
      </w:tr>
    </w:tbl>
    <w:p>
      <w:r>
        <w:br w:type="page"/>
      </w:r>
    </w:p>
    <w:p>
      <w:pPr>
        <w:keepNext/>
        <w:keepLines/>
        <w:spacing w:before="80" w:after="40"/>
      </w:pPr>
      <w:r>
        <w:rPr>
          <w:rFonts w:ascii="Times New Roman" w:hAnsi="Times New Roman" w:eastAsia="Times New Roman"/>
          <w:b/>
          <w:color w:val="1254B7"/>
          <w:sz w:val="26"/>
        </w:rPr>
        <w:t>❖  LISTENING</w:t>
      </w:r>
    </w:p>
    <w:p>
      <w:pPr>
        <w:keepNext/>
        <w:keepLines/>
        <w:spacing w:before="40" w:after="20"/>
      </w:pPr>
      <w:r>
        <w:rPr>
          <w:rFonts w:ascii="Times New Roman" w:hAnsi="Times New Roman" w:eastAsia="Times New Roman"/>
          <w:b/>
          <w:color w:val="1254B7"/>
          <w:sz w:val="22"/>
        </w:rPr>
        <w:t>Exercise 21: Listen to the recording and choose the best answer A, B, C, or D.</w:t>
      </w:r>
    </w:p>
    <w:p>
      <w:pPr>
        <w:spacing w:after="0"/>
        <w:ind w:left="0" w:firstLine="0"/>
      </w:pPr>
      <w:r>
        <w:rPr>
          <w:rFonts w:ascii="Times New Roman" w:hAnsi="Times New Roman" w:eastAsia="Times New Roman"/>
          <w:b w:val="0"/>
          <w:i w:val="0"/>
          <w:color w:val="000000"/>
          <w:sz w:val="21"/>
        </w:rPr>
        <w:t>1. What is the challenge called?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Clean River 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Green Classroom Challenge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Future House Contest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Sports Week</w:t>
            </w:r>
          </w:p>
        </w:tc>
      </w:tr>
    </w:tbl>
    <w:p>
      <w:pPr>
        <w:spacing w:after="0"/>
        <w:ind w:left="0" w:firstLine="0"/>
      </w:pPr>
      <w:r>
        <w:rPr>
          <w:rFonts w:ascii="Times New Roman" w:hAnsi="Times New Roman" w:eastAsia="Times New Roman"/>
          <w:b w:val="0"/>
          <w:i w:val="0"/>
          <w:color w:val="000000"/>
          <w:sz w:val="21"/>
        </w:rPr>
        <w:t>2. How many jobs does each class have?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Two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Three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Five</w:t>
            </w:r>
          </w:p>
        </w:tc>
      </w:tr>
    </w:tbl>
    <w:p>
      <w:pPr>
        <w:spacing w:after="0"/>
        <w:ind w:left="0" w:firstLine="0"/>
      </w:pPr>
      <w:r>
        <w:rPr>
          <w:rFonts w:ascii="Times New Roman" w:hAnsi="Times New Roman" w:eastAsia="Times New Roman"/>
          <w:b w:val="0"/>
          <w:i w:val="0"/>
          <w:color w:val="000000"/>
          <w:sz w:val="21"/>
        </w:rPr>
        <w:t>3. What should students record?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Books read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Refillable bottles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Sports scores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TV programmes</w:t>
            </w:r>
          </w:p>
        </w:tc>
      </w:tr>
    </w:tbl>
    <w:p>
      <w:pPr>
        <w:spacing w:after="0"/>
        <w:ind w:left="0" w:firstLine="0"/>
      </w:pPr>
      <w:r>
        <w:rPr>
          <w:rFonts w:ascii="Times New Roman" w:hAnsi="Times New Roman" w:eastAsia="Times New Roman"/>
          <w:b w:val="0"/>
          <w:i w:val="0"/>
          <w:color w:val="000000"/>
          <w:sz w:val="21"/>
        </w:rPr>
        <w:t>4. How long will the challenge last?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One week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Two weeks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Three weeks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Four weeks</w:t>
            </w:r>
          </w:p>
        </w:tc>
      </w:tr>
    </w:tbl>
    <w:p>
      <w:pPr>
        <w:spacing w:after="0"/>
        <w:ind w:left="0" w:firstLine="0"/>
      </w:pPr>
      <w:r>
        <w:rPr>
          <w:rFonts w:ascii="Times New Roman" w:hAnsi="Times New Roman" w:eastAsia="Times New Roman"/>
          <w:b w:val="0"/>
          <w:i w:val="0"/>
          <w:color w:val="000000"/>
          <w:sz w:val="21"/>
        </w:rPr>
        <w:t>5. What will the winning class receive?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 television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Plants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New uniforms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Tickets</w:t>
            </w:r>
          </w:p>
        </w:tc>
      </w:tr>
    </w:tbl>
    <w:p>
      <w:pPr>
        <w:keepNext/>
        <w:keepLines/>
        <w:spacing w:before="40" w:after="20"/>
      </w:pPr>
      <w:r>
        <w:rPr>
          <w:rFonts w:ascii="Times New Roman" w:hAnsi="Times New Roman" w:eastAsia="Times New Roman"/>
          <w:b/>
          <w:color w:val="1254B7"/>
          <w:sz w:val="22"/>
        </w:rPr>
        <w:t>Exercise 22: Listen and decide whether the statements are TRUE (T) or FALSE (F).</w:t>
      </w:r>
    </w:p>
    <w:p>
      <w:r>
        <w:rPr>
          <w:rFonts w:ascii="Times New Roman" w:hAnsi="Times New Roman" w:eastAsia="Times New Roman"/>
          <w:color w:val="000000"/>
          <w:sz w:val="20"/>
        </w:rPr>
        <w:t xml:space="preserve">1. The family uses cloth shopping bags.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2. They throw away all glass jars.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3. Mr Tran checks the lights.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4. Hoa takes longer showers now.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5. The family walks to the market on Sundays.  </w:t>
      </w:r>
      <w:r>
        <w:rPr>
          <w:rFonts w:ascii="Times New Roman" w:hAnsi="Times New Roman" w:eastAsia="Times New Roman"/>
          <w:color w:val="000000"/>
          <w:sz w:val="20"/>
        </w:rPr>
        <w:t>_____</w:t>
      </w:r>
    </w:p>
    <w:p>
      <w:pPr>
        <w:spacing w:before="100"/>
        <w:jc w:val="center"/>
      </w:pPr>
      <w:r>
        <w:rPr>
          <w:rFonts w:ascii="Times New Roman" w:hAnsi="Times New Roman" w:eastAsia="Times New Roman"/>
          <w:b/>
          <w:color w:val="C00000"/>
          <w:sz w:val="24"/>
        </w:rPr>
        <w:t>--- THE END ---</w:t>
      </w:r>
    </w:p>
    <w:sectPr w:rsidR="00FC693F" w:rsidRPr="0006063C" w:rsidSect="00034616">
      <w:headerReference w:type="default" r:id="rId9"/>
      <w:footerReference w:type="default" r:id="rId10"/>
      <w:pgSz w:w="11906" w:h="16838"/>
      <w:pgMar w:top="709" w:right="765" w:bottom="709" w:left="765" w:header="255"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8390"/>
      <w:gridCol w:w="1984"/>
    </w:tblGrid>
    <w:tr>
      <w:tc>
        <w:tcPr>
          <w:tcW w:type="dxa" w:w="8390"/>
          <w:tcMar>
            <w:top w:w="50" w:type="dxa"/>
            <w:start w:w="70" w:type="dxa"/>
            <w:bottom w:w="50" w:type="dxa"/>
            <w:end w:w="70" w:type="dxa"/>
          </w:tcMar>
          <w:tcBorders>
            <w:top w:val="nil"/>
            <w:left w:val="nil"/>
            <w:bottom w:val="nil"/>
            <w:right w:val="nil"/>
          </w:tcBorders>
        </w:tcPr>
        <w:p>
          <w:pPr>
            <w:jc w:val="left"/>
          </w:pPr>
          <w:r>
            <w:rPr>
              <w:rFonts w:ascii="Times New Roman" w:hAnsi="Times New Roman" w:eastAsia="Times New Roman"/>
              <w:b/>
              <w:color w:val="C00000"/>
              <w:sz w:val="20"/>
            </w:rPr>
            <w:t>Bài tập Tiếng Anh 6 (Global Success)</w:t>
          </w:r>
        </w:p>
      </w:tc>
      <w:tc>
        <w:tcPr>
          <w:tcW w:type="dxa" w:w="1984"/>
          <w:tcMar>
            <w:top w:w="50" w:type="dxa"/>
            <w:start w:w="70" w:type="dxa"/>
            <w:bottom w:w="50" w:type="dxa"/>
            <w:end w:w="70" w:type="dxa"/>
          </w:tcMar>
          <w:tcBorders>
            <w:top w:val="nil"/>
            <w:left w:val="nil"/>
            <w:bottom w:val="nil"/>
            <w:right w:val="nil"/>
          </w:tcBorders>
        </w:tcPr>
        <w:p>
          <w:pPr>
            <w:jc w:val="right"/>
          </w:pPr>
          <w:r>
            <w:rPr>
              <w:rFonts w:ascii="Times New Roman" w:hAnsi="Times New Roman" w:eastAsia="Times New Roman"/>
              <w:b/>
              <w:color w:val="C00000"/>
              <w:sz w:val="20"/>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color w:val="C00000"/>
        <w:sz w:val="20"/>
      </w:rPr>
      <w:t>BÀI TẬP TIẾNG ANH 6 - GLOBAL SUCCESS • HỌC KỲ II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eastAsia="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