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LEISURE TIME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2 -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Leisure Time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leisure activities and expressions about likes and dislikes.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balanced use of leisure time, family connection, and respectful participation;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do DIY, make crafts, surf the net, message friends,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leisure time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1: LEISURE TIME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8-9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do DIY, make crafts, surf the net, message friends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do DIY, make crafts, surf the net, message friends;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DIY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make crafts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surf the net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message friends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hang out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play sport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do DIY, make crafts, surf the net, message friends, hang out, play sport, watch videos, read comics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'LEISURE TIME SURVEY'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LEISURE TIME SURVEY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report presenting when students are free, what they do with family, friends, alone, and what they want to try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LEISURE TIME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leisure activities and expressions about likes and dislikes.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/ʊ/ and /uː/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balanced use of leisure time, family connection, and respectful participation;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do DIY, make crafts, surf the net,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/ʊ/ and /uː/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DIY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make crafts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surf the net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message friends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hang out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teen leisure survey, family activities, free-time preferences, healthy screen time;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DIY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make crafts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surf the net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message friends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hang out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play sport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watch videos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 comics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/ʊ/ and /uː/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/ʊ/ and /uː/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cook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book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foot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June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LEISURE TIME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Verbs of liking / disliking + gerunds or to-infinitives.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balanced use of leisure time, family connection, and respectful participation;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verbs of liking / disliking + gerunds or to-infinitives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Verbs of liking / disliking + gerunds or to-infinitives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enjoy making crafts with my sister.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 prefers to play badminton after school.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like/love/enjoy/prefer/hate/dislike + V-ing; some verbs also take to + V. Use the pattern consistently to express preferences.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enjoy making crafts with my sister.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 prefers to play badminton after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They dislike surfing the net for too long.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11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enjoy making crafts with my sister.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 prefers to play badminton after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They dislike surfing the net for too long.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'LEISURE TIME SURVEY'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like/love/enjoy/prefer/hate/dislike + V-ing; some verbs also take to + V. Use the pattern consistently to express preferences.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LEISURE TIME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inviting and accepting invitations.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balanced use of leisure time, family connection, and respectful participation;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Inviting and accepting invitations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Would you like to go to the cooking club with me? B: I'd love to. Thanks.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inviting and accepting invitations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Would you like to go to the cooking club with me? B: I'd love to. Thanks.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teen leisure survey, family activities, free-time preferences, healthy screen time;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do DIY, make crafts, surf the net, message friends, hang out, play sport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LEISURE TIME SURVEY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report presenting when students are free, what they do with family, friends, alone, and what they want to try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LEISURE TIME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leisure activities that teenagers do with their family.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leisure activities with family.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balanced use of leisure time, family connection, and respectful participation;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leisure, family time, activity, benefit.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leisure activities that teenagers do with their family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leisure activities that teenagers do with their family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leisure, family time, activity, benefit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teen leisure survey, family activities, free-time preferences, healthy screen time,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leisure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family time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benefit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Shared leisure activities can strengthen family relationships.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Teenagers choose activities according to time, interests, and family habits.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Readers scan examples to identify specific information.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LEISURE TIME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leisure activities with friends.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an email about leisure activities with friends.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balanced use of leisure time, family connection, and respectful participation;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leisure activities with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15-16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leisure activities with friends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an email about leisure activities with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report presenting when students are free, what they do with family, friends, alone, and what they want to try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1: LEISURE TIME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8 -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balanced use of leisure time, family connection, and respectful participation;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leisure activities and expressions about likes and dislikes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Verbs of liking / disliking + gerunds or to-infinitives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DIY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make crafts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surf the net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message friends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hang out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play sport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watch videos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 comics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Verbs of liking / disliking + gerunds or to-infinitives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like/love/enjoy/prefer/hate/dislike + V-ing; some verbs also take to + V. Use the pattern consistently to express preferences.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enjoy making crafts with my sister.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 prefers to play badminton after school.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'LEISURE TIME SURVEY'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LEISURE TIME SURVEY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survey report presenting when students are free, what they do with family, friends, alone, and what they want to try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1: LEISURE TIME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LEISURE TIME SURVEY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survey report presenting when students are free, what they do with family, friends, alone, and what they want to try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1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8 GLOBAL SUCCESS - UNIT 1: LEISURE TIME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