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sz w:val="26"/>
        </w:rPr>
        <w:t>GLOBAL SUCCESS 6 • UNIT TEST • HCMC-INSPIRED FORMAT</w:t>
      </w:r>
    </w:p>
    <w:p>
      <w:pPr>
        <w:spacing w:after="60"/>
        <w:jc w:val="center"/>
      </w:pPr>
      <w:r>
        <w:rPr>
          <w:rFonts w:ascii="Arial" w:hAnsi="Arial"/>
          <w:b/>
          <w:sz w:val="26"/>
        </w:rPr>
        <w:t>UNIT 2: MY HOUSE  |  TEST 01</w:t>
      </w:r>
    </w:p>
    <w:p>
      <w:pPr>
        <w:spacing w:after="60"/>
        <w:jc w:val="center"/>
      </w:pPr>
      <w:r>
        <w:rPr>
          <w:rFonts w:ascii="Arial" w:hAnsi="Arial"/>
          <w:b w:val="0"/>
          <w:sz w:val="18"/>
        </w:rPr>
        <w:t>40 questions • 7 parts • Suggested time: 60 minutes • English 6 level</w:t>
      </w:r>
    </w:p>
    <w:p>
      <w:pPr>
        <w:spacing w:after="60"/>
      </w:pPr>
      <w:r>
        <w:rPr>
          <w:b w:val="0"/>
          <w:sz w:val="18"/>
        </w:rPr>
        <w:t>Name: __________________________________  Class: ___________  Score: 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1. LANGUAGE USE: Pronunciation, Stress, Vocabulary, Grammar and Communication (Questions 1–14)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chemistry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chair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cheese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child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bag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cat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map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name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enjoy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relax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begin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garden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window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behind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between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before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5. </w:t>
      </w:r>
      <w:r>
        <w:rPr>
          <w:rFonts w:ascii="Arial" w:hAnsi="Arial"/>
          <w:b w:val="0"/>
          <w:sz w:val="19"/>
        </w:rPr>
        <w:t>There ___ a picture on the wall.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6. </w:t>
      </w:r>
      <w:r>
        <w:rPr>
          <w:rFonts w:ascii="Arial" w:hAnsi="Arial"/>
          <w:b w:val="0"/>
          <w:sz w:val="19"/>
        </w:rPr>
        <w:t>There ___ two chairs in my room.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am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7. </w:t>
      </w:r>
      <w:r>
        <w:rPr>
          <w:rFonts w:ascii="Arial" w:hAnsi="Arial"/>
          <w:b w:val="0"/>
          <w:sz w:val="19"/>
        </w:rPr>
        <w:t>We cook dinner in the 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hall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kitchen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bathroom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bedroom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8. </w:t>
      </w:r>
      <w:r>
        <w:rPr>
          <w:rFonts w:ascii="Arial" w:hAnsi="Arial"/>
          <w:b w:val="0"/>
          <w:sz w:val="19"/>
        </w:rPr>
        <w:t>The cat is ___ the table.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under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with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of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9. </w:t>
      </w:r>
      <w:r>
        <w:rPr>
          <w:rFonts w:ascii="Arial" w:hAnsi="Arial"/>
          <w:b w:val="0"/>
          <w:sz w:val="19"/>
        </w:rPr>
        <w:t>My bed is ___ the window.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from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into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near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on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10. </w:t>
      </w:r>
      <w:r>
        <w:rPr>
          <w:rFonts w:ascii="Arial" w:hAnsi="Arial"/>
          <w:b w:val="0"/>
          <w:sz w:val="19"/>
        </w:rPr>
        <w:t>___ there a fridge in the kitchen?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Do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Does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Are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11. </w:t>
      </w:r>
      <w:r>
        <w:rPr>
          <w:rFonts w:ascii="Arial" w:hAnsi="Arial"/>
          <w:b w:val="0"/>
          <w:sz w:val="19"/>
        </w:rPr>
        <w:t>My house ___ three bedrooms.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has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have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having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12. </w:t>
      </w:r>
      <w:r>
        <w:rPr>
          <w:rFonts w:ascii="Arial" w:hAnsi="Arial"/>
          <w:b w:val="0"/>
          <w:sz w:val="19"/>
        </w:rPr>
        <w:t>The books are ___ the shelf.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from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between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on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13. </w:t>
      </w:r>
      <w:r>
        <w:rPr>
          <w:rFonts w:ascii="Arial" w:hAnsi="Arial"/>
          <w:b w:val="0"/>
          <w:sz w:val="19"/>
        </w:rPr>
        <w:t>The kitchen is ___ the living room.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next to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behind of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under of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between of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14. </w:t>
      </w:r>
      <w:r>
        <w:rPr>
          <w:rFonts w:ascii="Arial" w:hAnsi="Arial"/>
          <w:b w:val="0"/>
          <w:sz w:val="19"/>
        </w:rPr>
        <w:t>There isn't ___ TV in my room.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some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many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2. SIGNS AND NOTICES (Questions 15–16)</w:t>
      </w:r>
    </w:p>
    <w:p>
      <w:pPr>
        <w:keepLines/>
        <w:spacing w:after="60" w:before="60"/>
      </w:pPr>
      <w:r>
        <w:rPr>
          <w:b/>
        </w:rPr>
        <w:t>Question 15.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e4f3d1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You can play loud music.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You must bring food.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You must shout.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You must keep quiet in the library.</w:t>
            </w:r>
          </w:p>
        </w:tc>
      </w:tr>
    </w:tbl>
    <w:p>
      <w:pPr>
        <w:keepLines/>
        <w:spacing w:after="60" w:before="60"/>
      </w:pPr>
      <w:r>
        <w:rPr>
          <w:b/>
        </w:rPr>
        <w:t>Question 16.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691835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Do not drop litter here.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Leave rubbish on the ground.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Feed all wild animals.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Pick flowers in the park.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3. CLOZE READING (Questions 17–22)</w:t>
      </w:r>
    </w:p>
    <w:p>
      <w:pPr>
        <w:spacing w:after="60"/>
      </w:pPr>
      <w:r>
        <w:rPr>
          <w:b w:val="0"/>
          <w:sz w:val="19"/>
        </w:rPr>
        <w:t>Hi Alex,</w:t>
        <w:br/>
        <w:t>Our class is learning about my house this week. We are making a (17) ____ about the topic. My friends and I work (18) ____ after school. Our teacher says it is important to (19) ____ carefully. We are (20) ____ because the lesson is interesting. On Friday, we will (21) ____ our ideas to the class. I hope you can (22) ____ our work.</w:t>
        <w:br/>
        <w:t>Best,</w:t>
        <w:br/>
        <w:t>Mai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17. </w:t>
      </w:r>
      <w:r>
        <w:rPr>
          <w:rFonts w:ascii="Arial" w:hAnsi="Arial"/>
          <w:b w:val="0"/>
          <w:sz w:val="19"/>
        </w:rPr>
        <w:t>Complete blank (17)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poster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sandwich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racket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river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18. </w:t>
      </w:r>
      <w:r>
        <w:rPr>
          <w:rFonts w:ascii="Arial" w:hAnsi="Arial"/>
          <w:b w:val="0"/>
          <w:sz w:val="19"/>
        </w:rPr>
        <w:t>Complete blank (18)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never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angry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yesterday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together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19. </w:t>
      </w:r>
      <w:r>
        <w:rPr>
          <w:rFonts w:ascii="Arial" w:hAnsi="Arial"/>
          <w:b w:val="0"/>
          <w:sz w:val="19"/>
        </w:rPr>
        <w:t>Complete blank (19)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listened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listen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listening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listens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20. </w:t>
      </w:r>
      <w:r>
        <w:rPr>
          <w:rFonts w:ascii="Arial" w:hAnsi="Arial"/>
          <w:b w:val="0"/>
          <w:sz w:val="19"/>
        </w:rPr>
        <w:t>Complete blank (20)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happy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sadly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sadness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happiness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21. </w:t>
      </w:r>
      <w:r>
        <w:rPr>
          <w:rFonts w:ascii="Arial" w:hAnsi="Arial"/>
          <w:b w:val="0"/>
          <w:sz w:val="19"/>
        </w:rPr>
        <w:t>Complete blank (21)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presenting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presents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presented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present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22. </w:t>
      </w:r>
      <w:r>
        <w:rPr>
          <w:rFonts w:ascii="Arial" w:hAnsi="Arial"/>
          <w:b w:val="0"/>
          <w:sz w:val="19"/>
        </w:rPr>
        <w:t>Complete blank (22)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see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sees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seeing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4. READING COMPREHENSION (Questions 23–28)</w:t>
      </w:r>
    </w:p>
    <w:p>
      <w:pPr>
        <w:spacing w:after="60"/>
      </w:pPr>
      <w:r>
        <w:rPr>
          <w:b w:val="0"/>
          <w:sz w:val="19"/>
        </w:rPr>
        <w:t>GREENFIELD SCHOOL CLUB – MY HOUSE</w:t>
        <w:br/>
        <w:t>Our club is for family members. Members learn about house. They can see two bedrooms, a kitchen and a living room. Meetings take place every weekend. New members should bring a bedroom. Everyone is welcome, and joining the club is free. The members also prepare a short presentation for their classmates.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23. </w:t>
      </w:r>
      <w:r>
        <w:rPr>
          <w:rFonts w:ascii="Arial" w:hAnsi="Arial"/>
          <w:b w:val="0"/>
          <w:sz w:val="19"/>
        </w:rPr>
        <w:t>The club is about house.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24. </w:t>
      </w:r>
      <w:r>
        <w:rPr>
          <w:rFonts w:ascii="Arial" w:hAnsi="Arial"/>
          <w:b w:val="0"/>
          <w:sz w:val="19"/>
        </w:rPr>
        <w:t>Only teachers can join the club.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25. </w:t>
      </w:r>
      <w:r>
        <w:rPr>
          <w:rFonts w:ascii="Arial" w:hAnsi="Arial"/>
          <w:b w:val="0"/>
          <w:sz w:val="19"/>
        </w:rPr>
        <w:t>Joining the club costs no money.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26. </w:t>
      </w:r>
      <w:r>
        <w:rPr>
          <w:rFonts w:ascii="Arial" w:hAnsi="Arial"/>
          <w:b w:val="0"/>
          <w:sz w:val="19"/>
        </w:rPr>
        <w:t>All meetings are held at midnight.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27. </w:t>
      </w:r>
      <w:r>
        <w:rPr>
          <w:rFonts w:ascii="Arial" w:hAnsi="Arial"/>
          <w:b w:val="0"/>
          <w:sz w:val="19"/>
        </w:rPr>
        <w:t>Who can join the club?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family members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Only parents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Only teachers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Only doctors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28. </w:t>
      </w:r>
      <w:r>
        <w:rPr>
          <w:rFonts w:ascii="Arial" w:hAnsi="Arial"/>
          <w:b w:val="0"/>
          <w:sz w:val="19"/>
        </w:rPr>
        <w:t>What should new members bring?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 bedroom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 swimming pool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 bicycle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 television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5. WORD FORM (Questions 29–34)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29. </w:t>
      </w:r>
      <w:r>
        <w:rPr>
          <w:rFonts w:ascii="Arial" w:hAnsi="Arial"/>
          <w:b w:val="0"/>
          <w:sz w:val="19"/>
        </w:rPr>
        <w:t>My house is very ___. (comfort)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30. </w:t>
      </w:r>
      <w:r>
        <w:rPr>
          <w:rFonts w:ascii="Arial" w:hAnsi="Arial"/>
          <w:b w:val="0"/>
          <w:sz w:val="19"/>
        </w:rPr>
        <w:t>The room is ___. (beauty)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31. </w:t>
      </w:r>
      <w:r>
        <w:rPr>
          <w:rFonts w:ascii="Arial" w:hAnsi="Arial"/>
          <w:b w:val="0"/>
          <w:sz w:val="19"/>
        </w:rPr>
        <w:t>We have two ___. (bedroom)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32. </w:t>
      </w:r>
      <w:r>
        <w:rPr>
          <w:rFonts w:ascii="Arial" w:hAnsi="Arial"/>
          <w:b w:val="0"/>
          <w:sz w:val="19"/>
        </w:rPr>
        <w:t>The kitchen is very ___. (clean)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33. </w:t>
      </w:r>
      <w:r>
        <w:rPr>
          <w:rFonts w:ascii="Arial" w:hAnsi="Arial"/>
          <w:b w:val="0"/>
          <w:sz w:val="19"/>
        </w:rPr>
        <w:t>The house has a lovely ___. (garden)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34. </w:t>
      </w:r>
      <w:r>
        <w:rPr>
          <w:rFonts w:ascii="Arial" w:hAnsi="Arial"/>
          <w:b w:val="0"/>
          <w:sz w:val="19"/>
        </w:rPr>
        <w:t>There are many ___ on the desk. (book)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6. DICTIONARY SKILLS (Questions 35–36)</w:t>
      </w:r>
    </w:p>
    <w:p>
      <w:pPr>
        <w:spacing w:after="60"/>
      </w:pPr>
      <w:r>
        <w:rPr>
          <w:b/>
          <w:sz w:val="18"/>
        </w:rPr>
        <w:t>DICTIONARY ENTRY — balcony (noun/verb): a platform outside an upper-floor room.</w:t>
      </w:r>
    </w:p>
    <w:p>
      <w:pPr>
        <w:spacing w:after="60"/>
      </w:pPr>
      <w:r>
        <w:rPr>
          <w:b w:val="0"/>
          <w:sz w:val="18"/>
        </w:rPr>
        <w:t>Use the headword in the correct form to complete Questions 35–36.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35. </w:t>
      </w:r>
      <w:r>
        <w:rPr>
          <w:rFonts w:ascii="Arial" w:hAnsi="Arial"/>
          <w:b w:val="0"/>
          <w:sz w:val="19"/>
        </w:rPr>
        <w:t>My mother grows flowers on the 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36. </w:t>
      </w:r>
      <w:r>
        <w:rPr>
          <w:rFonts w:ascii="Arial" w:hAnsi="Arial"/>
          <w:b w:val="0"/>
          <w:sz w:val="19"/>
        </w:rPr>
        <w:t>The ___ is outside my bedroom.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7. SENTENCE REWRITING (Questions 37–40)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37. </w:t>
      </w:r>
      <w:r>
        <w:rPr>
          <w:rFonts w:ascii="Arial" w:hAnsi="Arial"/>
          <w:b w:val="0"/>
          <w:sz w:val="19"/>
        </w:rPr>
        <w:t>There are two bedrooms in my house. → My house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38. </w:t>
      </w:r>
      <w:r>
        <w:rPr>
          <w:rFonts w:ascii="Arial" w:hAnsi="Arial"/>
          <w:b w:val="0"/>
          <w:sz w:val="19"/>
        </w:rPr>
        <w:t>The sofa is behind the table. → The table is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39. </w:t>
      </w:r>
      <w:r>
        <w:rPr>
          <w:rFonts w:ascii="Arial" w:hAnsi="Arial"/>
          <w:b w:val="0"/>
          <w:sz w:val="19"/>
        </w:rPr>
        <w:t>My bedroom has a desk. → There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40. </w:t>
      </w:r>
      <w:r>
        <w:rPr>
          <w:rFonts w:ascii="Arial" w:hAnsi="Arial"/>
          <w:b w:val="0"/>
          <w:sz w:val="19"/>
        </w:rPr>
        <w:t>The cat is under the chair. → The chair is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65" w:right="1037" w:bottom="90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sz w:val="16"/>
      </w:rPr>
      <w:t>Original educational practice material | Global Success 6 | HCMC-inspired layout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