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sz w:val="26"/>
        </w:rPr>
        <w:t>GLOBAL SUCCESS 6 • UNIT TEST • HCMC-INSPIRED FORMAT</w:t>
      </w:r>
    </w:p>
    <w:p>
      <w:pPr>
        <w:spacing w:after="60"/>
        <w:jc w:val="center"/>
      </w:pPr>
      <w:r>
        <w:rPr>
          <w:rFonts w:ascii="Arial" w:hAnsi="Arial"/>
          <w:b/>
          <w:sz w:val="26"/>
        </w:rPr>
        <w:t>UNIT 3: MY FRIENDS  |  TEST 01</w:t>
      </w:r>
    </w:p>
    <w:p>
      <w:pPr>
        <w:spacing w:after="60"/>
        <w:jc w:val="center"/>
      </w:pPr>
      <w:r>
        <w:rPr>
          <w:rFonts w:ascii="Arial" w:hAnsi="Arial"/>
          <w:b w:val="0"/>
          <w:sz w:val="18"/>
        </w:rPr>
        <w:t>40 questions • 7 parts • Suggested time: 60 minutes • English 6 level</w:t>
      </w:r>
    </w:p>
    <w:p>
      <w:pPr>
        <w:spacing w:after="60"/>
      </w:pPr>
      <w:r>
        <w:rPr>
          <w:b w:val="0"/>
          <w:sz w:val="18"/>
        </w:rPr>
        <w:t>Name: __________________________________  Class: ___________  Score: 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1. LANGUAGE USE: Pronunciation, Stress, Vocabulary, Grammar and Communication (Questions 1–14)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1. </w:t>
      </w:r>
      <w:r>
        <w:rPr>
          <w:rFonts w:ascii="Arial" w:hAnsi="Arial"/>
          <w:b w:val="0"/>
          <w:sz w:val="19"/>
        </w:rPr>
        <w:t>Choose the word whose underlined part is pronounced differently.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bike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sit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time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five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2. </w:t>
      </w:r>
      <w:r>
        <w:rPr>
          <w:rFonts w:ascii="Arial" w:hAnsi="Arial"/>
          <w:b w:val="0"/>
          <w:sz w:val="19"/>
        </w:rPr>
        <w:t>Choose the word whose underlined part is pronounced differently.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rope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box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home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nose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3. </w:t>
      </w:r>
      <w:r>
        <w:rPr>
          <w:rFonts w:ascii="Arial" w:hAnsi="Arial"/>
          <w:b w:val="0"/>
          <w:sz w:val="19"/>
        </w:rPr>
        <w:t>Choose the word with a different primary stress pattern.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wonderful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beautiful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interesting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expensive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4. </w:t>
      </w:r>
      <w:r>
        <w:rPr>
          <w:rFonts w:ascii="Arial" w:hAnsi="Arial"/>
          <w:b w:val="0"/>
          <w:sz w:val="19"/>
        </w:rPr>
        <w:t>Choose the word with a different primary stress pattern.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teacher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student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classroom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today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5. </w:t>
      </w:r>
      <w:r>
        <w:rPr>
          <w:rFonts w:ascii="Arial" w:hAnsi="Arial"/>
          <w:b w:val="0"/>
          <w:sz w:val="19"/>
        </w:rPr>
        <w:t>She has ___ hair.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curly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helpful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kind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active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6. </w:t>
      </w:r>
      <w:r>
        <w:rPr>
          <w:rFonts w:ascii="Arial" w:hAnsi="Arial"/>
          <w:b w:val="0"/>
          <w:sz w:val="19"/>
        </w:rPr>
        <w:t>He ___ very kind and helpful.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is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are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have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has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7. </w:t>
      </w:r>
      <w:r>
        <w:rPr>
          <w:rFonts w:ascii="Arial" w:hAnsi="Arial"/>
          <w:b w:val="0"/>
          <w:sz w:val="19"/>
        </w:rPr>
        <w:t>What ___ she look like?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does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do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is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are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8. </w:t>
      </w:r>
      <w:r>
        <w:rPr>
          <w:rFonts w:ascii="Arial" w:hAnsi="Arial"/>
          <w:b w:val="0"/>
          <w:sz w:val="19"/>
        </w:rPr>
        <w:t>My friend always helps me. She is ___.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rude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lazy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unkind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helpful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9. </w:t>
      </w:r>
      <w:r>
        <w:rPr>
          <w:rFonts w:ascii="Arial" w:hAnsi="Arial"/>
          <w:b w:val="0"/>
          <w:sz w:val="19"/>
        </w:rPr>
        <w:t>___ you listening to music now?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Do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Does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Is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Are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10. </w:t>
      </w:r>
      <w:r>
        <w:rPr>
          <w:rFonts w:ascii="Arial" w:hAnsi="Arial"/>
          <w:b w:val="0"/>
          <w:sz w:val="19"/>
        </w:rPr>
        <w:t>My classmates ___ playing chess now.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am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are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do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is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11. </w:t>
      </w:r>
      <w:r>
        <w:rPr>
          <w:rFonts w:ascii="Arial" w:hAnsi="Arial"/>
          <w:b w:val="0"/>
          <w:sz w:val="19"/>
        </w:rPr>
        <w:t>Look! The boys ___ football.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is playing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are playing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plays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play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12. </w:t>
      </w:r>
      <w:r>
        <w:rPr>
          <w:rFonts w:ascii="Arial" w:hAnsi="Arial"/>
          <w:b w:val="0"/>
          <w:sz w:val="19"/>
        </w:rPr>
        <w:t>Nam is ___ than his younger brother.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tall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taller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tallest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most tall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13. </w:t>
      </w:r>
      <w:r>
        <w:rPr>
          <w:rFonts w:ascii="Arial" w:hAnsi="Arial"/>
          <w:b w:val="0"/>
          <w:sz w:val="19"/>
        </w:rPr>
        <w:t>My sister ___ glasses.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wear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wears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are wearing every day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is wear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14. </w:t>
      </w:r>
      <w:r>
        <w:rPr>
          <w:rFonts w:ascii="Arial" w:hAnsi="Arial"/>
          <w:b w:val="0"/>
          <w:sz w:val="19"/>
        </w:rPr>
        <w:t>My friend ___ long black hair.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are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is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has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have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2. SIGNS AND NOTICES (Questions 15–16)</w:t>
      </w:r>
    </w:p>
    <w:p>
      <w:pPr>
        <w:keepLines/>
        <w:spacing w:after="60" w:before="60"/>
      </w:pPr>
      <w:r>
        <w:rPr>
          <w:b/>
        </w:rPr>
        <w:t>Question 15. Look at the sign or notice. What does it mean?</w:t>
      </w:r>
    </w:p>
    <w:p>
      <w:pPr>
        <w:spacing w:before="40" w:after="60"/>
        <w:jc w:val="center"/>
      </w:pPr>
      <w:r>
        <w:drawing>
          <wp:inline xmlns:a="http://schemas.openxmlformats.org/drawingml/2006/main" xmlns:pic="http://schemas.openxmlformats.org/drawingml/2006/picture">
            <wp:extent cx="3794760" cy="10381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4c27e1ed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103818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Food is free today.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You can eat here.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This is a café.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Do not eat or drink here.</w:t>
            </w:r>
          </w:p>
        </w:tc>
      </w:tr>
    </w:tbl>
    <w:p>
      <w:pPr>
        <w:keepLines/>
        <w:spacing w:after="60" w:before="60"/>
      </w:pPr>
      <w:r>
        <w:rPr>
          <w:b/>
        </w:rPr>
        <w:t>Question 16. Look at the sign or notice. What does it mean?</w:t>
      </w:r>
    </w:p>
    <w:p>
      <w:pPr>
        <w:spacing w:before="40" w:after="60"/>
        <w:jc w:val="center"/>
      </w:pPr>
      <w:r>
        <w:drawing>
          <wp:inline xmlns:a="http://schemas.openxmlformats.org/drawingml/2006/main" xmlns:pic="http://schemas.openxmlformats.org/drawingml/2006/picture">
            <wp:extent cx="3794760" cy="103818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d946464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103818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Close the tap when it is not needed.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Leave taps running.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Wash cars every day.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Buy new taps.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3. CLOZE READING (Questions 17–22)</w:t>
      </w:r>
    </w:p>
    <w:p>
      <w:pPr>
        <w:spacing w:after="60"/>
      </w:pPr>
      <w:r>
        <w:rPr>
          <w:b w:val="0"/>
          <w:sz w:val="19"/>
        </w:rPr>
        <w:t>Hi Alex,</w:t>
        <w:br/>
        <w:t>Our class is learning about my friends this week. We are making a (17) ____ about the topic. My friends and I work (18) ____ after school. Our teacher says it is important to (19) ____ carefully. We are (20) ____ because the lesson is interesting. On Friday, we will (21) ____ our ideas to the class. I hope you can (22) ____ our work.</w:t>
        <w:br/>
        <w:t>Best,</w:t>
        <w:br/>
        <w:t>Mai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17. </w:t>
      </w:r>
      <w:r>
        <w:rPr>
          <w:rFonts w:ascii="Arial" w:hAnsi="Arial"/>
          <w:b w:val="0"/>
          <w:sz w:val="19"/>
        </w:rPr>
        <w:t>Complete blank (17)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sandwich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racket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river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poster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18. </w:t>
      </w:r>
      <w:r>
        <w:rPr>
          <w:rFonts w:ascii="Arial" w:hAnsi="Arial"/>
          <w:b w:val="0"/>
          <w:sz w:val="19"/>
        </w:rPr>
        <w:t>Complete blank (18)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yesterday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together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never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angry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19. </w:t>
      </w:r>
      <w:r>
        <w:rPr>
          <w:rFonts w:ascii="Arial" w:hAnsi="Arial"/>
          <w:b w:val="0"/>
          <w:sz w:val="19"/>
        </w:rPr>
        <w:t>Complete blank (19)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listen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listens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listening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listened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20. </w:t>
      </w:r>
      <w:r>
        <w:rPr>
          <w:rFonts w:ascii="Arial" w:hAnsi="Arial"/>
          <w:b w:val="0"/>
          <w:sz w:val="19"/>
        </w:rPr>
        <w:t>Complete blank (20)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happy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sadly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sadness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happiness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21. </w:t>
      </w:r>
      <w:r>
        <w:rPr>
          <w:rFonts w:ascii="Arial" w:hAnsi="Arial"/>
          <w:b w:val="0"/>
          <w:sz w:val="19"/>
        </w:rPr>
        <w:t>Complete blank (21)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present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presenting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presented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presents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22. </w:t>
      </w:r>
      <w:r>
        <w:rPr>
          <w:rFonts w:ascii="Arial" w:hAnsi="Arial"/>
          <w:b w:val="0"/>
          <w:sz w:val="19"/>
        </w:rPr>
        <w:t>Complete blank (22)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sees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saw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seeing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see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4. READING COMPREHENSION (Questions 23–28)</w:t>
      </w:r>
    </w:p>
    <w:p>
      <w:pPr>
        <w:spacing w:after="60"/>
      </w:pPr>
      <w:r>
        <w:rPr>
          <w:b w:val="0"/>
          <w:sz w:val="19"/>
        </w:rPr>
        <w:t>GREENFIELD SCHOOL CLUB – MY FRIENDS</w:t>
        <w:br/>
        <w:t>Our club is for classmates. Members learn about friends. They can see a sports club, a reading corner and a playground. Meetings take place on Saturdays. New members should bring a football. Everyone is welcome, and joining the club is free. The members also prepare a short presentation for their classmates.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23. </w:t>
      </w:r>
      <w:r>
        <w:rPr>
          <w:rFonts w:ascii="Arial" w:hAnsi="Arial"/>
          <w:b w:val="0"/>
          <w:sz w:val="19"/>
        </w:rPr>
        <w:t>The club is about friends.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24. </w:t>
      </w:r>
      <w:r>
        <w:rPr>
          <w:rFonts w:ascii="Arial" w:hAnsi="Arial"/>
          <w:b w:val="0"/>
          <w:sz w:val="19"/>
        </w:rPr>
        <w:t>Only teachers can join the club.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25. </w:t>
      </w:r>
      <w:r>
        <w:rPr>
          <w:rFonts w:ascii="Arial" w:hAnsi="Arial"/>
          <w:b w:val="0"/>
          <w:sz w:val="19"/>
        </w:rPr>
        <w:t>Joining the club costs no money.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26. </w:t>
      </w:r>
      <w:r>
        <w:rPr>
          <w:rFonts w:ascii="Arial" w:hAnsi="Arial"/>
          <w:b w:val="0"/>
          <w:sz w:val="19"/>
        </w:rPr>
        <w:t>All meetings are held at midnight.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27. </w:t>
      </w:r>
      <w:r>
        <w:rPr>
          <w:rFonts w:ascii="Arial" w:hAnsi="Arial"/>
          <w:b w:val="0"/>
          <w:sz w:val="19"/>
        </w:rPr>
        <w:t>Who can join the club?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Only parents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Only doctors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classmates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Only teachers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28. </w:t>
      </w:r>
      <w:r>
        <w:rPr>
          <w:rFonts w:ascii="Arial" w:hAnsi="Arial"/>
          <w:b w:val="0"/>
          <w:sz w:val="19"/>
        </w:rPr>
        <w:t>What should new members bring?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a football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a bicycle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a swimming pool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a television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5. WORD FORM (Questions 29–34)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29. </w:t>
      </w:r>
      <w:r>
        <w:rPr>
          <w:rFonts w:ascii="Arial" w:hAnsi="Arial"/>
          <w:b w:val="0"/>
          <w:sz w:val="19"/>
        </w:rPr>
        <w:t>Lan is very ___. (friend)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30. </w:t>
      </w:r>
      <w:r>
        <w:rPr>
          <w:rFonts w:ascii="Arial" w:hAnsi="Arial"/>
          <w:b w:val="0"/>
          <w:sz w:val="19"/>
        </w:rPr>
        <w:t>My friends are ___. (help)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31. </w:t>
      </w:r>
      <w:r>
        <w:rPr>
          <w:rFonts w:ascii="Arial" w:hAnsi="Arial"/>
          <w:b w:val="0"/>
          <w:sz w:val="19"/>
        </w:rPr>
        <w:t>She has a nice ___. (smile)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32. </w:t>
      </w:r>
      <w:r>
        <w:rPr>
          <w:rFonts w:ascii="Arial" w:hAnsi="Arial"/>
          <w:b w:val="0"/>
          <w:sz w:val="19"/>
        </w:rPr>
        <w:t>These boys are very ___. (act)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33. </w:t>
      </w:r>
      <w:r>
        <w:rPr>
          <w:rFonts w:ascii="Arial" w:hAnsi="Arial"/>
          <w:b w:val="0"/>
          <w:sz w:val="19"/>
        </w:rPr>
        <w:t>My brother is a good ___. (swim)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34. </w:t>
      </w:r>
      <w:r>
        <w:rPr>
          <w:rFonts w:ascii="Arial" w:hAnsi="Arial"/>
          <w:b w:val="0"/>
          <w:sz w:val="19"/>
        </w:rPr>
        <w:t>Mai speaks ___. (quiet)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6. DICTIONARY SKILLS (Questions 35–36)</w:t>
      </w:r>
    </w:p>
    <w:p>
      <w:pPr>
        <w:spacing w:after="60"/>
      </w:pPr>
      <w:r>
        <w:rPr>
          <w:b/>
          <w:sz w:val="18"/>
        </w:rPr>
        <w:t>DICTIONARY ENTRY — personality (noun/verb): the qualities that make someone different from others.</w:t>
      </w:r>
    </w:p>
    <w:p>
      <w:pPr>
        <w:spacing w:after="60"/>
      </w:pPr>
      <w:r>
        <w:rPr>
          <w:b w:val="0"/>
          <w:sz w:val="18"/>
        </w:rPr>
        <w:t>Use the headword in the correct form to complete Questions 35–36.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35. </w:t>
      </w:r>
      <w:r>
        <w:rPr>
          <w:rFonts w:ascii="Arial" w:hAnsi="Arial"/>
          <w:b w:val="0"/>
          <w:sz w:val="19"/>
        </w:rPr>
        <w:t>Kindness is part of her 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36. </w:t>
      </w:r>
      <w:r>
        <w:rPr>
          <w:rFonts w:ascii="Arial" w:hAnsi="Arial"/>
          <w:b w:val="0"/>
          <w:sz w:val="19"/>
        </w:rPr>
        <w:t>We like Minh because he has a friendly 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7. SENTENCE REWRITING (Questions 37–40)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37. </w:t>
      </w:r>
      <w:r>
        <w:rPr>
          <w:rFonts w:ascii="Arial" w:hAnsi="Arial"/>
          <w:b w:val="0"/>
          <w:sz w:val="19"/>
        </w:rPr>
        <w:t>Mai has long hair. → Mai’s hair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38. </w:t>
      </w:r>
      <w:r>
        <w:rPr>
          <w:rFonts w:ascii="Arial" w:hAnsi="Arial"/>
          <w:b w:val="0"/>
          <w:sz w:val="19"/>
        </w:rPr>
        <w:t>Lan has short hair. → Lan’s hair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39. </w:t>
      </w:r>
      <w:r>
        <w:rPr>
          <w:rFonts w:ascii="Arial" w:hAnsi="Arial"/>
          <w:b w:val="0"/>
          <w:sz w:val="19"/>
        </w:rPr>
        <w:t>Lan is taller than Hoa. → Hoa is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40. </w:t>
      </w:r>
      <w:r>
        <w:rPr>
          <w:rFonts w:ascii="Arial" w:hAnsi="Arial"/>
          <w:b w:val="0"/>
          <w:sz w:val="19"/>
        </w:rPr>
        <w:t>The boys are playing chess. → The boys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65" w:right="1037" w:bottom="90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sz w:val="16"/>
      </w:rPr>
      <w:t>Original educational practice material | Global Success 6 | HCMC-inspired layout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