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30 -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Our Experiences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personal experiences, courses, trips, and adjectives describing feelings.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memorable, exhilarating, embarrassed, disappointed,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our experiences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5: OUR EXPERIENCES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50-51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memorable, exhilarating, embarrassed, disappointed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memorable, exhilarating, embarrassed, disappointed;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memorable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exhilarating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embarrassed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disappointed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snorkelling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coral reef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memorable, exhilarating, embarrassed, disappointed, snorkelling, coral reef, camping, team building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'YOUR MOST MEMORABLE EXPERIENCE'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MOST MEMORABLE EXPERIENCE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personal-experience poster or narrated slide with time, events, feelings, and reasons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31 -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personal experiences, courses, trips, and adjectives describing feelings.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/j/ and /w/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memorable, exhilarating, embarrassed,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/j/ and /w/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memorable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exhilarating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embarrassed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disappointed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snorkelling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memorable experience, summer course, school experience, copyright-free travel photo;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memorable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exhilarating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embarrassed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disappointed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snorkelling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coral reef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camping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 building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/j/ and /w/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/j/ and /w/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year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youth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university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wonderful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weekend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32 -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Present perfect.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present perfect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perfect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have visited a coral reef.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has never joined a summer course.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have/has + past participle. Use for experiences without a finished past time; use ever, never, already, yet, or just where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have visited a coral reef.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has never joined a summer course.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Have you ever had an embarrassing experience?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53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have visited a coral reef.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has never joined a summer course.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Have you ever had an embarrassing experience?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'YOUR MOST MEMORABLE EXPERIENCE'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have/has + past participle. Use for experiences without a finished past time; use ever, never, already, yet, or just where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33 -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apologising and responding.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Apologising and responding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I'm really sorry I'm late. B: That's okay, but please be on time next time.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apologising and responding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I'm really sorry I'm late. B: That's okay, but please be on time next time.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memorable experience, summer course, school experience, copyright-free travel photo;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reporting a friend's experience of a course.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memorable, exhilarating, embarrassed, disappointed, snorkelling, coral reef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MOST MEMORABLE EXPERIENCE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personal-experience poster or narrated slide with time, events, feelings, and reasons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34 -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teenagers' experiences of different summer courses.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reporting a friend's experience of a course.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course, instructor, experience, skill.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teenagers' experiences of different summer courses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teenagers' experiences of different summer courses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course, instructor, experience, skill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memorable experience, summer course, school experience, copyright-free travel photo,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course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instructor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experience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skill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Summer courses can develop language, practical, or social skills.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Writers support opinions with activities and feelings.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perfect is useful when asking about life experiences.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reporting a friend's experience of a course.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35 -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students describing bad experiences at school.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 pleasant or unpleasant school experience.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students describing bad experiences at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57-58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students describing bad experiences at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 pleasant or unpleasant school experience.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personal-experience poster or narrated slide with time, events, feelings, and reasons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5: OUR EXPERIENCES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36 -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confidence, reflection, empathy, and respectful sharing of personal experiences;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personal experiences, courses, trips, and adjectives describing feelings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perfect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memorable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exhilarating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embarrassed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disappointed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snorkelling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coral reef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camping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 building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perfect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have/has + past participle. Use for experiences without a finished past time; use ever, never, already, yet, or just where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have visited a coral reef.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has never joined a summer course.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'YOUR MOST MEMORABLE EXPERIENCE'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MOST MEMORABLE EXPERIENCE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personal-experience poster or narrated slide with time, events, feelings, and reasons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5: OUR EXPERIENCES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YOUR MOST MEMORABLE EXPERIENCE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personal-experience poster or narrated slide with time, events, feelings, and reasons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5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9 GLOBAL SUCCESS - UNIT 5: OUR EXPERIENCES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